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enacts laws to protect minors from AI-generated sexual imagery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California Governor Gavin Newsom has enacted two new pieces of legislation aimed at protecting minors from harmful digital content, specifically focusing on the misuse of artificial intelligence (AI) in generating sexual imagery involving children. These measures, signed into law on Sunday, represent a significant step towards addressing legal gaps in current legislation that hindered the prosecution of offenders involved in AI-generated child sexual abuse imagery.</w:t>
      </w:r>
      <w:r/>
    </w:p>
    <w:p>
      <w:r/>
      <w:r>
        <w:t>Prior to these laws, legal prosecutions were often stymied by the requirement to prove that AI-generated images depicted real individuals, a loophole that these new statutes intend to close. Under the newly signed laws, the mere possession or distribution of such AI-generated material now constitutes a felony, even in the absence of real persons in the imagery.</w:t>
      </w:r>
      <w:r/>
    </w:p>
    <w:p>
      <w:r/>
      <w:r>
        <w:t>This legislative move comes on the heels of Governor Newsom's earlier actions to regulate AI-generated "deepfake" content pertaining to elections, underscoring his administration's proactive stance on AI-related issues. The deepfake legislation, signed last month, imposes strict controls on the creation and circulation of synthetic media intended to deceive voters before and after elections. It allows courts to intervene by halting the distribution of these materials and levying civil penalties against violators. However, these regulations are currently facing challenges in the federal court system, questioning their enforceability and implications on free speech.</w:t>
      </w:r>
      <w:r/>
    </w:p>
    <w:p>
      <w:r/>
      <w:r>
        <w:t>Building on previous measures designed to regulate campaign advertising and political communications, these laws are part of a broader push by California's government to adapt its legal framework to the rapidly evolving landscape of AI technology. Alongside the measures targeting the protection of minors, Governor Newsom has also signed additional bills focused on safeguarding women and teen girls from "revenge porn," sexual exploitation, and harassment that are increasingly facilitated by AI technologies.</w:t>
      </w:r>
      <w:r/>
    </w:p>
    <w:p>
      <w:r/>
      <w:r>
        <w:t>Governor Newsom has positioned California as a pioneering state in both the adoption and regulation of AI technology. Highlighting potential future applications, the governor pointed to the possibility of employing generative AI tools to alleviate traffic congestion and provide guidance on tax matters. Simultaneously, his administration is pondering new regulations aimed at preventing AI-driven discrimination in hiring practices, further illustrating California's dual commitment to innovation and ethical oversight.</w:t>
      </w:r>
      <w:r/>
    </w:p>
    <w:p>
      <w:r/>
      <w:r>
        <w:t>These legislative developments reflect a continued effort by the state to address the complexities and potential abuses of emerging technologies, ensuring both the protection of individuals and the responsible integration of AI advancements into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https://www.kclu.org/2024-10-02/new-rules-signed-into-california-law-to-protect-children-from-abuse-in-the-age-of-artificial-intelligence</w:t>
        </w:r>
      </w:hyperlink>
      <w:r>
        <w:t xml:space="preserve"> - Corroborates the signing of new legislation to protect children from AI-generated child sexual abuse material and the loophole in existing law that the new bills address.</w:t>
      </w:r>
      <w:r/>
    </w:p>
    <w:p>
      <w:pPr>
        <w:pStyle w:val="ListNumber"/>
        <w:spacing w:line="240" w:lineRule="auto"/>
        <w:ind w:left="720"/>
      </w:pPr>
      <w:r/>
      <w:hyperlink r:id="rId11">
        <w:r>
          <w:rPr>
            <w:color w:val="0000EE"/>
            <w:u w:val="single"/>
          </w:rPr>
          <w:t>https://www.foxnews.com/us/california-gov-newsom-signs-bills-protect-children-from-ai-deepfake-nudes</w:t>
        </w:r>
      </w:hyperlink>
      <w:r>
        <w:t xml:space="preserve"> - Supports the information about Governor Newsom signing bills to protect minors from AI-generated child sexual abuse images and the earlier legislation on election-related deepfakes.</w:t>
      </w:r>
      <w:r/>
    </w:p>
    <w:p>
      <w:pPr>
        <w:pStyle w:val="ListNumber"/>
        <w:spacing w:line="240" w:lineRule="auto"/>
        <w:ind w:left="720"/>
      </w:pPr>
      <w:r/>
      <w:hyperlink r:id="rId12">
        <w:r>
          <w:rPr>
            <w:color w:val="0000EE"/>
            <w:u w:val="single"/>
          </w:rPr>
          <w:t>https://petapixel.com/2024/10/01/california-governor-signs-ai-bills-to-protect-children-from-deepfakes/</w:t>
        </w:r>
      </w:hyperlink>
      <w:r>
        <w:t xml:space="preserve"> - Confirms the signing of bills making it a felony to possess or distribute AI-generated child sexual abuse images and the bipartisan support for these laws.</w:t>
      </w:r>
      <w:r/>
    </w:p>
    <w:p>
      <w:pPr>
        <w:pStyle w:val="ListNumber"/>
        <w:spacing w:line="240" w:lineRule="auto"/>
        <w:ind w:left="720"/>
      </w:pPr>
      <w:r/>
      <w:hyperlink r:id="rId13">
        <w:r>
          <w:rPr>
            <w:color w:val="0000EE"/>
            <w:u w:val="single"/>
          </w:rPr>
          <w:t>https://mynbc15.com/news/nation-world/new-ai-bills-signed-california-protect-children-deepfakes-governor-gavin-newsom-artificial-intelligence-technology-crime-exploitation-society</w:t>
        </w:r>
      </w:hyperlink>
      <w:r>
        <w:t xml:space="preserve"> - Supports the details about the new laws allowing prosecutors to go after individuals possessing or distributing AI-generated child sexual abuse images and the bipartisan support.</w:t>
      </w:r>
      <w:r/>
    </w:p>
    <w:p>
      <w:pPr>
        <w:pStyle w:val="ListNumber"/>
        <w:spacing w:line="240" w:lineRule="auto"/>
        <w:ind w:left="720"/>
      </w:pPr>
      <w:r/>
      <w:hyperlink r:id="rId14">
        <w:r>
          <w:rPr>
            <w:color w:val="0000EE"/>
            <w:u w:val="single"/>
          </w:rPr>
          <w:t>https://www.usnews.com/news/us/articles/2024-09-29/california-governor-signs-bills-to-protect-children-from-ai-deepfake-nudes</w:t>
        </w:r>
      </w:hyperlink>
      <w:r>
        <w:t xml:space="preserve"> - Corroborates the signing of bills to protect minors from AI-generated sexual imagery, the legal gap addressed, and the additional bills on revenge porn and sexual exploitation.</w:t>
      </w:r>
      <w:r/>
    </w:p>
    <w:p>
      <w:pPr>
        <w:pStyle w:val="ListNumber"/>
        <w:spacing w:line="240" w:lineRule="auto"/>
        <w:ind w:left="720"/>
      </w:pPr>
      <w:r/>
      <w:hyperlink r:id="rId10">
        <w:r>
          <w:rPr>
            <w:color w:val="0000EE"/>
            <w:u w:val="single"/>
          </w:rPr>
          <w:t>https://www.kclu.org/2024-10-02/new-rules-signed-into-california-law-to-protect-children-from-abuse-in-the-age-of-artificial-intelligence</w:t>
        </w:r>
      </w:hyperlink>
      <w:r>
        <w:t xml:space="preserve"> - Provides context on the emergence of AI technology creating images indistinguishable from traditional photographs and the need for updated laws.</w:t>
      </w:r>
      <w:r/>
    </w:p>
    <w:p>
      <w:pPr>
        <w:pStyle w:val="ListNumber"/>
        <w:spacing w:line="240" w:lineRule="auto"/>
        <w:ind w:left="720"/>
      </w:pPr>
      <w:r/>
      <w:hyperlink r:id="rId11">
        <w:r>
          <w:rPr>
            <w:color w:val="0000EE"/>
            <w:u w:val="single"/>
          </w:rPr>
          <w:t>https://www.foxnews.com/us/california-gov-newsom-signs-bills-protect-children-from-ai-deepfake-nudes</w:t>
        </w:r>
      </w:hyperlink>
      <w:r>
        <w:t xml:space="preserve"> - Details the earlier actions by Governor Newsom to regulate AI-generated 'deepfake' content related to elections and the legal challenges these regulations face.</w:t>
      </w:r>
      <w:r/>
    </w:p>
    <w:p>
      <w:pPr>
        <w:pStyle w:val="ListNumber"/>
        <w:spacing w:line="240" w:lineRule="auto"/>
        <w:ind w:left="720"/>
      </w:pPr>
      <w:r/>
      <w:hyperlink r:id="rId12">
        <w:r>
          <w:rPr>
            <w:color w:val="0000EE"/>
            <w:u w:val="single"/>
          </w:rPr>
          <w:t>https://petapixel.com/2024/10/01/california-governor-signs-ai-bills-to-protect-children-from-deepfakes/</w:t>
        </w:r>
      </w:hyperlink>
      <w:r>
        <w:t xml:space="preserve"> - Supports the information about the new laws requiring social media platforms to allow users to report AI-generated sexually explicit deepfakes for removal.</w:t>
      </w:r>
      <w:r/>
    </w:p>
    <w:p>
      <w:pPr>
        <w:pStyle w:val="ListNumber"/>
        <w:spacing w:line="240" w:lineRule="auto"/>
        <w:ind w:left="720"/>
      </w:pPr>
      <w:r/>
      <w:hyperlink r:id="rId13">
        <w:r>
          <w:rPr>
            <w:color w:val="0000EE"/>
            <w:u w:val="single"/>
          </w:rPr>
          <w:t>https://mynbc15.com/news/nation-world/new-ai-bills-signed-california-protect-children-deepfakes-governor-gavin-newsom-artificial-intelligence-technology-crime-exploitation-society</w:t>
        </w:r>
      </w:hyperlink>
      <w:r>
        <w:t xml:space="preserve"> - Corroborates California's position as the first state to change its criminal code to make prosecuting AI-generated child porn easier.</w:t>
      </w:r>
      <w:r/>
    </w:p>
    <w:p>
      <w:pPr>
        <w:pStyle w:val="ListNumber"/>
        <w:spacing w:line="240" w:lineRule="auto"/>
        <w:ind w:left="720"/>
      </w:pPr>
      <w:r/>
      <w:hyperlink r:id="rId14">
        <w:r>
          <w:rPr>
            <w:color w:val="0000EE"/>
            <w:u w:val="single"/>
          </w:rPr>
          <w:t>https://www.usnews.com/news/us/articles/2024-09-29/california-governor-signs-bills-to-protect-children-from-ai-deepfake-nudes</w:t>
        </w:r>
      </w:hyperlink>
      <w:r>
        <w:t xml:space="preserve"> - Supports Governor Newsom's stance on California being a pioneer in AI adoption and regulation, and potential future applications of AI in various sectors.</w:t>
      </w:r>
      <w:r/>
    </w:p>
    <w:p>
      <w:pPr>
        <w:pStyle w:val="ListNumber"/>
        <w:spacing w:line="240" w:lineRule="auto"/>
        <w:ind w:left="720"/>
      </w:pPr>
      <w:r/>
      <w:hyperlink r:id="rId14">
        <w:r>
          <w:rPr>
            <w:color w:val="0000EE"/>
            <w:u w:val="single"/>
          </w:rPr>
          <w:t>https://www.usnews.com/news/us/articles/2024-09-29/california-governor-signs-bills-to-protect-children-from-ai-deepfake-nudes</w:t>
        </w:r>
      </w:hyperlink>
      <w:r>
        <w:t xml:space="preserve"> - Details the broader push by California's government to adapt its legal framework to the evolving landscape of AI technology and the consideration of new regulations against AI-driven discrimination.</w:t>
      </w:r>
      <w:r/>
    </w:p>
    <w:p>
      <w:pPr>
        <w:pStyle w:val="ListNumber"/>
        <w:spacing w:line="240" w:lineRule="auto"/>
        <w:ind w:left="720"/>
      </w:pPr>
      <w:r/>
      <w:hyperlink r:id="rId11">
        <w:r>
          <w:rPr>
            <w:color w:val="0000EE"/>
            <w:u w:val="single"/>
          </w:rPr>
          <w:t>https://www.foxnews.com/us/california-gov-newsom-signs-bills-protect-children-from-ai-deepfake-nudes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clu.org/2024-10-02/new-rules-signed-into-california-law-to-protect-children-from-abuse-in-the-age-of-artificial-intelligence" TargetMode="External"/><Relationship Id="rId11" Type="http://schemas.openxmlformats.org/officeDocument/2006/relationships/hyperlink" Target="https://www.foxnews.com/us/california-gov-newsom-signs-bills-protect-children-from-ai-deepfake-nudes" TargetMode="External"/><Relationship Id="rId12" Type="http://schemas.openxmlformats.org/officeDocument/2006/relationships/hyperlink" Target="https://petapixel.com/2024/10/01/california-governor-signs-ai-bills-to-protect-children-from-deepfakes/" TargetMode="External"/><Relationship Id="rId13" Type="http://schemas.openxmlformats.org/officeDocument/2006/relationships/hyperlink" Target="https://mynbc15.com/news/nation-world/new-ai-bills-signed-california-protect-children-deepfakes-governor-gavin-newsom-artificial-intelligence-technology-crime-exploitation-society" TargetMode="External"/><Relationship Id="rId14" Type="http://schemas.openxmlformats.org/officeDocument/2006/relationships/hyperlink" Target="https://www.usnews.com/news/us/articles/2024-09-29/california-governor-signs-bills-to-protect-children-from-ai-deepfake-nu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