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Crocodile farm stunt goes awry in viral video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Crocodile Farm Stunt Goes Awry in Viral Video</w:t>
      </w:r>
      <w:r/>
    </w:p>
    <w:p>
      <w:r/>
      <w:r>
        <w:t>A hair-raising incident recently took place at The Million Years Stone Park and Pattaya Crocodile Farm, a well-known wildlife attraction in Thailand, when a stunt involving a crocodile narrowly avoided a tragic outcome. The event unfolded before a live audience and has since captured the attention of social media users worldwide, going viral with hundreds of thousands of likes.</w:t>
      </w:r>
      <w:r/>
    </w:p>
    <w:p>
      <w:r/>
      <w:r>
        <w:t>The video, which has garnered over 750,000 likes on Instagram, showcases a young crocodile handler engaged in a daring performance. During the stunt, the man attempted to place his hand inside the open jaws of the crocodile, a common yet dangerous trick designed to thrill spectators. However, the situation quickly turned perilous as the crocodile snapped its jaws shut. Fortunately, the handler was able to pull his hand away just in time, escaping without severe injury.</w:t>
      </w:r>
      <w:r/>
    </w:p>
    <w:p>
      <w:r/>
      <w:r>
        <w:t>Spectators, who watched the moment unfold in real-time, were visibly shaken by the close call. While the handler eventually walked away, inspecting his hand for injury, the crocodile calmly returned to the water, concluding the tense moment.</w:t>
      </w:r>
      <w:r/>
    </w:p>
    <w:p>
      <w:r/>
      <w:r>
        <w:t>Comments on the viral post reflect a wide array of reactions from viewers. Some expressed relief that the handler emerged unscathed, while others voiced criticism of such performances, highlighting the unpredictable nature of animals and the dangers of getting too close to wildlife. Comments from users included a mix of sympathy and cautionary advice. One viewer pointed out the apparent danger by stating the handler should feel fortunate his hand was spared, while others noted the inherent risks of dealing with crocodiles.</w:t>
      </w:r>
      <w:r/>
    </w:p>
    <w:p>
      <w:r/>
      <w:r>
        <w:t>This incident at The Million Years Stone Park and Pattaya Crocodile Farm is not isolated, as such performances are often carried out to showcase the skills and bravery of handlers, as well as to entertain visitors. However, the event has raised questions about the safety and ethics of human-animal interactions in entertainment settings.</w:t>
      </w:r>
      <w:r/>
    </w:p>
    <w:p>
      <w:r/>
      <w:r>
        <w:t>The Pattaya Crocodile Farm is a popular tourist destination known for its exotic animal displays and interactive shows, often featuring local wildlife such as crocodiles and other reptiles. While these attractions draw significant crowds and offer engaging experiences, they inevitably come with risks that underscore the fine line between entertainment and danger.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https://www.ndtv.com/offbeat/watch-man-puts-hand-inside-crocodiles-mouth-and-instantly-regrets-it-6682448</w:t>
        </w:r>
      </w:hyperlink>
      <w:r>
        <w:t xml:space="preserve"> - Corroborates the incident where a crocodile handler attempted to place his hand inside the open jaws of a crocodile, and the crocodile snapped its jaws shut.</w:t>
      </w:r>
      <w:r/>
    </w:p>
    <w:p>
      <w:pPr>
        <w:pStyle w:val="ListNumber"/>
        <w:spacing w:line="240" w:lineRule="auto"/>
        <w:ind w:left="720"/>
      </w:pPr>
      <w:r/>
      <w:hyperlink r:id="rId11">
        <w:r>
          <w:rPr>
            <w:color w:val="0000EE"/>
            <w:u w:val="single"/>
          </w:rPr>
          <w:t>https://www.tripadvisor.com/ShowUserReviews-g293919-d464602-r351069041-Million_Years_Stone_Park_Pattaya_Crocodile_Farm-Pattaya_Chonburi_Province.html</w:t>
        </w:r>
      </w:hyperlink>
      <w:r>
        <w:t xml:space="preserve"> - Provides reviews and comments about the crocodile show at The Million Years Stone Park &amp; Pattaya Crocodile Farm, highlighting concerns about animal welfare and the nature of the performances.</w:t>
      </w:r>
      <w:r/>
    </w:p>
    <w:p>
      <w:pPr>
        <w:pStyle w:val="ListNumber"/>
        <w:spacing w:line="240" w:lineRule="auto"/>
        <w:ind w:left="720"/>
      </w:pPr>
      <w:r/>
      <w:hyperlink r:id="rId12">
        <w:r>
          <w:rPr>
            <w:color w:val="0000EE"/>
            <w:u w:val="single"/>
          </w:rPr>
          <w:t>https://we-offers.com/product/the-million-years-stone-park-pattaya-crocodile-farm/</w:t>
        </w:r>
      </w:hyperlink>
      <w:r>
        <w:t xml:space="preserve"> - Describes The Million Years Stone Park &amp; Pattaya Crocodile Farm as a popular tourist destination with various attractions, including a crocodile show and exotic animal displays.</w:t>
      </w:r>
      <w:r/>
    </w:p>
    <w:p>
      <w:pPr>
        <w:pStyle w:val="ListNumber"/>
        <w:spacing w:line="240" w:lineRule="auto"/>
        <w:ind w:left="720"/>
      </w:pPr>
      <w:r/>
      <w:hyperlink r:id="rId13">
        <w:r>
          <w:rPr>
            <w:color w:val="0000EE"/>
            <w:u w:val="single"/>
          </w:rPr>
          <w:t>https://www.tngholidays.com/news/the-million-years-stone-park-pattaya-crocodile-farm</w:t>
        </w:r>
      </w:hyperlink>
      <w:r>
        <w:t xml:space="preserve"> - Details the various attractions and shows at The Million Years Stone Park &amp; Pattaya Crocodile Farm, including the Garden &amp; Stone Park, Exotic Zoo, and Crocodile Kingdom.</w:t>
      </w:r>
      <w:r/>
    </w:p>
    <w:p>
      <w:pPr>
        <w:pStyle w:val="ListNumber"/>
        <w:spacing w:line="240" w:lineRule="auto"/>
        <w:ind w:left="720"/>
      </w:pPr>
      <w:r/>
      <w:hyperlink r:id="rId10">
        <w:r>
          <w:rPr>
            <w:color w:val="0000EE"/>
            <w:u w:val="single"/>
          </w:rPr>
          <w:t>https://www.ndtv.com/offbeat/watch-man-puts-hand-inside-crocodiles-mouth-and-instantly-regrets-it-6682448</w:t>
        </w:r>
      </w:hyperlink>
      <w:r>
        <w:t xml:space="preserve"> - Mentions the viral video of the incident and the reactions of social media users, highlighting the dangers and risks involved in such performances.</w:t>
      </w:r>
      <w:r/>
    </w:p>
    <w:p>
      <w:pPr>
        <w:pStyle w:val="ListNumber"/>
        <w:spacing w:line="240" w:lineRule="auto"/>
        <w:ind w:left="720"/>
      </w:pPr>
      <w:r/>
      <w:hyperlink r:id="rId12">
        <w:r>
          <w:rPr>
            <w:color w:val="0000EE"/>
            <w:u w:val="single"/>
          </w:rPr>
          <w:t>https://we-offers.com/product/the-million-years-stone-park-pattaya-crocodile-farm/</w:t>
        </w:r>
      </w:hyperlink>
      <w:r>
        <w:t xml:space="preserve"> - Provides information on the interactive shows and performances at the park, which include thrilling crocodile shows.</w:t>
      </w:r>
      <w:r/>
    </w:p>
    <w:p>
      <w:pPr>
        <w:pStyle w:val="ListNumber"/>
        <w:spacing w:line="240" w:lineRule="auto"/>
        <w:ind w:left="720"/>
      </w:pPr>
      <w:r/>
      <w:hyperlink r:id="rId13">
        <w:r>
          <w:rPr>
            <w:color w:val="0000EE"/>
            <w:u w:val="single"/>
          </w:rPr>
          <w:t>https://www.tngholidays.com/news/the-million-years-stone-park-pattaya-crocodile-farm</w:t>
        </w:r>
      </w:hyperlink>
      <w:r>
        <w:t xml:space="preserve"> - Highlights the park's reputation as a popular tourist destination known for its exotic animal displays and interactive shows.</w:t>
      </w:r>
      <w:r/>
    </w:p>
    <w:p>
      <w:pPr>
        <w:pStyle w:val="ListNumber"/>
        <w:spacing w:line="240" w:lineRule="auto"/>
        <w:ind w:left="720"/>
      </w:pPr>
      <w:r/>
      <w:hyperlink r:id="rId11">
        <w:r>
          <w:rPr>
            <w:color w:val="0000EE"/>
            <w:u w:val="single"/>
          </w:rPr>
          <w:t>https://www.tripadvisor.com/ShowUserReviews-g293919-d464602-r351069041-Million_Years_Stone_Park_Pattaya_Crocodile_Farm-Pattaya_Chonburi_Province.html</w:t>
        </w:r>
      </w:hyperlink>
      <w:r>
        <w:t xml:space="preserve"> - Includes user reviews that reflect a mix of reactions to the performances, including sympathy and cautionary advice about the risks of dealing with wildlife.</w:t>
      </w:r>
      <w:r/>
    </w:p>
    <w:p>
      <w:pPr>
        <w:pStyle w:val="ListNumber"/>
        <w:spacing w:line="240" w:lineRule="auto"/>
        <w:ind w:left="720"/>
      </w:pPr>
      <w:r/>
      <w:hyperlink r:id="rId14">
        <w:r>
          <w:rPr>
            <w:color w:val="0000EE"/>
            <w:u w:val="single"/>
          </w:rPr>
          <w:t>https://aseannow.com/topic/489839-tiger-attacks-thai-customer-at-pattaya-crocodile-farm/</w:t>
        </w:r>
      </w:hyperlink>
      <w:r>
        <w:t xml:space="preserve"> - Mentions past incidents at the park, such as a tiger attack, which underscores the risks and dangers associated with human-animal interactions in entertainment settings.</w:t>
      </w:r>
      <w:r/>
    </w:p>
    <w:p>
      <w:pPr>
        <w:pStyle w:val="ListNumber"/>
        <w:spacing w:line="240" w:lineRule="auto"/>
        <w:ind w:left="720"/>
      </w:pPr>
      <w:r/>
      <w:hyperlink r:id="rId12">
        <w:r>
          <w:rPr>
            <w:color w:val="0000EE"/>
            <w:u w:val="single"/>
          </w:rPr>
          <w:t>https://we-offers.com/product/the-million-years-stone-park-pattaya-crocodile-farm/</w:t>
        </w:r>
      </w:hyperlink>
      <w:r>
        <w:t xml:space="preserve"> - Details the various attractions and the overall experience offered by The Million Years Stone Park &amp; Pattaya Crocodile Farm, including the fine line between entertainment and danger.</w:t>
      </w:r>
      <w:r/>
    </w:p>
    <w:p>
      <w:pPr>
        <w:pStyle w:val="ListNumber"/>
        <w:spacing w:line="240" w:lineRule="auto"/>
        <w:ind w:left="720"/>
      </w:pPr>
      <w:r/>
      <w:hyperlink r:id="rId15">
        <w:r>
          <w:rPr>
            <w:color w:val="0000EE"/>
            <w:u w:val="single"/>
          </w:rPr>
          <w:t>https://www.standard.co.uk/shopping/esbest/gadgets-tech/alexa-amazon-echo-studio-first-person-sex-love-b1184599.html</w:t>
        </w:r>
      </w:hyperlink>
      <w:r>
        <w:t xml:space="preserve"> - Please view link - unable to able to access data</w:t>
      </w:r>
      <w:r/>
    </w:p>
    <w:p>
      <w:pPr>
        <w:pStyle w:val="ListNumber"/>
        <w:spacing w:line="240" w:lineRule="auto"/>
        <w:ind w:left="720"/>
      </w:pPr>
      <w:r/>
      <w:hyperlink r:id="rId16">
        <w:r>
          <w:rPr>
            <w:color w:val="0000EE"/>
            <w:u w:val="single"/>
          </w:rPr>
          <w:t>https://www.informalnewz.com/crocodile-video-young-man-found-it-difficult-to-perform-stunts-with-crocodile-put-his-hand-in-his-mouth-and-then-watch-video/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dtv.com/offbeat/watch-man-puts-hand-inside-crocodiles-mouth-and-instantly-regrets-it-6682448" TargetMode="External"/><Relationship Id="rId11" Type="http://schemas.openxmlformats.org/officeDocument/2006/relationships/hyperlink" Target="https://www.tripadvisor.com/ShowUserReviews-g293919-d464602-r351069041-Million_Years_Stone_Park_Pattaya_Crocodile_Farm-Pattaya_Chonburi_Province.html" TargetMode="External"/><Relationship Id="rId12" Type="http://schemas.openxmlformats.org/officeDocument/2006/relationships/hyperlink" Target="https://we-offers.com/product/the-million-years-stone-park-pattaya-crocodile-farm/" TargetMode="External"/><Relationship Id="rId13" Type="http://schemas.openxmlformats.org/officeDocument/2006/relationships/hyperlink" Target="https://www.tngholidays.com/news/the-million-years-stone-park-pattaya-crocodile-farm" TargetMode="External"/><Relationship Id="rId14" Type="http://schemas.openxmlformats.org/officeDocument/2006/relationships/hyperlink" Target="https://aseannow.com/topic/489839-tiger-attacks-thai-customer-at-pattaya-crocodile-farm/" TargetMode="External"/><Relationship Id="rId15" Type="http://schemas.openxmlformats.org/officeDocument/2006/relationships/hyperlink" Target="https://www.standard.co.uk/shopping/esbest/gadgets-tech/alexa-amazon-echo-studio-first-person-sex-love-b1184599.html" TargetMode="External"/><Relationship Id="rId16" Type="http://schemas.openxmlformats.org/officeDocument/2006/relationships/hyperlink" Target="https://www.informalnewz.com/crocodile-video-young-man-found-it-difficult-to-perform-stunts-with-crocodile-put-his-hand-in-his-mouth-and-then-watch-vide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