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Earnix launches Lending Plus to revolutionise loan pricing and approval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significant advancement for the financial industry, Earnix has launched its latest platform, Earnix Lending Plus, aimed at revolutionising loan pricing and approval processes for lenders. The newly introduced solution amalgamates pricing optimisation, simulation capabilities, and machine-learning-based credit risk scorecards, providing a comprehensive toolkit to refine and expedite credit policies. </w:t>
      </w:r>
      <w:r/>
    </w:p>
    <w:p>
      <w:r/>
      <w:r>
        <w:t>This cutting-edge platform is designed to enable lenders to promptly update interest rates and improve credit policies without necessitating IT intervention. By leveraging sophisticated analytical tools integrated within the platform, financial institutions can simulate and evaluate various credit and pricing strategies, thus facilitating better-informed decision-making.</w:t>
      </w:r>
      <w:r/>
    </w:p>
    <w:p>
      <w:r/>
      <w:r>
        <w:t>The unveiling of Earnix Lending Plus comes at a time when financial institutions are increasingly keen on enhancing efficiency within the lending process to amplify both loan volumes and profit margins. The platform is geared towards empowering lenders to oversee the entire pricing and credit decision-making process via a single, unified solution. The reduction of manual intervention accelerates credit approvals while simultaneously enhancing the overall customer experience, driving profitability, and improving portfolio performance.</w:t>
      </w:r>
      <w:r/>
    </w:p>
    <w:p>
      <w:r/>
      <w:r>
        <w:t>Specifically curated for pricing and risk teams within lending organisations, Earnix Lending Plus furnishes specialised instruments for modelling, pricing optimisation, and reporting. Notably, this platform alleviates the need for additional customisation. One of its standout features is the joint simulation capability, which allows users to predict the impact stemming from alterations in decision-making logic. Consequently, lending strategies can be continually honed to yield optimal business outcomes.</w:t>
      </w:r>
      <w:r/>
    </w:p>
    <w:p>
      <w:r/>
      <w:r>
        <w:t>Be'eri Mart, Chief Product Officer at Earnix, highlighted the impetus behind the platform’s development. "We identified a clear industry need for a unified platform that integrates both pricing and credit risk decisioning," he remarked. Mart further elaborated that numerous lenders currently depend on disjointed solutions that complicate the decision-making process. Earnix Lending Plus aims to simplify this process, empowering lenders to optimise each decision based on key performance metrics such as risk, profitability, and volume.</w:t>
      </w:r>
      <w:r/>
    </w:p>
    <w:p>
      <w:r/>
      <w:r>
        <w:t>Prospective users and industry leaders will have the opportunity to engage with the Earnix team and explore the capabilities of Earnix Lending Plus at the upcoming Insurtech Insights Europe 2025. Scheduled for March 19th to 20th at the Intercontinental London – The O2, the event is expected to convene over 6,000 insurance leaders, entrepreneurs, investors, and policymakers from more than 50 countries, with a notable 71% of attendees anticipated to be C-level executives. Earnix is confirmed as a sponsor, underscoring their commitment to driving innovation in the sector.</w:t>
      </w:r>
      <w:r/>
    </w:p>
    <w:p>
      <w:r/>
      <w:r>
        <w:t>The launch of Earnix Lending Plus is poised to offer lenders enhanced portfolio performance, superior control over lending decisions, and improved operational efficiency, thus marking a significant milestone in the evolution of financial technology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https://thepaypers.com/online-mobile-banking/earnix-launches-ai-platform-for-loan-pricing-efficiency--1270366</w:t>
        </w:r>
      </w:hyperlink>
      <w:r>
        <w:t xml:space="preserve"> - Corroborates the launch of Earnix Lending Plus, its integration of pricing analytics, simulation capabilities, and machine-learning-based credit risk scorecards.</w:t>
      </w:r>
      <w:r/>
    </w:p>
    <w:p>
      <w:pPr>
        <w:pStyle w:val="ListNumber"/>
        <w:spacing w:line="240" w:lineRule="auto"/>
        <w:ind w:left="720"/>
      </w:pPr>
      <w:r/>
      <w:hyperlink r:id="rId11">
        <w:r>
          <w:rPr>
            <w:color w:val="0000EE"/>
            <w:u w:val="single"/>
          </w:rPr>
          <w:t>https://earnix.com/newsroom/press-releases/earnix-launches-ai-platform-combining-pricing-analytics-with-automated-credit-risk-decisioning/</w:t>
        </w:r>
      </w:hyperlink>
      <w:r>
        <w:t xml:space="preserve"> - Supports the platform's ability to update interest rates and improve credit policies without IT intervention and its analytical framework for simulating credit and pricing strategies.</w:t>
      </w:r>
      <w:r/>
    </w:p>
    <w:p>
      <w:pPr>
        <w:pStyle w:val="ListNumber"/>
        <w:spacing w:line="240" w:lineRule="auto"/>
        <w:ind w:left="720"/>
      </w:pPr>
      <w:r/>
      <w:hyperlink r:id="rId12">
        <w:r>
          <w:rPr>
            <w:color w:val="0000EE"/>
            <w:u w:val="single"/>
          </w:rPr>
          <w:t>https://earnix.com/blog/streamlining-consumer-lending-pricing-analytics-credit-risk-decisioning-on-a-single-platform/</w:t>
        </w:r>
      </w:hyperlink>
      <w:r>
        <w:t xml:space="preserve"> - Details the platform's design to streamline the lending process, reduce manual interventions, and enhance the customer experience and portfolio performance.</w:t>
      </w:r>
      <w:r/>
    </w:p>
    <w:p>
      <w:pPr>
        <w:pStyle w:val="ListNumber"/>
        <w:spacing w:line="240" w:lineRule="auto"/>
        <w:ind w:left="720"/>
      </w:pPr>
      <w:r/>
      <w:hyperlink r:id="rId13">
        <w:r>
          <w:rPr>
            <w:color w:val="0000EE"/>
            <w:u w:val="single"/>
          </w:rPr>
          <w:t>https://earnix.com/lp/lending-plus/</w:t>
        </w:r>
      </w:hyperlink>
      <w:r>
        <w:t xml:space="preserve"> - Explains the platform's features, including joint simulation capabilities, credit automation, and pricing optimization, all without the need for additional customization.</w:t>
      </w:r>
      <w:r/>
    </w:p>
    <w:p>
      <w:pPr>
        <w:pStyle w:val="ListNumber"/>
        <w:spacing w:line="240" w:lineRule="auto"/>
        <w:ind w:left="720"/>
      </w:pPr>
      <w:r/>
      <w:hyperlink r:id="rId14">
        <w:r>
          <w:rPr>
            <w:color w:val="0000EE"/>
            <w:u w:val="single"/>
          </w:rPr>
          <w:t>https://finance.yahoo.com/news/earnix-launches-ai-platform-combining-120000614.html</w:t>
        </w:r>
      </w:hyperlink>
      <w:r>
        <w:t xml:space="preserve"> - Confirms the launch of Earnix Lending Plus and its role in controlling the entire pricing and credit decisioning process for consumer lending.</w:t>
      </w:r>
      <w:r/>
    </w:p>
    <w:p>
      <w:pPr>
        <w:pStyle w:val="ListNumber"/>
        <w:spacing w:line="240" w:lineRule="auto"/>
        <w:ind w:left="720"/>
      </w:pPr>
      <w:r/>
      <w:hyperlink r:id="rId10">
        <w:r>
          <w:rPr>
            <w:color w:val="0000EE"/>
            <w:u w:val="single"/>
          </w:rPr>
          <w:t>https://thepaypers.com/online-mobile-banking/earnix-launches-ai-platform-for-loan-pricing-efficiency--1270366</w:t>
        </w:r>
      </w:hyperlink>
      <w:r>
        <w:t xml:space="preserve"> - Highlights the industry trend towards enhancing lending efficiency and how Earnix Lending Plus addresses this need by optimizing loan pricing and approvals.</w:t>
      </w:r>
      <w:r/>
    </w:p>
    <w:p>
      <w:pPr>
        <w:pStyle w:val="ListNumber"/>
        <w:spacing w:line="240" w:lineRule="auto"/>
        <w:ind w:left="720"/>
      </w:pPr>
      <w:r/>
      <w:hyperlink r:id="rId11">
        <w:r>
          <w:rPr>
            <w:color w:val="0000EE"/>
            <w:u w:val="single"/>
          </w:rPr>
          <w:t>https://earnix.com/newsroom/press-releases/earnix-launches-ai-platform-combining-pricing-analytics-with-automated-credit-risk-decisioning/</w:t>
        </w:r>
      </w:hyperlink>
      <w:r>
        <w:t xml:space="preserve"> - Quotes Be'eri Mart, Chief Product Officer at Earnix, on the industry need for a unified platform integrating pricing and credit risk decisioning.</w:t>
      </w:r>
      <w:r/>
    </w:p>
    <w:p>
      <w:pPr>
        <w:pStyle w:val="ListNumber"/>
        <w:spacing w:line="240" w:lineRule="auto"/>
        <w:ind w:left="720"/>
      </w:pPr>
      <w:r/>
      <w:hyperlink r:id="rId12">
        <w:r>
          <w:rPr>
            <w:color w:val="0000EE"/>
            <w:u w:val="single"/>
          </w:rPr>
          <w:t>https://earnix.com/blog/streamlining-consumer-lending-pricing-analytics-credit-risk-decisioning-on-a-single-platform/</w:t>
        </w:r>
      </w:hyperlink>
      <w:r>
        <w:t xml:space="preserve"> - Describes the platform's specialized instruments for pricing and risk teams, including modeling, pricing optimization, and reporting without additional customization.</w:t>
      </w:r>
      <w:r/>
    </w:p>
    <w:p>
      <w:pPr>
        <w:pStyle w:val="ListNumber"/>
        <w:spacing w:line="240" w:lineRule="auto"/>
        <w:ind w:left="720"/>
      </w:pPr>
      <w:r/>
      <w:hyperlink r:id="rId13">
        <w:r>
          <w:rPr>
            <w:color w:val="0000EE"/>
            <w:u w:val="single"/>
          </w:rPr>
          <w:t>https://earnix.com/lp/lending-plus/</w:t>
        </w:r>
      </w:hyperlink>
      <w:r>
        <w:t xml:space="preserve"> - Details the joint simulation capability and its role in predicting the impact of changes in decision-making logic to optimize business outcomes.</w:t>
      </w:r>
      <w:r/>
    </w:p>
    <w:p>
      <w:pPr>
        <w:pStyle w:val="ListNumber"/>
        <w:spacing w:line="240" w:lineRule="auto"/>
        <w:ind w:left="720"/>
      </w:pPr>
      <w:r/>
      <w:hyperlink r:id="rId11">
        <w:r>
          <w:rPr>
            <w:color w:val="0000EE"/>
            <w:u w:val="single"/>
          </w:rPr>
          <w:t>https://earnix.com/newsroom/press-releases/earnix-launches-ai-platform-combining-pricing-analytics-with-automated-credit-risk-decisioning/</w:t>
        </w:r>
      </w:hyperlink>
      <w:r>
        <w:t xml:space="preserve"> - Explains how Earnix Lending Plus simplifies the decision-making process by integrating pricing and credit risk decisioning into a single solution.</w:t>
      </w:r>
      <w:r/>
    </w:p>
    <w:p>
      <w:pPr>
        <w:pStyle w:val="ListNumber"/>
        <w:spacing w:line="240" w:lineRule="auto"/>
        <w:ind w:left="720"/>
      </w:pPr>
      <w:r/>
      <w:hyperlink r:id="rId12">
        <w:r>
          <w:rPr>
            <w:color w:val="0000EE"/>
            <w:u w:val="single"/>
          </w:rPr>
          <w:t>https://earnix.com/blog/streamlining-consumer-lending-pricing-analytics-credit-risk-decisioning-on-a-single-platform/</w:t>
        </w:r>
      </w:hyperlink>
      <w:r>
        <w:t xml:space="preserve"> - Highlights the benefits of the platform, including enhanced portfolio performance, superior control over lending decisions, and improved operational efficiency.</w:t>
      </w:r>
      <w:r/>
    </w:p>
    <w:p>
      <w:pPr>
        <w:pStyle w:val="ListNumber"/>
        <w:spacing w:line="240" w:lineRule="auto"/>
        <w:ind w:left="720"/>
      </w:pPr>
      <w:r/>
      <w:hyperlink r:id="rId15">
        <w:r>
          <w:rPr>
            <w:color w:val="0000EE"/>
            <w:u w:val="single"/>
          </w:rPr>
          <w:t>https://www.insurtechinsights.com/earnix-unveils-ai-driven-platform/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paypers.com/online-mobile-banking/earnix-launches-ai-platform-for-loan-pricing-efficiency--1270366" TargetMode="External"/><Relationship Id="rId11" Type="http://schemas.openxmlformats.org/officeDocument/2006/relationships/hyperlink" Target="https://earnix.com/newsroom/press-releases/earnix-launches-ai-platform-combining-pricing-analytics-with-automated-credit-risk-decisioning/" TargetMode="External"/><Relationship Id="rId12" Type="http://schemas.openxmlformats.org/officeDocument/2006/relationships/hyperlink" Target="https://earnix.com/blog/streamlining-consumer-lending-pricing-analytics-credit-risk-decisioning-on-a-single-platform/" TargetMode="External"/><Relationship Id="rId13" Type="http://schemas.openxmlformats.org/officeDocument/2006/relationships/hyperlink" Target="https://earnix.com/lp/lending-plus/" TargetMode="External"/><Relationship Id="rId14" Type="http://schemas.openxmlformats.org/officeDocument/2006/relationships/hyperlink" Target="https://finance.yahoo.com/news/earnix-launches-ai-platform-combining-120000614.html" TargetMode="External"/><Relationship Id="rId15" Type="http://schemas.openxmlformats.org/officeDocument/2006/relationships/hyperlink" Target="https://www.insurtechinsights.com/earnix-unveils-ai-driven-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