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AI on human creativity in Erica Orange's new 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artificial intelligence (AI) is becoming an integral part of daily life, the new book "AI + The New Human Frontier: Reimagining the Future of Time, Trust + Truth" by futurist Erica Orange provides a comprehensive examination of how generative AI is poised to revolutionise human creativity. Published by Wiley, the book delves into the growing intersection between humans and AI technology, suggesting that instead of replacing human input, AI can serve as a powerful ally in enhancing human ingenuity and creativity.</w:t>
      </w:r>
      <w:r/>
    </w:p>
    <w:p>
      <w:r/>
      <w:r>
        <w:t>Set against a backdrop of technological advancement, Orange’s book articulates that the core tenets of human intelligence such as curiosity, critical thinking, and empathy are not only irreplaceable but will become increasingly crucial as AI continues to evolve. The narrative emphasises the importance of embedding trust and human oversight into AI development. This ensures that as mundane, repetitive tasks are automated, the focus can shift to amplifying human capabilities, particularly in a world where discerning reality from falsehoods becomes more challenging.</w:t>
      </w:r>
      <w:r/>
    </w:p>
    <w:p>
      <w:r/>
      <w:r>
        <w:t>"AI + The New Human Frontier" presents itself as an essential read for those looking to navigate the future with an informed perspective on the evolving relationship between humans and artificial intelligence. It offers insights into utilising AI tools to expand creativity and intelligence, underscoring the importance of maintaining human oversight to ensure these technologies truly complement human abilities. The book also sheds light on why human-centric skills, such as empathy and critical thinking, will become all the more indispensable in this new landscape.</w:t>
      </w:r>
      <w:r/>
    </w:p>
    <w:p>
      <w:r/>
      <w:r>
        <w:t>Targeted at business leaders, managers, and professionals, Orange's work is positioned as both a visionary treatise and a practical guide, equipping readers with the knowledge needed to thrive amid transformative technological changes. It provides not only a forecast of what lies ahead but also actionable advice on leveraging human skills in an AI-driven world.</w:t>
      </w:r>
      <w:r/>
    </w:p>
    <w:p>
      <w:r/>
      <w:r>
        <w:t>For a limited time, the book is available for free to readers of BetaNews, although it typically retails for $18. Interested individuals can obtain their copy by visiting the designated website, providing the necessary details, and downloading the book. This offer is available until 16 October, allowing ample time for interested readers to secure a copy of this insightful resource.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https://books.google.nl/books/about/AI_+_The_New_Human_Frontier.html?id=8tJz0AEACAAJ&amp;redir_esc=y</w:t>
        </w:r>
      </w:hyperlink>
      <w:r>
        <w:t xml:space="preserve"> - Corroborates the book's title, author, and publisher, as well as its focus on enhancing human creativity and intelligence with AI.</w:t>
      </w:r>
      <w:r/>
    </w:p>
    <w:p>
      <w:pPr>
        <w:pStyle w:val="ListNumber"/>
        <w:spacing w:line="240" w:lineRule="auto"/>
        <w:ind w:left="720"/>
      </w:pPr>
      <w:r/>
      <w:hyperlink r:id="rId11">
        <w:r>
          <w:rPr>
            <w:color w:val="0000EE"/>
            <w:u w:val="single"/>
          </w:rPr>
          <w:t>https://www.amazon.com/AI-New-Human-Frontier-Reimagining/dp/1394276974</w:t>
        </w:r>
      </w:hyperlink>
      <w:r>
        <w:t xml:space="preserve"> - Supports the book's central argument that AI can enhance human creativity rather than replace it, and highlights the importance of human oversight in AI development.</w:t>
      </w:r>
      <w:r/>
    </w:p>
    <w:p>
      <w:pPr>
        <w:pStyle w:val="ListNumber"/>
        <w:spacing w:line="240" w:lineRule="auto"/>
        <w:ind w:left="720"/>
      </w:pPr>
      <w:r/>
      <w:hyperlink r:id="rId12">
        <w:r>
          <w:rPr>
            <w:color w:val="0000EE"/>
            <w:u w:val="single"/>
          </w:rPr>
          <w:t>https://www.target.com/p/ai-the-new-human-frontier-by-erica-orange-hardcover/-/A-91562832</w:t>
        </w:r>
      </w:hyperlink>
      <w:r>
        <w:t xml:space="preserve"> - Confirms the book's author, publisher, and the emphasis on human-centric skills such as curiosity, critical thinking, and empathy.</w:t>
      </w:r>
      <w:r/>
    </w:p>
    <w:p>
      <w:pPr>
        <w:pStyle w:val="ListNumber"/>
        <w:spacing w:line="240" w:lineRule="auto"/>
        <w:ind w:left="720"/>
      </w:pPr>
      <w:r/>
      <w:hyperlink r:id="rId13">
        <w:r>
          <w:rPr>
            <w:color w:val="0000EE"/>
            <w:u w:val="single"/>
          </w:rPr>
          <w:t>https://www.elmstreetbooks.com/book/9781394276974</w:t>
        </w:r>
      </w:hyperlink>
      <w:r>
        <w:t xml:space="preserve"> - Reiterates the book's themes of enhancing human creativity and the crucial role of human oversight in AI development.</w:t>
      </w:r>
      <w:r/>
    </w:p>
    <w:p>
      <w:pPr>
        <w:pStyle w:val="ListNumber"/>
        <w:spacing w:line="240" w:lineRule="auto"/>
        <w:ind w:left="720"/>
      </w:pPr>
      <w:r/>
      <w:hyperlink r:id="rId14">
        <w:r>
          <w:rPr>
            <w:color w:val="0000EE"/>
            <w:u w:val="single"/>
          </w:rPr>
          <w:t>https://www.oreilly.com/library/view/ai-the/9781394276974/</w:t>
        </w:r>
      </w:hyperlink>
      <w:r>
        <w:t xml:space="preserve"> - Provides details on the book's publication, including the publisher and release date, and its availability on the O'Reilly learning platform.</w:t>
      </w:r>
      <w:r/>
    </w:p>
    <w:p>
      <w:pPr>
        <w:pStyle w:val="ListNumber"/>
        <w:spacing w:line="240" w:lineRule="auto"/>
        <w:ind w:left="720"/>
      </w:pPr>
      <w:r/>
      <w:hyperlink r:id="rId11">
        <w:r>
          <w:rPr>
            <w:color w:val="0000EE"/>
            <w:u w:val="single"/>
          </w:rPr>
          <w:t>https://www.amazon.com/AI-New-Human-Frontier-Reimagining/dp/1394276974</w:t>
        </w:r>
      </w:hyperlink>
      <w:r>
        <w:t xml:space="preserve"> - Highlights the book as an essential read for business leaders and professionals, offering insights into leveraging AI for growth while maintaining human values.</w:t>
      </w:r>
      <w:r/>
    </w:p>
    <w:p>
      <w:pPr>
        <w:pStyle w:val="ListNumber"/>
        <w:spacing w:line="240" w:lineRule="auto"/>
        <w:ind w:left="720"/>
      </w:pPr>
      <w:r/>
      <w:hyperlink r:id="rId12">
        <w:r>
          <w:rPr>
            <w:color w:val="0000EE"/>
            <w:u w:val="single"/>
          </w:rPr>
          <w:t>https://www.target.com/p/ai-the-new-human-frontier-by-erica-orange-hardcover/-/A-91562832</w:t>
        </w:r>
      </w:hyperlink>
      <w:r>
        <w:t xml:space="preserve"> - Supports the book's practical advice on thriving in an AI-enhanced world and its target audience of business leaders, managers, and executives.</w:t>
      </w:r>
      <w:r/>
    </w:p>
    <w:p>
      <w:pPr>
        <w:pStyle w:val="ListNumber"/>
        <w:spacing w:line="240" w:lineRule="auto"/>
        <w:ind w:left="720"/>
      </w:pPr>
      <w:r/>
      <w:hyperlink r:id="rId13">
        <w:r>
          <w:rPr>
            <w:color w:val="0000EE"/>
            <w:u w:val="single"/>
          </w:rPr>
          <w:t>https://www.elmstreetbooks.com/book/9781394276974</w:t>
        </w:r>
      </w:hyperlink>
      <w:r>
        <w:t xml:space="preserve"> - Emphasizes the importance of navigating the future with confidence and understanding how to capitalize on AI's potential to expand human creativity and intelligence.</w:t>
      </w:r>
      <w:r/>
    </w:p>
    <w:p>
      <w:pPr>
        <w:pStyle w:val="ListNumber"/>
        <w:spacing w:line="240" w:lineRule="auto"/>
        <w:ind w:left="720"/>
      </w:pPr>
      <w:r/>
      <w:hyperlink r:id="rId10">
        <w:r>
          <w:rPr>
            <w:color w:val="0000EE"/>
            <w:u w:val="single"/>
          </w:rPr>
          <w:t>https://books.google.nl/books/about/AI_+_The_New_Human_Frontier.html?id=8tJz0AEACAAJ&amp;redir_esc=y</w:t>
        </w:r>
      </w:hyperlink>
      <w:r>
        <w:t xml:space="preserve"> - Corroborates the book's focus on the interplay between humanity and technology and the need for human-centric solutions in an AI-driven world.</w:t>
      </w:r>
      <w:r/>
    </w:p>
    <w:p>
      <w:pPr>
        <w:pStyle w:val="ListNumber"/>
        <w:spacing w:line="240" w:lineRule="auto"/>
        <w:ind w:left="720"/>
      </w:pPr>
      <w:r/>
      <w:hyperlink r:id="rId11">
        <w:r>
          <w:rPr>
            <w:color w:val="0000EE"/>
            <w:u w:val="single"/>
          </w:rPr>
          <w:t>https://www.amazon.com/AI-New-Human-Frontier-Reimagining/dp/1394276974</w:t>
        </w:r>
      </w:hyperlink>
      <w:r>
        <w:t xml:space="preserve"> - Provides praise from various experts, highlighting the book's visionary and comprehensive approach to the future of AI and human interaction.</w:t>
      </w:r>
      <w:r/>
    </w:p>
    <w:p>
      <w:pPr>
        <w:pStyle w:val="ListNumber"/>
        <w:spacing w:line="240" w:lineRule="auto"/>
        <w:ind w:left="720"/>
      </w:pPr>
      <w:r/>
      <w:hyperlink r:id="rId12">
        <w:r>
          <w:rPr>
            <w:color w:val="0000EE"/>
            <w:u w:val="single"/>
          </w:rPr>
          <w:t>https://www.target.com/p/ai-the-new-human-frontier-by-erica-orange-hardcover/-/A-91562832</w:t>
        </w:r>
      </w:hyperlink>
      <w:r>
        <w:t xml:space="preserve"> - Details Erica Orange's background as a renowned futurist and her role at The Future Hunters, adding credibility to her insights on future trends and AI.</w:t>
      </w:r>
      <w:r/>
    </w:p>
    <w:p>
      <w:pPr>
        <w:pStyle w:val="ListNumber"/>
        <w:spacing w:line="240" w:lineRule="auto"/>
        <w:ind w:left="720"/>
      </w:pPr>
      <w:r/>
      <w:hyperlink r:id="rId15">
        <w:r>
          <w:rPr>
            <w:color w:val="0000EE"/>
            <w:u w:val="single"/>
          </w:rPr>
          <w:t>https://betanews.com/2024/10/02/save-18-get-ai-the-new-human-frontier-reimagining-the-future-of-time-trust-truth-free-for-a-limited-time-for-free/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ooks.google.nl/books/about/AI_+_The_New_Human_Frontier.html?id=8tJz0AEACAAJ&amp;redir_esc=y" TargetMode="External"/><Relationship Id="rId11" Type="http://schemas.openxmlformats.org/officeDocument/2006/relationships/hyperlink" Target="https://www.amazon.com/AI-New-Human-Frontier-Reimagining/dp/1394276974" TargetMode="External"/><Relationship Id="rId12" Type="http://schemas.openxmlformats.org/officeDocument/2006/relationships/hyperlink" Target="https://www.target.com/p/ai-the-new-human-frontier-by-erica-orange-hardcover/-/A-91562832" TargetMode="External"/><Relationship Id="rId13" Type="http://schemas.openxmlformats.org/officeDocument/2006/relationships/hyperlink" Target="https://www.elmstreetbooks.com/book/9781394276974" TargetMode="External"/><Relationship Id="rId14" Type="http://schemas.openxmlformats.org/officeDocument/2006/relationships/hyperlink" Target="https://www.oreilly.com/library/view/ai-the/9781394276974/" TargetMode="External"/><Relationship Id="rId15" Type="http://schemas.openxmlformats.org/officeDocument/2006/relationships/hyperlink" Target="https://betanews.com/2024/10/02/save-18-get-ai-the-new-human-frontier-reimagining-the-future-of-time-trust-truth-free-for-a-limited-time-for-f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