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Farmerswife to showcase innovative solutions at NAB New York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Farmerswife, a leading provider of project management solutions tailored for the media industry, is set to unveil an array of innovative features at the upcoming NAB New York 2024. This prominent event is scheduled to be held on the 9th and 10th of October at the Jacob Javits Convention Center in New York City. Participants at the conference will have the opportunity to interact with the latest enhancements to the Farmerswife offerings, prominently featuring the Cirkus scheduling and project management platform at booth 647.</w:t>
      </w:r>
      <w:r/>
    </w:p>
    <w:p>
      <w:r/>
      <w:r>
        <w:t>Cirkus, a platform designed to facilitate seamless collaboration and optimize resource scheduling within media projects, will showcase new updates aimed at streamlining workflows and enhancing efficiency. Key advancements include tools to automate repetitive tasks, thereby allowing teams to concentrate on more complex work, and a new public requests feature that simplifies project and booking requests, even for users without direct access to Cirkus. These updates are crafted to prevent lapses in communication and ensure that deadlines are consistently met.</w:t>
      </w:r>
      <w:r/>
    </w:p>
    <w:p>
      <w:r/>
      <w:r>
        <w:t>Stephen Elliott, CEO of Farmerswife, articulated the company's commitment to evolving its products in alignment with the needs of media professionals. "Cirkus is evolving to meet the diverse needs of media professionals," Elliott stated. "We’re excited to unveil these new feature updates to our valued customers and industry colleagues at NAB New York. These updates reflect our ongoing commitment to improving collaboration and workflow efficiency in the media sector.”</w:t>
      </w:r>
      <w:r/>
    </w:p>
    <w:p>
      <w:r/>
      <w:r>
        <w:t>In addition to enhancing Cirkus, Farmerswife is also launching a new version of its flagship software, Farmerswife 7.1. Recently released, this updated version brings over 100 new features, including advanced equipment tracking, enhanced scheduling, and improved budgeting capabilities. Furthermore, Farmerswife is preparing to introduce AI-enhanced product plans, indicating a forward-thinking approach towards integrating artificial intelligence within the media space. These developments are indicative of the company's anticipation of AI's expanding role in the industry.</w:t>
      </w:r>
      <w:r/>
    </w:p>
    <w:p>
      <w:r/>
      <w:r>
        <w:t>Farmerswife's dedication to supporting sustainable practices is also prominent with the development of new features aimed at monitoring carbon emissions. This initiative aligns with broader sustainability goals, reflecting the organisation's responsiveness to environmental concerns within the industry.</w:t>
      </w:r>
      <w:r/>
    </w:p>
    <w:p>
      <w:r/>
      <w:r>
        <w:t>Jodi Clifford, managing director for the USA at Farmerswife, highlighted the company's legacy of success and its ongoing dedication to innovation. "Continuing our legacy of success from previous years, where we welcomed esteemed clients like PBS Fort Wayne, Boutwell Studios and more, we remain committed to delivering cutting-edge solutions that streamline workflows and drive our customers towards success,” Clifford stated. “With the introduction of Farmerswife 7.1 and the latest updates to Cirkus, we are confident in our ability to provide unparalleled efficiency and productivity for media operations. In line with our continued efforts, we will be unveiling our newest AI enhancement product plans."</w:t>
      </w:r>
      <w:r/>
    </w:p>
    <w:p>
      <w:r/>
      <w:r>
        <w:t>The NAB New York 2024 therefore promises to be an important platform where Farmerswife will demonstrate its new technological advances, reinforcing its role as a pivotal player in the media project management industry. The innovations presented are expected to attract considerable attention from professionals seeking to optimise their workflow and embrace future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https://blog.farmerswife.com/farmerswife-and-cirkus-at-nab-ny</w:t>
        </w:r>
      </w:hyperlink>
      <w:r>
        <w:t xml:space="preserve"> - Corroborates the unveiling of new features at NAB New York 2024, including the latest version of farmerswife software and Cirkus updates.</w:t>
      </w:r>
      <w:r/>
    </w:p>
    <w:p>
      <w:pPr>
        <w:pStyle w:val="ListNumber"/>
        <w:spacing w:line="240" w:lineRule="auto"/>
        <w:ind w:left="720"/>
      </w:pPr>
      <w:r/>
      <w:hyperlink r:id="rId11">
        <w:r>
          <w:rPr>
            <w:color w:val="0000EE"/>
            <w:u w:val="single"/>
          </w:rPr>
          <w:t>https://www.linkedin.com/posts/farmers-wife-sl_cirkus-farmerswife-nab2024-activity-7186390984165904384-EdFs</w:t>
        </w:r>
      </w:hyperlink>
      <w:r>
        <w:t xml:space="preserve"> - Mentions the presence of farmerswife and Cirkus at the NAB Show 2024, highlighting their booth and the event.</w:t>
      </w:r>
      <w:r/>
    </w:p>
    <w:p>
      <w:pPr>
        <w:pStyle w:val="ListNumber"/>
        <w:spacing w:line="240" w:lineRule="auto"/>
        <w:ind w:left="720"/>
      </w:pPr>
      <w:r/>
      <w:hyperlink r:id="rId12">
        <w:r>
          <w:rPr>
            <w:color w:val="0000EE"/>
            <w:u w:val="single"/>
          </w:rPr>
          <w:t>https://nabshow.com/newyork2024/</w:t>
        </w:r>
      </w:hyperlink>
      <w:r>
        <w:t xml:space="preserve"> - Provides details about the NAB Show New York 2024, including the dates and location at the Jacob Javits Convention Center.</w:t>
      </w:r>
      <w:r/>
    </w:p>
    <w:p>
      <w:pPr>
        <w:pStyle w:val="ListNumber"/>
        <w:spacing w:line="240" w:lineRule="auto"/>
        <w:ind w:left="720"/>
      </w:pPr>
      <w:r/>
      <w:hyperlink r:id="rId13">
        <w:r>
          <w:rPr>
            <w:color w:val="0000EE"/>
            <w:u w:val="single"/>
          </w:rPr>
          <w:t>https://farmerswife.com/events/</w:t>
        </w:r>
      </w:hyperlink>
      <w:r>
        <w:t xml:space="preserve"> - Lists the NAB Show New York 2024 as one of the events where farmerswife will be present, specifying their booth number.</w:t>
      </w:r>
      <w:r/>
    </w:p>
    <w:p>
      <w:pPr>
        <w:pStyle w:val="ListNumber"/>
        <w:spacing w:line="240" w:lineRule="auto"/>
        <w:ind w:left="720"/>
      </w:pPr>
      <w:r/>
      <w:hyperlink r:id="rId14">
        <w:r>
          <w:rPr>
            <w:color w:val="0000EE"/>
            <w:u w:val="single"/>
          </w:rPr>
          <w:t>https://blog.farmerswife.com</w:t>
        </w:r>
      </w:hyperlink>
      <w:r>
        <w:t xml:space="preserve"> - Discusses the new features and updates to be showcased at NAB New York 2024, including Cirkus and farmerswife 7.1.</w:t>
      </w:r>
      <w:r/>
    </w:p>
    <w:p>
      <w:pPr>
        <w:pStyle w:val="ListNumber"/>
        <w:spacing w:line="240" w:lineRule="auto"/>
        <w:ind w:left="720"/>
      </w:pPr>
      <w:r/>
      <w:hyperlink r:id="rId10">
        <w:r>
          <w:rPr>
            <w:color w:val="0000EE"/>
            <w:u w:val="single"/>
          </w:rPr>
          <w:t>https://blog.farmerswife.com/farmerswife-and-cirkus-at-nab-ny</w:t>
        </w:r>
      </w:hyperlink>
      <w:r>
        <w:t xml:space="preserve"> - Details the new version of farmerswife software, version 7.1, and its features such as advanced equipment tracking and enhanced scheduling.</w:t>
      </w:r>
      <w:r/>
    </w:p>
    <w:p>
      <w:pPr>
        <w:pStyle w:val="ListNumber"/>
        <w:spacing w:line="240" w:lineRule="auto"/>
        <w:ind w:left="720"/>
      </w:pPr>
      <w:r/>
      <w:hyperlink r:id="rId14">
        <w:r>
          <w:rPr>
            <w:color w:val="0000EE"/>
            <w:u w:val="single"/>
          </w:rPr>
          <w:t>https://blog.farmerswife.com</w:t>
        </w:r>
      </w:hyperlink>
      <w:r>
        <w:t xml:space="preserve"> - Mentions the integration of AI-enhanced product plans and the focus on sustainability features to monitor carbon emissions.</w:t>
      </w:r>
      <w:r/>
    </w:p>
    <w:p>
      <w:pPr>
        <w:pStyle w:val="ListNumber"/>
        <w:spacing w:line="240" w:lineRule="auto"/>
        <w:ind w:left="720"/>
      </w:pPr>
      <w:r/>
      <w:hyperlink r:id="rId12">
        <w:r>
          <w:rPr>
            <w:color w:val="0000EE"/>
            <w:u w:val="single"/>
          </w:rPr>
          <w:t>https://nabshow.com/newyork2024/</w:t>
        </w:r>
      </w:hyperlink>
      <w:r>
        <w:t xml:space="preserve"> - Provides context on the significance of NAB Show New York 2024 as a platform for showcasing the latest technical developments in the media industry.</w:t>
      </w:r>
      <w:r/>
    </w:p>
    <w:p>
      <w:pPr>
        <w:pStyle w:val="ListNumber"/>
        <w:spacing w:line="240" w:lineRule="auto"/>
        <w:ind w:left="720"/>
      </w:pPr>
      <w:r/>
      <w:hyperlink r:id="rId13">
        <w:r>
          <w:rPr>
            <w:color w:val="0000EE"/>
            <w:u w:val="single"/>
          </w:rPr>
          <w:t>https://farmerswife.com/events/</w:t>
        </w:r>
      </w:hyperlink>
      <w:r>
        <w:t xml:space="preserve"> - Confirms farmerswife's booth number at NAB Show New York 2024 and their participation in other industry events.</w:t>
      </w:r>
      <w:r/>
    </w:p>
    <w:p>
      <w:pPr>
        <w:pStyle w:val="ListNumber"/>
        <w:spacing w:line="240" w:lineRule="auto"/>
        <w:ind w:left="720"/>
      </w:pPr>
      <w:r/>
      <w:hyperlink r:id="rId11">
        <w:r>
          <w:rPr>
            <w:color w:val="0000EE"/>
            <w:u w:val="single"/>
          </w:rPr>
          <w:t>https://www.linkedin.com/posts/farmers-wife-sl_cirkus-farmerswife-nab2024-activity-7186390984165904384-EdFs</w:t>
        </w:r>
      </w:hyperlink>
      <w:r>
        <w:t xml:space="preserve"> - Highlights the company's commitment to innovation and customer success, as stated by Jodi Clifford, managing director for the USA at farmerswife.</w:t>
      </w:r>
      <w:r/>
    </w:p>
    <w:p>
      <w:pPr>
        <w:pStyle w:val="ListNumber"/>
        <w:spacing w:line="240" w:lineRule="auto"/>
        <w:ind w:left="720"/>
      </w:pPr>
      <w:r/>
      <w:hyperlink r:id="rId15">
        <w:r>
          <w:rPr>
            <w:color w:val="0000EE"/>
            <w:u w:val="single"/>
          </w:rPr>
          <w:t>https://www.postmagazine.com/Press-Center/Daily-News/2024/NAB-NY-Farmerswife-to-feature-scheduling-managem.aspx</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farmerswife.com/farmerswife-and-cirkus-at-nab-ny" TargetMode="External"/><Relationship Id="rId11" Type="http://schemas.openxmlformats.org/officeDocument/2006/relationships/hyperlink" Target="https://www.linkedin.com/posts/farmers-wife-sl_cirkus-farmerswife-nab2024-activity-7186390984165904384-EdFs" TargetMode="External"/><Relationship Id="rId12" Type="http://schemas.openxmlformats.org/officeDocument/2006/relationships/hyperlink" Target="https://nabshow.com/newyork2024/" TargetMode="External"/><Relationship Id="rId13" Type="http://schemas.openxmlformats.org/officeDocument/2006/relationships/hyperlink" Target="https://farmerswife.com/events/" TargetMode="External"/><Relationship Id="rId14" Type="http://schemas.openxmlformats.org/officeDocument/2006/relationships/hyperlink" Target="https://blog.farmerswife.com" TargetMode="External"/><Relationship Id="rId15" Type="http://schemas.openxmlformats.org/officeDocument/2006/relationships/hyperlink" Target="https://www.postmagazine.com/Press-Center/Daily-News/2024/NAB-NY-Farmerswife-to-feature-scheduling-managem.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