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Foxit enhances PDF Editor with native Snapdragon support and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Foxit, a prominent player in the world of PDF solutions, has taken a significant technological step forward by announcing that its PDF Editor and Editor Pro, now equipped with an AI Assistant, will natively support PCs equipped with Snapdragon processors. This development is poised to enhance the functionality and overall performance of Foxit's PDF offerings, notably benefitting users of Dell’s latest devices that employ Snapdragon technology.</w:t>
      </w:r>
      <w:r/>
    </w:p>
    <w:p>
      <w:r/>
      <w:r>
        <w:t>The integration of native support for Snapdragon processors marks a notable advancement, enabling Foxit's PDF Editor to utilize the hardware's full potential without the need for emulation or translation layers. This strategic move is expected to yield multiple benefits, including improved software performance, better compatibility, and extended battery life. As a result, users of PCs running on Snapdragon will likely notice faster document rendering, more efficient processing, and a smoother user experience when managing PDFs.</w:t>
      </w:r>
      <w:r/>
    </w:p>
    <w:p>
      <w:r/>
      <w:r>
        <w:t>Andrew Travis, the Executive Vice President of Sales at Foxit, expressed optimism about this development, stating that the company's commitment to native support on the Snapdragon platform empowers it to offer faster content rendering and processing. This, in turn, translates to heightened productivity and an unparalleled user experience.</w:t>
      </w:r>
      <w:r/>
    </w:p>
    <w:p>
      <w:r/>
      <w:r>
        <w:t>Foxit’s PDF solutions are further enhanced by the integration of AI technology, including the capabilities of ChatGPT. This incorporation aims to bolster user productivity through intelligent automation, natural language processing, and a suite of advanced tools designed for document management tasks, such as annotation, redaction, and form completion.</w:t>
      </w:r>
      <w:r/>
    </w:p>
    <w:p>
      <w:r/>
      <w:r>
        <w:t>The push for native support on Snapdragon-powered devices highlights the growing trend of optimizing software for specific hardware configurations to deliver superior performance and user satisfaction. This latest announcement by Foxit illustrates the company's dedication to leveraging cutting-edge technologies to meet evolving customer needs and to stay ahead in the competitive landscape of digital document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https://www.businesswire.com/news/home/20241002972750/en/Foxit-Announces-PDF-Editor-and-Editor-Pro-With-AI-Assistant-Now-Natively-Supported-on-PCs-Powered-by-Snapdragon</w:t>
        </w:r>
      </w:hyperlink>
      <w:r>
        <w:t xml:space="preserve"> - Corroborates the announcement of Foxit's PDF Editor and Editor Pro with AI Assistant now natively supporting PCs powered by Snapdragon processors.</w:t>
      </w:r>
      <w:r/>
    </w:p>
    <w:p>
      <w:pPr>
        <w:pStyle w:val="ListNumber"/>
        <w:spacing w:line="240" w:lineRule="auto"/>
        <w:ind w:left="720"/>
      </w:pPr>
      <w:r/>
      <w:hyperlink r:id="rId11">
        <w:r>
          <w:rPr>
            <w:color w:val="0000EE"/>
            <w:u w:val="single"/>
          </w:rPr>
          <w:t>https://betanews.com/2024/10/02/foxit-pdf-editor-snapdragon-native-support/</w:t>
        </w:r>
      </w:hyperlink>
      <w:r>
        <w:t xml:space="preserve"> - Supports the integration of Foxit's PDF Editor and Editor Pro with native support for Snapdragon processors.</w:t>
      </w:r>
      <w:r/>
    </w:p>
    <w:p>
      <w:pPr>
        <w:pStyle w:val="ListNumber"/>
        <w:spacing w:line="240" w:lineRule="auto"/>
        <w:ind w:left="720"/>
      </w:pPr>
      <w:r/>
      <w:hyperlink r:id="rId12">
        <w:r>
          <w:rPr>
            <w:color w:val="0000EE"/>
            <w:u w:val="single"/>
          </w:rPr>
          <w:t>https://www.dell.com/en-us/lp/dell-Foxit-ai-solutions</w:t>
        </w:r>
      </w:hyperlink>
      <w:r>
        <w:t xml:space="preserve"> - Highlights the benefits of using Foxit's AI-infused editing software on Dell's Snapdragon-powered devices.</w:t>
      </w:r>
      <w:r/>
    </w:p>
    <w:p>
      <w:pPr>
        <w:pStyle w:val="ListNumber"/>
        <w:spacing w:line="240" w:lineRule="auto"/>
        <w:ind w:left="720"/>
      </w:pPr>
      <w:r/>
      <w:hyperlink r:id="rId13">
        <w:r>
          <w:rPr>
            <w:color w:val="0000EE"/>
            <w:u w:val="single"/>
          </w:rPr>
          <w:t>https://www.bakersfield.com/ap/news/foxit-announces-pdf-editor-and-editor-pro-with-ai-assistant-now-natively-supported-on-pcs/article_9fb926cd-b557-554e-b73c-90e7aa7fbd2d.html</w:t>
        </w:r>
      </w:hyperlink>
      <w:r>
        <w:t xml:space="preserve"> - Confirms the native support of Foxit's PDF Editor and Editor Pro on PCs powered by Snapdragon processors.</w:t>
      </w:r>
      <w:r/>
    </w:p>
    <w:p>
      <w:pPr>
        <w:pStyle w:val="ListNumber"/>
        <w:spacing w:line="240" w:lineRule="auto"/>
        <w:ind w:left="720"/>
      </w:pPr>
      <w:r/>
      <w:hyperlink r:id="rId14">
        <w:r>
          <w:rPr>
            <w:color w:val="0000EE"/>
            <w:u w:val="single"/>
          </w:rPr>
          <w:t>https://finance.yahoo.com/news/foxit-announces-pdf-editor-editor-123000423.html</w:t>
        </w:r>
      </w:hyperlink>
      <w:r>
        <w:t xml:space="preserve"> - Details the advantages of native Snapdragon support, including improved performance, compatibility, and battery life.</w:t>
      </w:r>
      <w:r/>
    </w:p>
    <w:p>
      <w:pPr>
        <w:pStyle w:val="ListNumber"/>
        <w:spacing w:line="240" w:lineRule="auto"/>
        <w:ind w:left="720"/>
      </w:pPr>
      <w:r/>
      <w:hyperlink r:id="rId10">
        <w:r>
          <w:rPr>
            <w:color w:val="0000EE"/>
            <w:u w:val="single"/>
          </w:rPr>
          <w:t>https://www.businesswire.com/news/home/20241002972750/en/Foxit-Announces-PDF-Editor-and-Editor-Pro-With-AI-Assistant-Now-Natively-Supported-on-PCs-Powered-by-Snapdragon</w:t>
        </w:r>
      </w:hyperlink>
      <w:r>
        <w:t xml:space="preserve"> - Quotes Andrew Travis on the benefits of native support on the Snapdragon platform, including faster content rendering and processing.</w:t>
      </w:r>
      <w:r/>
    </w:p>
    <w:p>
      <w:pPr>
        <w:pStyle w:val="ListNumber"/>
        <w:spacing w:line="240" w:lineRule="auto"/>
        <w:ind w:left="720"/>
      </w:pPr>
      <w:r/>
      <w:hyperlink r:id="rId14">
        <w:r>
          <w:rPr>
            <w:color w:val="0000EE"/>
            <w:u w:val="single"/>
          </w:rPr>
          <w:t>https://finance.yahoo.com/news/foxit-announces-pdf-editor-editor-123000423.html</w:t>
        </w:r>
      </w:hyperlink>
      <w:r>
        <w:t xml:space="preserve"> - Explains how the integration of AI technology, including ChatGPT, enhances user productivity and document management tasks.</w:t>
      </w:r>
      <w:r/>
    </w:p>
    <w:p>
      <w:pPr>
        <w:pStyle w:val="ListNumber"/>
        <w:spacing w:line="240" w:lineRule="auto"/>
        <w:ind w:left="720"/>
      </w:pPr>
      <w:r/>
      <w:hyperlink r:id="rId11">
        <w:r>
          <w:rPr>
            <w:color w:val="0000EE"/>
            <w:u w:val="single"/>
          </w:rPr>
          <w:t>https://betanews.com/2024/10/02/foxit-pdf-editor-snapdragon-native-support/</w:t>
        </w:r>
      </w:hyperlink>
      <w:r>
        <w:t xml:space="preserve"> - Discusses the improved user experience and productivity resulting from the native support on Snapdragon-powered PCs.</w:t>
      </w:r>
      <w:r/>
    </w:p>
    <w:p>
      <w:pPr>
        <w:pStyle w:val="ListNumber"/>
        <w:spacing w:line="240" w:lineRule="auto"/>
        <w:ind w:left="720"/>
      </w:pPr>
      <w:r/>
      <w:hyperlink r:id="rId12">
        <w:r>
          <w:rPr>
            <w:color w:val="0000EE"/>
            <w:u w:val="single"/>
          </w:rPr>
          <w:t>https://www.dell.com/en-us/lp/dell-Foxit-ai-solutions</w:t>
        </w:r>
      </w:hyperlink>
      <w:r>
        <w:t xml:space="preserve"> - Illustrates the advanced tools and features provided by Foxit's AI Assistant, such as annotation, redaction, and form completion.</w:t>
      </w:r>
      <w:r/>
    </w:p>
    <w:p>
      <w:pPr>
        <w:pStyle w:val="ListNumber"/>
        <w:spacing w:line="240" w:lineRule="auto"/>
        <w:ind w:left="720"/>
      </w:pPr>
      <w:r/>
      <w:hyperlink r:id="rId10">
        <w:r>
          <w:rPr>
            <w:color w:val="0000EE"/>
            <w:u w:val="single"/>
          </w:rPr>
          <w:t>https://www.businesswire.com/news/home/20241002972750/en/Foxit-Announces-PDF-Editor-and-Editor-Pro-With-AI-Assistant-Now-Natively-Supported-on-PCs-Powered-by-Snapdragon</w:t>
        </w:r>
      </w:hyperlink>
      <w:r>
        <w:t xml:space="preserve"> - Highlights Foxit's commitment to leveraging cutting-edge technologies to meet evolving customer needs and stay competitive.</w:t>
      </w:r>
      <w:r/>
    </w:p>
    <w:p>
      <w:pPr>
        <w:pStyle w:val="ListNumber"/>
        <w:spacing w:line="240" w:lineRule="auto"/>
        <w:ind w:left="720"/>
      </w:pPr>
      <w:r/>
      <w:hyperlink r:id="rId11">
        <w:r>
          <w:rPr>
            <w:color w:val="0000EE"/>
            <w:u w:val="single"/>
          </w:rPr>
          <w:t>https://betanews.com/2024/10/02/foxit-pdf-editor-snapdragon-native-support/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02972750/en/Foxit-Announces-PDF-Editor-and-Editor-Pro-With-AI-Assistant-Now-Natively-Supported-on-PCs-Powered-by-Snapdragon" TargetMode="External"/><Relationship Id="rId11" Type="http://schemas.openxmlformats.org/officeDocument/2006/relationships/hyperlink" Target="https://betanews.com/2024/10/02/foxit-pdf-editor-snapdragon-native-support/" TargetMode="External"/><Relationship Id="rId12" Type="http://schemas.openxmlformats.org/officeDocument/2006/relationships/hyperlink" Target="https://www.dell.com/en-us/lp/dell-Foxit-ai-solutions" TargetMode="External"/><Relationship Id="rId13" Type="http://schemas.openxmlformats.org/officeDocument/2006/relationships/hyperlink" Target="https://www.bakersfield.com/ap/news/foxit-announces-pdf-editor-and-editor-pro-with-ai-assistant-now-natively-supported-on-pcs/article_9fb926cd-b557-554e-b73c-90e7aa7fbd2d.html" TargetMode="External"/><Relationship Id="rId14" Type="http://schemas.openxmlformats.org/officeDocument/2006/relationships/hyperlink" Target="https://finance.yahoo.com/news/foxit-announces-pdf-editor-editor-12300042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