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reshapes the future of software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(AI) is making waves in the realm of software development, shifting the landscape and redefining the roles within this industry. Prominent voices from the sector, including software veteran Kelsey Hightower, see AI coding assistants as transformative forces that will alter what it means to be a software engineer.</w:t>
      </w:r>
      <w:r/>
    </w:p>
    <w:p>
      <w:r/>
      <w:r>
        <w:t>For many, AI's potential in software engineering is clear: it can automate basic coding tasks, allowing developers to reallocate their efforts towards more complex problem-solving activities. Allen Holub, a seasoned developer, posits that the days when a coder merely implemented a fixed specification are fading away. Instead, modern software engineers engage in a broader scope of activities beyond writing code.</w:t>
      </w:r>
      <w:r/>
    </w:p>
    <w:p>
      <w:r/>
      <w:r>
        <w:t>The evolution of developer tools is highlighted by industry figures such as Simon Willison, who acknowledges the impact of open-source software on productivity throughout his career. This sentiment is echoed by Gergely Orosz, who identifies enduring challenges like bugs, reliability, and technical debt in building production software, suggesting that AI could potentially assist in mitigating these issues.</w:t>
      </w:r>
      <w:r/>
    </w:p>
    <w:p>
      <w:r/>
      <w:r>
        <w:t>Maxim Fateev, co-founder of Temporal.io, foresees AI becoming an invaluable assistant in software engineering, especially tools like GitHub Copilot which have already started to play pivotal roles. Fateev anticipates that rather than taking over the engineer's job, AI will facilitate working at a higher level of abstraction, effectively making engineers orchestrators of sophisticated systems rather than mere code writers.</w:t>
      </w:r>
      <w:r/>
    </w:p>
    <w:p>
      <w:r/>
      <w:r>
        <w:t>Similarly, Anand Kulkarni, CEO of a secure app development platform, predicts that as AI tools advance, software engineers will transition from coding to editing and system-level thinking. The integration of AI with low-code platforms is further changing the landscape, an observation shared by Paulo Rosado, CEO of OutSystems. His company now incorporates AI agents into their platform, necessitating the development of supporting logic and seamless integration into existing processes.</w:t>
      </w:r>
      <w:r/>
    </w:p>
    <w:p>
      <w:r/>
      <w:r>
        <w:t>Most industry experts agree that AI is more likely to enhance productivity than replace jobs. Qaiser Habib from Snowflake highlights that AI will drive engineers towards high-value work such as architecture and intricate design, rather than repetitive tasks. The consensus seems to be that AI will augment rather than displace, thus expanding the horizons of what is achievable within the profession.</w:t>
      </w:r>
      <w:r/>
    </w:p>
    <w:p>
      <w:r/>
      <w:r>
        <w:t>However, not all are entirely optimistic. Political economist Dr. Christina Colclough raises concerns about an increase in administrative workloads since the adoption of AI and digital technologies, challenging the notion that they automatically lead to higher productivity and efficiency.</w:t>
      </w:r>
      <w:r/>
    </w:p>
    <w:p>
      <w:r/>
      <w:r>
        <w:t>Looking towards the future, the role of software engineers is set to transform continually, requiring a fusion of technical prowess and creative problem-solving abilities—skills that AI, at this point, cannot fully replace. Continuous learning and adaptation to new technologies will become crucial for engineers to stay relevant in this evolving field, as suggested by Kulkarni. The incorporation of generative AI into software development signifies a new era of building and understanding technology, poised to enhance human capabilities significantly.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https://www.coursera.org/specializations/generative-ai-for-software-developers</w:t>
        </w:r>
      </w:hyperlink>
      <w:r>
        <w:t xml:space="preserve"> - This link supports the claim that generative AI can automate basic coding tasks and help developers focus on more complex problem-solving activities by providing courses on leveraging generative AI in software development.</w:t>
      </w:r>
      <w:r/>
    </w:p>
    <w:p>
      <w:pPr>
        <w:pStyle w:val="ListNumber"/>
        <w:spacing w:line="240" w:lineRule="auto"/>
        <w:ind w:left="720"/>
      </w:pPr>
      <w:r/>
      <w:hyperlink r:id="rId11">
        <w:r>
          <w:rPr>
            <w:color w:val="0000EE"/>
            <w:u w:val="single"/>
          </w:rPr>
          <w:t>https://github.blog/ai-and-ml/generative-ai/how-generative-ai-is-changing-the-way-developers-work/</w:t>
        </w:r>
      </w:hyperlink>
      <w:r>
        <w:t xml:space="preserve"> - This article explains how generative AI coding tools are designed and built, and how they are changing the developer workflow by automating routine tasks and enhancing productivity.</w:t>
      </w:r>
      <w:r/>
    </w:p>
    <w:p>
      <w:pPr>
        <w:pStyle w:val="ListNumber"/>
        <w:spacing w:line="240" w:lineRule="auto"/>
        <w:ind w:left="720"/>
      </w:pPr>
      <w:r/>
      <w:hyperlink r:id="rId12">
        <w:r>
          <w:rPr>
            <w:color w:val="0000EE"/>
            <w:u w:val="single"/>
          </w:rPr>
          <w:t>https://www.ibm.com/think/topics/generative-ai-for-developers</w:t>
        </w:r>
      </w:hyperlink>
      <w:r>
        <w:t xml:space="preserve"> - This resource details how generative AI can facilitate natural language interfaces, automate code documentation, and suggest improvements to existing code, aligning with the idea that AI enhances developer productivity.</w:t>
      </w:r>
      <w:r/>
    </w:p>
    <w:p>
      <w:pPr>
        <w:pStyle w:val="ListNumber"/>
        <w:spacing w:line="240" w:lineRule="auto"/>
        <w:ind w:left="720"/>
      </w:pPr>
      <w:r/>
      <w:hyperlink r:id="rId13">
        <w:r>
          <w:rPr>
            <w:color w:val="0000EE"/>
            <w:u w:val="single"/>
          </w:rPr>
          <w:t>https://www.deeplearning.ai/courses/generative-ai-for-software-development/</w:t>
        </w:r>
      </w:hyperlink>
      <w:r>
        <w:t xml:space="preserve"> - This course description highlights the integration of generative AI in software development, including tasks like testing, debugging, and dependency management, which supports the notion of AI augmenting developer capabilities.</w:t>
      </w:r>
      <w:r/>
    </w:p>
    <w:p>
      <w:pPr>
        <w:pStyle w:val="ListNumber"/>
        <w:spacing w:line="240" w:lineRule="auto"/>
        <w:ind w:left="720"/>
      </w:pPr>
      <w:r/>
      <w:hyperlink r:id="rId14">
        <w:r>
          <w:rPr>
            <w:color w:val="0000EE"/>
            <w:u w:val="single"/>
          </w:rPr>
          <w:t>https://www.youtube.com/watch?v=bd505-daMrw</w:t>
        </w:r>
      </w:hyperlink>
      <w:r>
        <w:t xml:space="preserve"> - This video discusses how generative AI is revolutionizing software development by automating routine coding tasks and enhancing testing and debugging, which aligns with the transformative role of AI in software engineering.</w:t>
      </w:r>
      <w:r/>
    </w:p>
    <w:p>
      <w:pPr>
        <w:pStyle w:val="ListNumber"/>
        <w:spacing w:line="240" w:lineRule="auto"/>
        <w:ind w:left="720"/>
      </w:pPr>
      <w:r/>
      <w:hyperlink r:id="rId10">
        <w:r>
          <w:rPr>
            <w:color w:val="0000EE"/>
            <w:u w:val="single"/>
          </w:rPr>
          <w:t>https://www.coursera.org/specializations/generative-ai-for-software-developers</w:t>
        </w:r>
      </w:hyperlink>
      <w:r>
        <w:t xml:space="preserve"> - This specialization emphasizes applied learning and includes hands-on activities that demonstrate how AI can assist in higher-level tasks such as application design and architecture, supporting the idea that engineers will focus on more strategic activities.</w:t>
      </w:r>
      <w:r/>
    </w:p>
    <w:p>
      <w:pPr>
        <w:pStyle w:val="ListNumber"/>
        <w:spacing w:line="240" w:lineRule="auto"/>
        <w:ind w:left="720"/>
      </w:pPr>
      <w:r/>
      <w:hyperlink r:id="rId11">
        <w:r>
          <w:rPr>
            <w:color w:val="0000EE"/>
            <w:u w:val="single"/>
          </w:rPr>
          <w:t>https://github.blog/ai-and-ml/generative-ai/how-generative-ai-is-changing-the-way-developers-work/</w:t>
        </w:r>
      </w:hyperlink>
      <w:r>
        <w:t xml:space="preserve"> - The article mentions that generative AI tools like GitHub Copilot reduce the need for developers to switch out of their IDE to look up boilerplate code, allowing them to focus on more abstract and strategic decision-making.</w:t>
      </w:r>
      <w:r/>
    </w:p>
    <w:p>
      <w:pPr>
        <w:pStyle w:val="ListNumber"/>
        <w:spacing w:line="240" w:lineRule="auto"/>
        <w:ind w:left="720"/>
      </w:pPr>
      <w:r/>
      <w:hyperlink r:id="rId12">
        <w:r>
          <w:rPr>
            <w:color w:val="0000EE"/>
            <w:u w:val="single"/>
          </w:rPr>
          <w:t>https://www.ibm.com/think/topics/generative-ai-for-developers</w:t>
        </w:r>
      </w:hyperlink>
      <w:r>
        <w:t xml:space="preserve"> - This resource explains how generative AI can help in code translation, bug detection, and code refactoring, which are high-value tasks that align with the prediction that AI will drive engineers towards more complex and valuable work.</w:t>
      </w:r>
      <w:r/>
    </w:p>
    <w:p>
      <w:pPr>
        <w:pStyle w:val="ListNumber"/>
        <w:spacing w:line="240" w:lineRule="auto"/>
        <w:ind w:left="720"/>
      </w:pPr>
      <w:r/>
      <w:hyperlink r:id="rId13">
        <w:r>
          <w:rPr>
            <w:color w:val="0000EE"/>
            <w:u w:val="single"/>
          </w:rPr>
          <w:t>https://www.deeplearning.ai/courses/generative-ai-for-software-development/</w:t>
        </w:r>
      </w:hyperlink>
      <w:r>
        <w:t xml:space="preserve"> - The course syllabus includes modules on dependency management, database implementation, and software design patterns, indicating that AI will assist engineers in managing complex systems and tasks.</w:t>
      </w:r>
      <w:r/>
    </w:p>
    <w:p>
      <w:pPr>
        <w:pStyle w:val="ListNumber"/>
        <w:spacing w:line="240" w:lineRule="auto"/>
        <w:ind w:left="720"/>
      </w:pPr>
      <w:r/>
      <w:hyperlink r:id="rId11">
        <w:r>
          <w:rPr>
            <w:color w:val="0000EE"/>
            <w:u w:val="single"/>
          </w:rPr>
          <w:t>https://github.blog/ai-and-ml/generative-ai/how-generative-ai-is-changing-the-way-developers-work/</w:t>
        </w:r>
      </w:hyperlink>
      <w:r>
        <w:t xml:space="preserve"> - The article discusses the future of AI-powered software development, including the integration of AI tools into coding editors and IDEs, which supports the idea that AI will continually transform the role of software engineers.</w:t>
      </w:r>
      <w:r/>
    </w:p>
    <w:p>
      <w:pPr>
        <w:pStyle w:val="ListNumber"/>
        <w:spacing w:line="240" w:lineRule="auto"/>
        <w:ind w:left="720"/>
      </w:pPr>
      <w:r/>
      <w:hyperlink r:id="rId12">
        <w:r>
          <w:rPr>
            <w:color w:val="0000EE"/>
            <w:u w:val="single"/>
          </w:rPr>
          <w:t>https://www.ibm.com/think/topics/generative-ai-for-developers</w:t>
        </w:r>
      </w:hyperlink>
      <w:r>
        <w:t xml:space="preserve"> - This resource highlights the importance of continuous learning and adaptation to new technologies, as generative AI models require feedback and iterative improvement to generate more accurate and contextually relevant code.</w:t>
      </w:r>
      <w:r/>
    </w:p>
    <w:p>
      <w:pPr>
        <w:pStyle w:val="ListNumber"/>
        <w:spacing w:line="240" w:lineRule="auto"/>
        <w:ind w:left="720"/>
      </w:pPr>
      <w:r/>
      <w:hyperlink r:id="rId15">
        <w:r>
          <w:rPr>
            <w:color w:val="0000EE"/>
            <w:u w:val="single"/>
          </w:rPr>
          <w:t>https://www.baselinemag.com/news/generative-ai-reshapes-the-future-of-software-engineering/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ursera.org/specializations/generative-ai-for-software-developers" TargetMode="External"/><Relationship Id="rId11" Type="http://schemas.openxmlformats.org/officeDocument/2006/relationships/hyperlink" Target="https://github.blog/ai-and-ml/generative-ai/how-generative-ai-is-changing-the-way-developers-work/" TargetMode="External"/><Relationship Id="rId12" Type="http://schemas.openxmlformats.org/officeDocument/2006/relationships/hyperlink" Target="https://www.ibm.com/think/topics/generative-ai-for-developers" TargetMode="External"/><Relationship Id="rId13" Type="http://schemas.openxmlformats.org/officeDocument/2006/relationships/hyperlink" Target="https://www.deeplearning.ai/courses/generative-ai-for-software-development/" TargetMode="External"/><Relationship Id="rId14" Type="http://schemas.openxmlformats.org/officeDocument/2006/relationships/hyperlink" Target="https://www.youtube.com/watch?v=bd505-daMrw" TargetMode="External"/><Relationship Id="rId15" Type="http://schemas.openxmlformats.org/officeDocument/2006/relationships/hyperlink" Target="https://www.baselinemag.com/news/generative-ai-reshapes-the-future-of-software-engine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