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enhances Gmail with AI-driven summary cards for a better user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effort to enhance user experience through artificial intelligence, Google has unveiled significant updates to the summary cards in its popular email service, Gmail. Announced during its annual developer conference, these changes aim to streamline the way users interact with their emails by restructuring information into more accessible formats.</w:t>
      </w:r>
      <w:r/>
    </w:p>
    <w:p>
      <w:r/>
      <w:r>
        <w:t>The updated summary cards now give Gmail users a clearer snapshot of essential details, such as shopping receipts, reservations, and travel confirmations, directly within their inboxes. These improvements are designed to reduce the need to sift through numerous emails to find specific information. Instead, Google has categorized these updates into four primary types: Purchases, Events, Bills, and Travel.</w:t>
      </w:r>
      <w:r/>
    </w:p>
    <w:p>
      <w:r/>
      <w:r>
        <w:t>For those making purchases online, the summary cards will provide easy access to order details and enable tracking of package arrival dates without needing to delve deeper into emails. This feature is intended to simplify the management of online transactions and delivery tracking.</w:t>
      </w:r>
      <w:r/>
    </w:p>
    <w:p>
      <w:r/>
      <w:r>
        <w:t>Event-related emails have received a particularly useful upgrade. When users receive confirmation of events such as concert tickets or dinner reservations, the summary cards will now offer the ability to add events directly to their calendars. Additionally, there will be action buttons to invite others to these events seamlessly, integrating social planning with email notifications.</w:t>
      </w:r>
      <w:r/>
    </w:p>
    <w:p>
      <w:r/>
      <w:r>
        <w:t>Financial management through Gmail has also been made more convenient. Users can view due dates for bills and, importantly, set reminders to ensure timely payments. This feature is anticipated to help users stay on top of their billing cycles with increased efficiency.</w:t>
      </w:r>
      <w:r/>
    </w:p>
    <w:p>
      <w:r/>
      <w:r>
        <w:t>For frequent travellers, the redesigned summary cards consolidate essential travel information. Users can manage reservations, check in for flights, and access details like hotel check-out times all from within the Gmail app. Such features are designed to make travel planning and management a much simpler process, with all pertinent information accessible from one place.</w:t>
      </w:r>
      <w:r/>
    </w:p>
    <w:p>
      <w:r/>
      <w:r>
        <w:t>A notable new feature is the introduction of the "Happening Soon" section, prominently displayed at the top of the inbox. This feature will show updates such as imminent delivery arrivals or important event reminders without the need to open individual emails. This real-time update mechanism ensures that users have the latest information at their fingertips, potentially increasing their productivity by reducing the time spent managing email.</w:t>
      </w:r>
      <w:r/>
    </w:p>
    <w:p>
      <w:r/>
      <w:r>
        <w:t>Initially, these updates are being rolled out to individual accounts on Android and iOS devices. The purchase summary cards are already available, while other updates related to events, bills, travel, and the "Happening Soon" section will be gradually introduced in the coming months.</w:t>
      </w:r>
      <w:r/>
    </w:p>
    <w:p>
      <w:r/>
      <w:r>
        <w:t>These innovations are part of Google's broader initiative to harness AI in making digital interactions more user-friendly, as highlighted in this year's developer conference. Through these updates, Google continues to reinforce Gmail as a comprehensive tool for managing everyday online tasks effectively.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https://www.pcmag.com/news/gmail-refreshes-summary-cards-more-buttons-important-details</w:t>
        </w:r>
      </w:hyperlink>
      <w:r>
        <w:t xml:space="preserve"> - Corroborates the enhancement of summary cards to include more key details and action buttons for purchases, events, bills, and travel.</w:t>
      </w:r>
      <w:r/>
    </w:p>
    <w:p>
      <w:pPr>
        <w:pStyle w:val="ListNumber"/>
        <w:spacing w:line="240" w:lineRule="auto"/>
        <w:ind w:left="720"/>
      </w:pPr>
      <w:r/>
      <w:hyperlink r:id="rId11">
        <w:r>
          <w:rPr>
            <w:color w:val="0000EE"/>
            <w:u w:val="single"/>
          </w:rPr>
          <w:t>https://9to5google.com/2024/10/02/gmail-summary-cards-happening-soon/</w:t>
        </w:r>
      </w:hyperlink>
      <w:r>
        <w:t xml:space="preserve"> - Details the new design and functionality of summary cards, including the 'Happening soon' section and real-time updates.</w:t>
      </w:r>
      <w:r/>
    </w:p>
    <w:p>
      <w:pPr>
        <w:pStyle w:val="ListNumber"/>
        <w:spacing w:line="240" w:lineRule="auto"/>
        <w:ind w:left="720"/>
      </w:pPr>
      <w:r/>
      <w:hyperlink r:id="rId12">
        <w:r>
          <w:rPr>
            <w:color w:val="0000EE"/>
            <w:u w:val="single"/>
          </w:rPr>
          <w:t>https://timesofindia.indiatimes.com/technology/tech-news/google-launches-ai-powered-summary-cards-in-gmail-heres-what-is-changing/articleshow/113894387.cms</w:t>
        </w:r>
      </w:hyperlink>
      <w:r>
        <w:t xml:space="preserve"> - Explains the AI-powered summary cards and the 'Happening Soon' section, highlighting key information and interactive buttons.</w:t>
      </w:r>
      <w:r/>
    </w:p>
    <w:p>
      <w:pPr>
        <w:pStyle w:val="ListNumber"/>
        <w:spacing w:line="240" w:lineRule="auto"/>
        <w:ind w:left="720"/>
      </w:pPr>
      <w:r/>
      <w:hyperlink r:id="rId13">
        <w:r>
          <w:rPr>
            <w:color w:val="0000EE"/>
            <w:u w:val="single"/>
          </w:rPr>
          <w:t>https://www.indiatoday.in/technology/news/story/gmail-just-got-simpler-google-rolling-out-summary-cards-highlighting-key-points-2610364-2024-10-03</w:t>
        </w:r>
      </w:hyperlink>
      <w:r>
        <w:t xml:space="preserve"> - Describes the new summary cards for purchases, events, bills, and travel, and the 'Happening soon' tab feature.</w:t>
      </w:r>
      <w:r/>
    </w:p>
    <w:p>
      <w:pPr>
        <w:pStyle w:val="ListNumber"/>
        <w:spacing w:line="240" w:lineRule="auto"/>
        <w:ind w:left="720"/>
      </w:pPr>
      <w:r/>
      <w:hyperlink r:id="rId14">
        <w:r>
          <w:rPr>
            <w:color w:val="0000EE"/>
            <w:u w:val="single"/>
          </w:rPr>
          <w:t>https://www.macrumors.com/2024/10/02/gmail-revamped-summary-cards/</w:t>
        </w:r>
      </w:hyperlink>
      <w:r>
        <w:t xml:space="preserve"> - Details the revamped summary cards for purchases, events, bills, and travel, including new action buttons and the 'Happening Soon' section.</w:t>
      </w:r>
      <w:r/>
    </w:p>
    <w:p>
      <w:pPr>
        <w:pStyle w:val="ListNumber"/>
        <w:spacing w:line="240" w:lineRule="auto"/>
        <w:ind w:left="720"/>
      </w:pPr>
      <w:r/>
      <w:hyperlink r:id="rId10">
        <w:r>
          <w:rPr>
            <w:color w:val="0000EE"/>
            <w:u w:val="single"/>
          </w:rPr>
          <w:t>https://www.pcmag.com/news/gmail-refreshes-summary-cards-more-buttons-important-details</w:t>
        </w:r>
      </w:hyperlink>
      <w:r>
        <w:t xml:space="preserve"> - Corroborates the feature to track package arrival dates and manage online transactions through summary cards.</w:t>
      </w:r>
      <w:r/>
    </w:p>
    <w:p>
      <w:pPr>
        <w:pStyle w:val="ListNumber"/>
        <w:spacing w:line="240" w:lineRule="auto"/>
        <w:ind w:left="720"/>
      </w:pPr>
      <w:r/>
      <w:hyperlink r:id="rId11">
        <w:r>
          <w:rPr>
            <w:color w:val="0000EE"/>
            <w:u w:val="single"/>
          </w:rPr>
          <w:t>https://9to5google.com/2024/10/02/gmail-summary-cards-happening-soon/</w:t>
        </w:r>
      </w:hyperlink>
      <w:r>
        <w:t xml:space="preserve"> - Explains the event-related email upgrades, including adding events to calendars and inviting others.</w:t>
      </w:r>
      <w:r/>
    </w:p>
    <w:p>
      <w:pPr>
        <w:pStyle w:val="ListNumber"/>
        <w:spacing w:line="240" w:lineRule="auto"/>
        <w:ind w:left="720"/>
      </w:pPr>
      <w:r/>
      <w:hyperlink r:id="rId12">
        <w:r>
          <w:rPr>
            <w:color w:val="0000EE"/>
            <w:u w:val="single"/>
          </w:rPr>
          <w:t>https://timesofindia.indiatimes.com/technology/tech-news/google-launches-ai-powered-summary-cards-in-gmail-heres-what-is-changing/articleshow/113894387.cms</w:t>
        </w:r>
      </w:hyperlink>
      <w:r>
        <w:t xml:space="preserve"> - Details the financial management features, such as viewing due dates and setting reminders for bills.</w:t>
      </w:r>
      <w:r/>
    </w:p>
    <w:p>
      <w:pPr>
        <w:pStyle w:val="ListNumber"/>
        <w:spacing w:line="240" w:lineRule="auto"/>
        <w:ind w:left="720"/>
      </w:pPr>
      <w:r/>
      <w:hyperlink r:id="rId13">
        <w:r>
          <w:rPr>
            <w:color w:val="0000EE"/>
            <w:u w:val="single"/>
          </w:rPr>
          <w:t>https://www.indiatoday.in/technology/news/story/gmail-just-got-simpler-google-rolling-out-summary-cards-highlighting-key-points-2610364-2024-10-03</w:t>
        </w:r>
      </w:hyperlink>
      <w:r>
        <w:t xml:space="preserve"> - Describes the travel-related features, including managing reservations, checking in for flights, and accessing hotel details.</w:t>
      </w:r>
      <w:r/>
    </w:p>
    <w:p>
      <w:pPr>
        <w:pStyle w:val="ListNumber"/>
        <w:spacing w:line="240" w:lineRule="auto"/>
        <w:ind w:left="720"/>
      </w:pPr>
      <w:r/>
      <w:hyperlink r:id="rId14">
        <w:r>
          <w:rPr>
            <w:color w:val="0000EE"/>
            <w:u w:val="single"/>
          </w:rPr>
          <w:t>https://www.macrumors.com/2024/10/02/gmail-revamped-summary-cards/</w:t>
        </w:r>
      </w:hyperlink>
      <w:r>
        <w:t xml:space="preserve"> - Corroborates the introduction of the 'Happening Soon' section to display imminent delivery arrivals and event reminders.</w:t>
      </w:r>
      <w:r/>
    </w:p>
    <w:p>
      <w:pPr>
        <w:pStyle w:val="ListNumber"/>
        <w:spacing w:line="240" w:lineRule="auto"/>
        <w:ind w:left="720"/>
      </w:pPr>
      <w:r/>
      <w:hyperlink r:id="rId11">
        <w:r>
          <w:rPr>
            <w:color w:val="0000EE"/>
            <w:u w:val="single"/>
          </w:rPr>
          <w:t>https://9to5google.com/2024/10/02/gmail-summary-cards-happening-soon/</w:t>
        </w:r>
      </w:hyperlink>
      <w:r>
        <w:t xml:space="preserve"> - Confirms the rollout of these updates to Android and iOS devices, with purchase summary cards available now and other updates coming in the future.</w:t>
      </w:r>
      <w:r/>
    </w:p>
    <w:p>
      <w:pPr>
        <w:pStyle w:val="ListNumber"/>
        <w:spacing w:line="240" w:lineRule="auto"/>
        <w:ind w:left="720"/>
      </w:pPr>
      <w:r/>
      <w:hyperlink r:id="rId15">
        <w:r>
          <w:rPr>
            <w:color w:val="0000EE"/>
            <w:u w:val="single"/>
          </w:rPr>
          <w:t>https://www.cbsnews.com/news/google-gmail-summary-cards-tracking-purchases-events/</w:t>
        </w:r>
      </w:hyperlink>
      <w:r>
        <w:t xml:space="preserve"> - Please view link - unable to able to access data</w:t>
      </w:r>
      <w:r/>
    </w:p>
    <w:p>
      <w:pPr>
        <w:pStyle w:val="ListNumber"/>
        <w:spacing w:line="240" w:lineRule="auto"/>
        <w:ind w:left="720"/>
      </w:pPr>
      <w:r/>
      <w:hyperlink r:id="rId16">
        <w:r>
          <w:rPr>
            <w:color w:val="0000EE"/>
            <w:u w:val="single"/>
          </w:rPr>
          <w:t>https://www.zdnet.com/home-and-office/work-life/gmail-adds-more-action-buttons-to-email-summary-cards-to-simplify-your-inbox-life/#ftag=RSSbaffb68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cmag.com/news/gmail-refreshes-summary-cards-more-buttons-important-details" TargetMode="External"/><Relationship Id="rId11" Type="http://schemas.openxmlformats.org/officeDocument/2006/relationships/hyperlink" Target="https://9to5google.com/2024/10/02/gmail-summary-cards-happening-soon/" TargetMode="External"/><Relationship Id="rId12" Type="http://schemas.openxmlformats.org/officeDocument/2006/relationships/hyperlink" Target="https://timesofindia.indiatimes.com/technology/tech-news/google-launches-ai-powered-summary-cards-in-gmail-heres-what-is-changing/articleshow/113894387.cms" TargetMode="External"/><Relationship Id="rId13" Type="http://schemas.openxmlformats.org/officeDocument/2006/relationships/hyperlink" Target="https://www.indiatoday.in/technology/news/story/gmail-just-got-simpler-google-rolling-out-summary-cards-highlighting-key-points-2610364-2024-10-03" TargetMode="External"/><Relationship Id="rId14" Type="http://schemas.openxmlformats.org/officeDocument/2006/relationships/hyperlink" Target="https://www.macrumors.com/2024/10/02/gmail-revamped-summary-cards/" TargetMode="External"/><Relationship Id="rId15" Type="http://schemas.openxmlformats.org/officeDocument/2006/relationships/hyperlink" Target="https://www.cbsnews.com/news/google-gmail-summary-cards-tracking-purchases-events/" TargetMode="External"/><Relationship Id="rId16" Type="http://schemas.openxmlformats.org/officeDocument/2006/relationships/hyperlink" Target="https://www.zdnet.com/home-and-office/work-life/gmail-adds-more-action-buttons-to-email-summary-cards-to-simplify-your-inbox-life/#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