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TV update enhances functionalities with smart home integration and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introduced a significant update for Google TV devices, which encompasses the newly launched Google TV Streamer. This update extends several innovative features to TVs and projectors that operate on the Google TV system. Although most of these features do not directly enhance audiovisual capabilities, they broaden the functionality and user experience of the devices.</w:t>
      </w:r>
      <w:r/>
    </w:p>
    <w:p>
      <w:r/>
      <w:r>
        <w:t>Google TV, which is integrated into televisions and devices from a variety of manufacturers such as Sony, Philips, TCL, and Hisense in the United States, is also seeing a rising implementation in projectors from brands like Xgimi and Epson. Moreover, Google is updating older devices like the now-discontinued Chromecast with Google TV, although this device will not benefit from the full suite of features available on the new Google TV Streamer.</w:t>
      </w:r>
      <w:r/>
    </w:p>
    <w:p>
      <w:r/>
      <w:r>
        <w:t>One of the main focuses of the update is the advancement of smart home integration. Users can now control smart home appliances including lighting systems, thermostats, and security cameras directly from their Google TV-enabled devices. This enhancement allows for the receipt of smart doorbell notifications without interrupting video playback, enhancing multitasking capabilities. Furthermore, Google Assistant enables voice control over these smart home devices, offering solutions to problems such as misplaced remotes.</w:t>
      </w:r>
      <w:r/>
    </w:p>
    <w:p>
      <w:r/>
      <w:r>
        <w:t>The update also marks a wider rollout of the Gemini AI system within Google TV devices. Gemini introduces generative AI screensavers, which allow users to create bespoke AI-generated images to be displayed in ambient mode. Additionally, the Gemini AI engine augments content overviews, providing viewers with detailed synopses, audience reviews, and comprehensive breakdowns of TV series by season. This feature proves particularly useful for viewers catching up on episodic content after a long intermission.</w:t>
      </w:r>
      <w:r/>
    </w:p>
    <w:p>
      <w:r/>
      <w:r>
        <w:t>Google has also improved content discovery and accessibility through the update. A newly added sports tab on the "For You" page offers streamlined access to live and upcoming sporting events, sports commentary, game highlights, and personalised content based on individual sports and team preferences. The Freeplay feature, which provides free online live channels, has been enhanced with a guide to help users navigate over 150 channels, which can now be filtered according to topic or genre.</w:t>
      </w:r>
      <w:r/>
    </w:p>
    <w:p>
      <w:r/>
      <w:r>
        <w:t>Users can access this update immediately by navigating to their device's settings, selecting system updates, and installing the latest version available. This roll-out promises to significantly enrich the user experience by integrating cutting-edge technology and enhancing user interaction with both entertainment content and smart home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https://techcrunch.com/2024/09/23/google-tv-recieves-a-major-update-ahead-of-google-tv-streamer-launch/</w:t>
        </w:r>
      </w:hyperlink>
      <w:r>
        <w:t xml:space="preserve"> - Corroborates the introduction of the new home panel for smart home control, AI-powered screensavers, and the new sports page on Google TV devices.</w:t>
      </w:r>
      <w:r/>
    </w:p>
    <w:p>
      <w:pPr>
        <w:pStyle w:val="ListNumber"/>
        <w:spacing w:line="240" w:lineRule="auto"/>
        <w:ind w:left="720"/>
      </w:pPr>
      <w:r/>
      <w:hyperlink r:id="rId11">
        <w:r>
          <w:rPr>
            <w:color w:val="0000EE"/>
            <w:u w:val="single"/>
          </w:rPr>
          <w:t>https://blog.google/products/google-tv/google-tv-home-ai-sports-features/</w:t>
        </w:r>
      </w:hyperlink>
      <w:r>
        <w:t xml:space="preserve"> - Details the new home controls, AI-generated screensavers, and the enhanced sports page, as well as other features like doorbell notifications and Google Assistant voice control.</w:t>
      </w:r>
      <w:r/>
    </w:p>
    <w:p>
      <w:pPr>
        <w:pStyle w:val="ListNumber"/>
        <w:spacing w:line="240" w:lineRule="auto"/>
        <w:ind w:left="720"/>
      </w:pPr>
      <w:r/>
      <w:hyperlink r:id="rId12">
        <w:r>
          <w:rPr>
            <w:color w:val="0000EE"/>
            <w:u w:val="single"/>
          </w:rPr>
          <w:t>https://www.theverge.com/2024/9/23/24252165/google-smart-home-panel-comes-to-all-google-tvs</w:t>
        </w:r>
      </w:hyperlink>
      <w:r>
        <w:t xml:space="preserve"> - Confirms the rollout of the smart home control panel, the new sports page, and Gemini-powered AI features to all Google TV devices.</w:t>
      </w:r>
      <w:r/>
    </w:p>
    <w:p>
      <w:pPr>
        <w:pStyle w:val="ListNumber"/>
        <w:spacing w:line="240" w:lineRule="auto"/>
        <w:ind w:left="720"/>
      </w:pPr>
      <w:r/>
      <w:hyperlink r:id="rId10">
        <w:r>
          <w:rPr>
            <w:color w:val="0000EE"/>
            <w:u w:val="single"/>
          </w:rPr>
          <w:t>https://techcrunch.com/2024/09/23/google-tv-recieves-a-major-update-ahead-of-google-tv-streamer-launch/</w:t>
        </w:r>
      </w:hyperlink>
      <w:r>
        <w:t xml:space="preserve"> - Mentions the expansion of Google TV to more countries and the inclusion of new devices from manufacturers like Hisense, TCL, and projectors from Epson, Vankyo, and XGIMI.</w:t>
      </w:r>
      <w:r/>
    </w:p>
    <w:p>
      <w:pPr>
        <w:pStyle w:val="ListNumber"/>
        <w:spacing w:line="240" w:lineRule="auto"/>
        <w:ind w:left="720"/>
      </w:pPr>
      <w:r/>
      <w:hyperlink r:id="rId11">
        <w:r>
          <w:rPr>
            <w:color w:val="0000EE"/>
            <w:u w:val="single"/>
          </w:rPr>
          <w:t>https://blog.google/products/google-tv/google-tv-home-ai-sports-features/</w:t>
        </w:r>
      </w:hyperlink>
      <w:r>
        <w:t xml:space="preserve"> - Explains the integration of Google TV into various devices, including new art TVs and smart projectors, and its expansion to more countries.</w:t>
      </w:r>
      <w:r/>
    </w:p>
    <w:p>
      <w:pPr>
        <w:pStyle w:val="ListNumber"/>
        <w:spacing w:line="240" w:lineRule="auto"/>
        <w:ind w:left="720"/>
      </w:pPr>
      <w:r/>
      <w:hyperlink r:id="rId12">
        <w:r>
          <w:rPr>
            <w:color w:val="0000EE"/>
            <w:u w:val="single"/>
          </w:rPr>
          <w:t>https://www.theverge.com/2024/9/23/24252165/google-smart-home-panel-comes-to-all-google-tvs</w:t>
        </w:r>
      </w:hyperlink>
      <w:r>
        <w:t xml:space="preserve"> - Details the smart home integration, including control over lighting, thermostats, and security cameras, as well as doorbell notifications.</w:t>
      </w:r>
      <w:r/>
    </w:p>
    <w:p>
      <w:pPr>
        <w:pStyle w:val="ListNumber"/>
        <w:spacing w:line="240" w:lineRule="auto"/>
        <w:ind w:left="720"/>
      </w:pPr>
      <w:r/>
      <w:hyperlink r:id="rId10">
        <w:r>
          <w:rPr>
            <w:color w:val="0000EE"/>
            <w:u w:val="single"/>
          </w:rPr>
          <w:t>https://techcrunch.com/2024/09/23/google-tv-recieves-a-major-update-ahead-of-google-tv-streamer-launch/</w:t>
        </w:r>
      </w:hyperlink>
      <w:r>
        <w:t xml:space="preserve"> - Describes the Gemini AI system's role in generating custom screensaver artwork and enhancing content overviews with summaries, reviews, and season breakdowns.</w:t>
      </w:r>
      <w:r/>
    </w:p>
    <w:p>
      <w:pPr>
        <w:pStyle w:val="ListNumber"/>
        <w:spacing w:line="240" w:lineRule="auto"/>
        <w:ind w:left="720"/>
      </w:pPr>
      <w:r/>
      <w:hyperlink r:id="rId11">
        <w:r>
          <w:rPr>
            <w:color w:val="0000EE"/>
            <w:u w:val="single"/>
          </w:rPr>
          <w:t>https://blog.google/products/google-tv/google-tv-home-ai-sports-features/</w:t>
        </w:r>
      </w:hyperlink>
      <w:r>
        <w:t xml:space="preserve"> - Explains the improved content discovery features, including the new sports page and the enhanced Freeplay channel guide.</w:t>
      </w:r>
      <w:r/>
    </w:p>
    <w:p>
      <w:pPr>
        <w:pStyle w:val="ListNumber"/>
        <w:spacing w:line="240" w:lineRule="auto"/>
        <w:ind w:left="720"/>
      </w:pPr>
      <w:r/>
      <w:hyperlink r:id="rId12">
        <w:r>
          <w:rPr>
            <w:color w:val="0000EE"/>
            <w:u w:val="single"/>
          </w:rPr>
          <w:t>https://www.theverge.com/2024/9/23/24252165/google-smart-home-panel-comes-to-all-google-tvs</w:t>
        </w:r>
      </w:hyperlink>
      <w:r>
        <w:t xml:space="preserve"> - Confirms the update to Google TV Freeplay with a revised channel guide and the addition of new free channels.</w:t>
      </w:r>
      <w:r/>
    </w:p>
    <w:p>
      <w:pPr>
        <w:pStyle w:val="ListNumber"/>
        <w:spacing w:line="240" w:lineRule="auto"/>
        <w:ind w:left="720"/>
      </w:pPr>
      <w:r/>
      <w:hyperlink r:id="rId10">
        <w:r>
          <w:rPr>
            <w:color w:val="0000EE"/>
            <w:u w:val="single"/>
          </w:rPr>
          <w:t>https://techcrunch.com/2024/09/23/google-tv-recieves-a-major-update-ahead-of-google-tv-streamer-launch/</w:t>
        </w:r>
      </w:hyperlink>
      <w:r>
        <w:t xml:space="preserve"> - Mentions the availability of the update for all Google TV devices, including older models like the Chromecast with Google TV.</w:t>
      </w:r>
      <w:r/>
    </w:p>
    <w:p>
      <w:pPr>
        <w:pStyle w:val="ListNumber"/>
        <w:spacing w:line="240" w:lineRule="auto"/>
        <w:ind w:left="720"/>
      </w:pPr>
      <w:r/>
      <w:hyperlink r:id="rId11">
        <w:r>
          <w:rPr>
            <w:color w:val="0000EE"/>
            <w:u w:val="single"/>
          </w:rPr>
          <w:t>https://blog.google/products/google-tv/google-tv-home-ai-sports-features/</w:t>
        </w:r>
      </w:hyperlink>
      <w:r>
        <w:t xml:space="preserve"> - Details the overall user experience enhancements, including faster performance, better power efficiency, and new features for content discovery and smart home control.</w:t>
      </w:r>
      <w:r/>
    </w:p>
    <w:p>
      <w:pPr>
        <w:pStyle w:val="ListNumber"/>
        <w:spacing w:line="240" w:lineRule="auto"/>
        <w:ind w:left="720"/>
      </w:pPr>
      <w:r/>
      <w:hyperlink r:id="rId13">
        <w:r>
          <w:rPr>
            <w:color w:val="0000EE"/>
            <w:u w:val="single"/>
          </w:rPr>
          <w:t>https://www.whathifi.com/news/google-tvs-latest-update-means-you-wont-need-a-google-tv-streamer-if-you-want-some-of-the-latest-features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9/23/google-tv-recieves-a-major-update-ahead-of-google-tv-streamer-launch/" TargetMode="External"/><Relationship Id="rId11" Type="http://schemas.openxmlformats.org/officeDocument/2006/relationships/hyperlink" Target="https://blog.google/products/google-tv/google-tv-home-ai-sports-features/" TargetMode="External"/><Relationship Id="rId12" Type="http://schemas.openxmlformats.org/officeDocument/2006/relationships/hyperlink" Target="https://www.theverge.com/2024/9/23/24252165/google-smart-home-panel-comes-to-all-google-tvs" TargetMode="External"/><Relationship Id="rId13" Type="http://schemas.openxmlformats.org/officeDocument/2006/relationships/hyperlink" Target="https://www.whathifi.com/news/google-tvs-latest-update-means-you-wont-need-a-google-tv-streamer-if-you-want-some-of-the-latest-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