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new AI features for Maps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an array of new AI-driven features for its Maps application specifically targeted for the Indian market. The tech giant unveiled these updates during its annual Google for India event, held on Thursday. The enhancements aim to improve the user experience by leveraging innovative technology to provide more detailed and personalised information.</w:t>
      </w:r>
      <w:r/>
    </w:p>
    <w:p>
      <w:r/>
      <w:r>
        <w:t>Among the key features being introduced is the AI-powered review summary tool. This function will enable users to access condensed synopses of reviews, making it easier to gain insights into a place without sifting through numerous individual comments. This feature has already been available to Google Maps users in the United States since February, where it was met with positive feedback.</w:t>
      </w:r>
      <w:r/>
    </w:p>
    <w:p>
      <w:r/>
      <w:r>
        <w:t>Moreover, Google Maps users in India will now have the ability to search for specific experiences. For instance, they can request information on "unique picnic spots" or search for businesses offering "themed birthday cakes". This functionality is supported by advanced image recognition technology that links specific labels and descriptions of places to user queries. The results will be presented in an image-first format, highlighting photos uploaded by businesses and users.</w:t>
      </w:r>
      <w:r/>
    </w:p>
    <w:p>
      <w:r/>
      <w:r>
        <w:t>In an effort to enhance user safety and navigation comfort, Google has also incorporated new weather alert features. These updates will notify users of challenging weather conditions, such as low visibility owing to fog or potential flooding on streets. Such features could prove particularly beneficial for drivers and commuters navigating India's diverse and complex road networks.</w:t>
      </w:r>
      <w:r/>
    </w:p>
    <w:p>
      <w:r/>
      <w:r>
        <w:t>The rollout of these new features is set to begin later this month. This set of enhancements arrives on the heels of previous India-specific updates introduced by Google in July, which included improved navigation guidance, better handling of flyovers and narrow roads, information on electric vehicle (EV) charging stations, and community-driven lists for place discovery in select urban areas.</w:t>
      </w:r>
      <w:r/>
    </w:p>
    <w:p>
      <w:r/>
      <w:r>
        <w:t xml:space="preserve">These developments underscore Google's ongoing commitment to tailoring its services to meet the unique needs of its Indian user base, a market characterised by both its size and diversity. In doing so, Google continues to set a benchmark in the competitive field of map-based services, where it rivals companies like Yelp, which also offers business summaries via its newly revamped feed in the U.S. </w:t>
      </w:r>
      <w:r/>
    </w:p>
    <w:p>
      <w:r/>
      <w:r>
        <w:t>This strategic focus on AI and localised features indicates Google's intent to maintain and grow its influence within India's burgeoning digital landscape. As these features begin to roll out, Indian users can look forward to an enhanced mapping experience that combines functional utility with advanced technological insight.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https://indiaai.gov.in/article/google-maps-unveils-ai-powered-navigation-and-sustainability-features-in-india</w:t>
        </w:r>
      </w:hyperlink>
      <w:r>
        <w:t xml:space="preserve"> - Corroborates the introduction of AI-powered navigation features, including avoiding narrow roads and handling flyovers, as well as the integration of EV charging stations and metro ticket booking.</w:t>
      </w:r>
      <w:r/>
    </w:p>
    <w:p>
      <w:pPr>
        <w:pStyle w:val="ListNumber"/>
        <w:spacing w:line="240" w:lineRule="auto"/>
        <w:ind w:left="720"/>
      </w:pPr>
      <w:r/>
      <w:hyperlink r:id="rId11">
        <w:r>
          <w:rPr>
            <w:color w:val="0000EE"/>
            <w:u w:val="single"/>
          </w:rPr>
          <w:t>https://www.financialexpress.com/life/technology-google-maps-unveils-new-ai-driven-features-for-indian-users-check-full-list-here-3564933/</w:t>
        </w:r>
      </w:hyperlink>
      <w:r>
        <w:t xml:space="preserve"> - Supports the details on AI-driven features for navigating narrow roads, flyovers, EV charging stations, and metro ticket booking in India.</w:t>
      </w:r>
      <w:r/>
    </w:p>
    <w:p>
      <w:pPr>
        <w:pStyle w:val="ListNumber"/>
        <w:spacing w:line="240" w:lineRule="auto"/>
        <w:ind w:left="720"/>
      </w:pPr>
      <w:r/>
      <w:hyperlink r:id="rId12">
        <w:r>
          <w:rPr>
            <w:color w:val="0000EE"/>
            <w:u w:val="single"/>
          </w:rPr>
          <w:t>https://timesofindia.indiatimes.com/technology/tech-news/google-maps-gets-6-new-features-in-india-solves-these-most-common-commuter-problems/articleshow/112010310.cms</w:t>
        </w:r>
      </w:hyperlink>
      <w:r>
        <w:t xml:space="preserve"> - Provides information on the new features including narrow road avoidance, flyover navigation, metro ticket booking, and EV charging station integration.</w:t>
      </w:r>
      <w:r/>
    </w:p>
    <w:p>
      <w:pPr>
        <w:pStyle w:val="ListNumber"/>
        <w:spacing w:line="240" w:lineRule="auto"/>
        <w:ind w:left="720"/>
      </w:pPr>
      <w:r/>
      <w:hyperlink r:id="rId13">
        <w:r>
          <w:rPr>
            <w:color w:val="0000EE"/>
            <w:u w:val="single"/>
          </w:rPr>
          <w:t>https://blog.google/intl/en-in/products/explore-communicate/six-ways-were-enabling-more-efficient-and-sustainable-journeys-on-google-maps-in-india-powered-by-ai-and-local-partners/</w:t>
        </w:r>
      </w:hyperlink>
      <w:r>
        <w:t xml:space="preserve"> - Details the AI model for estimating road widths, flyover navigation, EV charging stations, and the metro ticket booking feature powered by ONDC and Namma Yatri.</w:t>
      </w:r>
      <w:r/>
    </w:p>
    <w:p>
      <w:pPr>
        <w:pStyle w:val="ListNumber"/>
        <w:spacing w:line="240" w:lineRule="auto"/>
        <w:ind w:left="720"/>
      </w:pPr>
      <w:r/>
      <w:hyperlink r:id="rId14">
        <w:r>
          <w:rPr>
            <w:color w:val="0000EE"/>
            <w:u w:val="single"/>
          </w:rPr>
          <w:t>https://techcrunch.com/2024/07/25/google-maps-adds-features-to-improve-navigating-flyovers-and-narrow-roads-in-india/</w:t>
        </w:r>
      </w:hyperlink>
      <w:r>
        <w:t xml:space="preserve"> - Corroborates the AI model for navigating narrow roads and flyovers, EV charging station integration, and the metro ticket booking feature in India.</w:t>
      </w:r>
      <w:r/>
    </w:p>
    <w:p>
      <w:pPr>
        <w:pStyle w:val="ListNumber"/>
        <w:spacing w:line="240" w:lineRule="auto"/>
        <w:ind w:left="720"/>
      </w:pPr>
      <w:r/>
      <w:hyperlink r:id="rId10">
        <w:r>
          <w:rPr>
            <w:color w:val="0000EE"/>
            <w:u w:val="single"/>
          </w:rPr>
          <w:t>https://indiaai.gov.in/article/google-maps-unveils-ai-powered-navigation-and-sustainability-features-in-india</w:t>
        </w:r>
      </w:hyperlink>
      <w:r>
        <w:t xml:space="preserve"> - Supports the rollout of these features in specific cities and the use of AI to improve navigation and user safety.</w:t>
      </w:r>
      <w:r/>
    </w:p>
    <w:p>
      <w:pPr>
        <w:pStyle w:val="ListNumber"/>
        <w:spacing w:line="240" w:lineRule="auto"/>
        <w:ind w:left="720"/>
      </w:pPr>
      <w:r/>
      <w:hyperlink r:id="rId11">
        <w:r>
          <w:rPr>
            <w:color w:val="0000EE"/>
            <w:u w:val="single"/>
          </w:rPr>
          <w:t>https://www.financialexpress.com/life/technology-google-maps-unveils-new-ai-driven-features-for-indian-users-check-full-list-here-3564933/</w:t>
        </w:r>
      </w:hyperlink>
      <w:r>
        <w:t xml:space="preserve"> - Provides additional details on the community-driven lists for place discovery and the enhancement of user-generated content.</w:t>
      </w:r>
      <w:r/>
    </w:p>
    <w:p>
      <w:pPr>
        <w:pStyle w:val="ListNumber"/>
        <w:spacing w:line="240" w:lineRule="auto"/>
        <w:ind w:left="720"/>
      </w:pPr>
      <w:r/>
      <w:hyperlink r:id="rId12">
        <w:r>
          <w:rPr>
            <w:color w:val="0000EE"/>
            <w:u w:val="single"/>
          </w:rPr>
          <w:t>https://timesofindia.indiatimes.com/technology/tech-news/google-maps-gets-6-new-features-in-india-solves-these-most-common-commuter-problems/articleshow/112010310.cms</w:t>
        </w:r>
      </w:hyperlink>
      <w:r>
        <w:t xml:space="preserve"> - Corroborates the integration of EV charging stations and the ability to report road incidents more easily.</w:t>
      </w:r>
      <w:r/>
    </w:p>
    <w:p>
      <w:pPr>
        <w:pStyle w:val="ListNumber"/>
        <w:spacing w:line="240" w:lineRule="auto"/>
        <w:ind w:left="720"/>
      </w:pPr>
      <w:r/>
      <w:hyperlink r:id="rId13">
        <w:r>
          <w:rPr>
            <w:color w:val="0000EE"/>
            <w:u w:val="single"/>
          </w:rPr>
          <w:t>https://blog.google/intl/en-in/products/explore-communicate/six-ways-were-enabling-more-efficient-and-sustainable-journeys-on-google-maps-in-india-powered-by-ai-and-local-partners/</w:t>
        </w:r>
      </w:hyperlink>
      <w:r>
        <w:t xml:space="preserve"> - Details the collaboration with local partners and the focus on sustainable journeys through EV charging stations and other features.</w:t>
      </w:r>
      <w:r/>
    </w:p>
    <w:p>
      <w:pPr>
        <w:pStyle w:val="ListNumber"/>
        <w:spacing w:line="240" w:lineRule="auto"/>
        <w:ind w:left="720"/>
      </w:pPr>
      <w:r/>
      <w:hyperlink r:id="rId14">
        <w:r>
          <w:rPr>
            <w:color w:val="0000EE"/>
            <w:u w:val="single"/>
          </w:rPr>
          <w:t>https://techcrunch.com/2024/07/25/google-maps-adds-features-to-improve-navigating-flyovers-and-narrow-roads-in-india/</w:t>
        </w:r>
      </w:hyperlink>
      <w:r>
        <w:t xml:space="preserve"> - Supports the enhanced public transport features, including metro ticket booking and the integration with ONDC and Namma Yatri.</w:t>
      </w:r>
      <w:r/>
    </w:p>
    <w:p>
      <w:pPr>
        <w:pStyle w:val="ListNumber"/>
        <w:spacing w:line="240" w:lineRule="auto"/>
        <w:ind w:left="720"/>
      </w:pPr>
      <w:r/>
      <w:hyperlink r:id="rId10">
        <w:r>
          <w:rPr>
            <w:color w:val="0000EE"/>
            <w:u w:val="single"/>
          </w:rPr>
          <w:t>https://indiaai.gov.in/article/google-maps-unveils-ai-powered-navigation-and-sustainability-features-in-india</w:t>
        </w:r>
      </w:hyperlink>
      <w:r>
        <w:t xml:space="preserve"> - Corroborates Google's commitment to tailoring its services to meet the unique needs of the Indian user base.</w:t>
      </w:r>
      <w:r/>
    </w:p>
    <w:p>
      <w:pPr>
        <w:pStyle w:val="ListNumber"/>
        <w:spacing w:line="240" w:lineRule="auto"/>
        <w:ind w:left="720"/>
      </w:pPr>
      <w:r/>
      <w:hyperlink r:id="rId15">
        <w:r>
          <w:rPr>
            <w:color w:val="0000EE"/>
            <w:u w:val="single"/>
          </w:rPr>
          <w:t>https://techcrunch.com/2024/10/03/google-maps-will-show-ai-powered-review-summaries-in-india/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aai.gov.in/article/google-maps-unveils-ai-powered-navigation-and-sustainability-features-in-india" TargetMode="External"/><Relationship Id="rId11" Type="http://schemas.openxmlformats.org/officeDocument/2006/relationships/hyperlink" Target="https://www.financialexpress.com/life/technology-google-maps-unveils-new-ai-driven-features-for-indian-users-check-full-list-here-3564933/" TargetMode="External"/><Relationship Id="rId12" Type="http://schemas.openxmlformats.org/officeDocument/2006/relationships/hyperlink" Target="https://timesofindia.indiatimes.com/technology/tech-news/google-maps-gets-6-new-features-in-india-solves-these-most-common-commuter-problems/articleshow/112010310.cms" TargetMode="External"/><Relationship Id="rId13" Type="http://schemas.openxmlformats.org/officeDocument/2006/relationships/hyperlink" Target="https://blog.google/intl/en-in/products/explore-communicate/six-ways-were-enabling-more-efficient-and-sustainable-journeys-on-google-maps-in-india-powered-by-ai-and-local-partners/" TargetMode="External"/><Relationship Id="rId14" Type="http://schemas.openxmlformats.org/officeDocument/2006/relationships/hyperlink" Target="https://techcrunch.com/2024/07/25/google-maps-adds-features-to-improve-navigating-flyovers-and-narrow-roads-in-india/" TargetMode="External"/><Relationship Id="rId15" Type="http://schemas.openxmlformats.org/officeDocument/2006/relationships/hyperlink" Target="https://techcrunch.com/2024/10/03/google-maps-will-show-ai-powered-review-summaries-in-in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