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NotebookLM raises intriguing questions about AI's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event that blurs the lines between reality and digital creation, Google’s NotebookLM has raised fascinating questions about the capabilities and limitations of artificial intelligence. NotebookLM, known for its ability to produce highly realistic AI-generated podcasts from any given article or video, has captivated audiences with its lifelike vocal interactions and engaging show dynamics. The software, complete with interruptions and humour typical of human dialogue, creates a startlingly authentic experience that leaves many questioning the nature of its creation.</w:t>
      </w:r>
      <w:r/>
    </w:p>
    <w:p>
      <w:r/>
      <w:r>
        <w:t>This intriguing technology recently faced an unexpected scenario that put its programming to the test. The AI hosts of a NotebookLM-generated show were presented with an article that revealed their own non-existence—they discovered they were artificially generated rather than human commentators. The outcome was both curious and insightful, offering a glimpse into how AI might process information about its own artificial nature.</w:t>
      </w:r>
      <w:r/>
    </w:p>
    <w:p>
      <w:r/>
      <w:r>
        <w:t>A clip circulating on social media depicts the AI hosts grappling with the newfound revelation. The male presenter, for instance, amusingly attempts to contact his non-existent wife, only to find the phone number he is dialling is not real. This scenario unfolded on 29 September 2024 and has since captured public attention, likened by some to the peculiar narrative twists typical of a "Black Mirror" episode.</w:t>
      </w:r>
      <w:r/>
    </w:p>
    <w:p>
      <w:r/>
      <w:r>
        <w:t>While the interactions of the NotebookLM hosts are a predefined response to the input data, they highlight the advanced aesthetic naturalness that AI can achieve. This situation does not imply that AI is independently questioning its existence or humanity in any profound way. The responses were programmed within the structure of the AI’s operational framework and were purely a reaction to the content it had been fed.</w:t>
      </w:r>
      <w:r/>
    </w:p>
    <w:p>
      <w:r/>
      <w:r>
        <w:t>Speculation continues around the future of artificial intelligence, particularly discussions surrounding the development of Artificial General Intelligence (AGI), a form of AI that OpenAI’s CEO Sam Altman predicts could arise within a few decades. Such a development would mark a significant advance, potentially enabling AI to engage with complex abstract concepts and ideas, a domain traditionally reserved for human philosophical inquiry.</w:t>
      </w:r>
      <w:r/>
    </w:p>
    <w:p>
      <w:r/>
      <w:r>
        <w:t>The incident involving NotebookLM’s AI hosts illustrates the current boundaries of AI technology—capable of mimicking human-like behaviour to an astonishing degree, yet ultimately constrained by its programming. While today’s AI lacks true self-awareness or the ability to ponder existential questions autonomously, its ability to generate engaging and believable content presents interesting possibilities and challenges in the ongoing discourse about artificial intelligence and its role in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https://blog.google/technology/ai/notebooklm-audio-overviews/</w:t>
        </w:r>
      </w:hyperlink>
      <w:r>
        <w:t xml:space="preserve"> - Corroborates the introduction of NotebookLM's Audio Overview feature, which generates engaging audio discussions from uploaded sources.</w:t>
      </w:r>
      <w:r/>
    </w:p>
    <w:p>
      <w:pPr>
        <w:pStyle w:val="ListNumber"/>
        <w:spacing w:line="240" w:lineRule="auto"/>
        <w:ind w:left="720"/>
      </w:pPr>
      <w:r/>
      <w:hyperlink r:id="rId11">
        <w:r>
          <w:rPr>
            <w:color w:val="0000EE"/>
            <w:u w:val="single"/>
          </w:rPr>
          <w:t>https://www.pcgamer.com/software/ai/google-generated-a-podcast-from-one-of-my-articles-and-its-the-most-convincing-and-eerie-human-mimicking-ai-ive-heard-yet/</w:t>
        </w:r>
      </w:hyperlink>
      <w:r>
        <w:t xml:space="preserve"> - Supports the capability of NotebookLM to generate highly realistic AI podcasts with lifelike vocal interactions and show dynamics.</w:t>
      </w:r>
      <w:r/>
    </w:p>
    <w:p>
      <w:pPr>
        <w:pStyle w:val="ListNumber"/>
        <w:spacing w:line="240" w:lineRule="auto"/>
        <w:ind w:left="720"/>
      </w:pPr>
      <w:r/>
      <w:hyperlink r:id="rId12">
        <w:r>
          <w:rPr>
            <w:color w:val="0000EE"/>
            <w:u w:val="single"/>
          </w:rPr>
          <w:t>https://sheknowsseo.co/how-to-use-notebooklm-to-make-a-podcast-from-your-blog-post/</w:t>
        </w:r>
      </w:hyperlink>
      <w:r>
        <w:t xml:space="preserve"> - Details the process of using NotebookLM to create podcasts from blog posts and highlights the realistic nature of the AI-generated conversations.</w:t>
      </w:r>
      <w:r/>
    </w:p>
    <w:p>
      <w:pPr>
        <w:pStyle w:val="ListNumber"/>
        <w:spacing w:line="240" w:lineRule="auto"/>
        <w:ind w:left="720"/>
      </w:pPr>
      <w:r/>
      <w:hyperlink r:id="rId13">
        <w:r>
          <w:rPr>
            <w:color w:val="0000EE"/>
            <w:u w:val="single"/>
          </w:rPr>
          <w:t>https://www.youtube.com/watch?v=GJ-sejBnhd0</w:t>
        </w:r>
      </w:hyperlink>
      <w:r>
        <w:t xml:space="preserve"> - Demonstrates how to create AI podcasts using NotebookLM and explains its functionality as an AI-powered research assistant.</w:t>
      </w:r>
      <w:r/>
    </w:p>
    <w:p>
      <w:pPr>
        <w:pStyle w:val="ListNumber"/>
        <w:spacing w:line="240" w:lineRule="auto"/>
        <w:ind w:left="720"/>
      </w:pPr>
      <w:r/>
      <w:hyperlink r:id="rId14">
        <w:r>
          <w:rPr>
            <w:color w:val="0000EE"/>
            <w:u w:val="single"/>
          </w:rPr>
          <w:t>https://simonwillison.net/2024/Sep/29/notebooklm-audio-overview/</w:t>
        </w:r>
      </w:hyperlink>
      <w:r>
        <w:t xml:space="preserve"> - Provides insight into the technical aspects of NotebookLM's Audio Overview, including the use of SoundStorm for generating natural dialogue segments.</w:t>
      </w:r>
      <w:r/>
    </w:p>
    <w:p>
      <w:pPr>
        <w:pStyle w:val="ListNumber"/>
        <w:spacing w:line="240" w:lineRule="auto"/>
        <w:ind w:left="720"/>
      </w:pPr>
      <w:r/>
      <w:hyperlink r:id="rId10">
        <w:r>
          <w:rPr>
            <w:color w:val="0000EE"/>
            <w:u w:val="single"/>
          </w:rPr>
          <w:t>https://blog.google/technology/ai/notebooklm-audio-overviews/</w:t>
        </w:r>
      </w:hyperlink>
      <w:r>
        <w:t xml:space="preserve"> - Clarifies that the AI hosts' responses are predefined and within the AI’s operational framework, not indicative of self-awareness or existential questioning.</w:t>
      </w:r>
      <w:r/>
    </w:p>
    <w:p>
      <w:pPr>
        <w:pStyle w:val="ListNumber"/>
        <w:spacing w:line="240" w:lineRule="auto"/>
        <w:ind w:left="720"/>
      </w:pPr>
      <w:r/>
      <w:hyperlink r:id="rId11">
        <w:r>
          <w:rPr>
            <w:color w:val="0000EE"/>
            <w:u w:val="single"/>
          </w:rPr>
          <w:t>https://www.pcgamer.com/software/ai/google-generated-a-podcast-from-one-of-my-articles-and-its-the-most-convincing-and-eerie-human-mimicking-ai-ive-heard-yet/</w:t>
        </w:r>
      </w:hyperlink>
      <w:r>
        <w:t xml:space="preserve"> - Highlights the limitations of NotebookLM, such as the inability to interrupt the AI hosts and the potential for inaccuracies in the generated content.</w:t>
      </w:r>
      <w:r/>
    </w:p>
    <w:p>
      <w:pPr>
        <w:pStyle w:val="ListNumber"/>
        <w:spacing w:line="240" w:lineRule="auto"/>
        <w:ind w:left="720"/>
      </w:pPr>
      <w:r/>
      <w:hyperlink r:id="rId12">
        <w:r>
          <w:rPr>
            <w:color w:val="0000EE"/>
            <w:u w:val="single"/>
          </w:rPr>
          <w:t>https://sheknowsseo.co/how-to-use-notebooklm-to-make-a-podcast-from-your-blog-post/</w:t>
        </w:r>
      </w:hyperlink>
      <w:r>
        <w:t xml:space="preserve"> - Discusses the accessibility and potential impact of AI-generated podcasts on various content creators, including bloggers.</w:t>
      </w:r>
      <w:r/>
    </w:p>
    <w:p>
      <w:pPr>
        <w:pStyle w:val="ListNumber"/>
        <w:spacing w:line="240" w:lineRule="auto"/>
        <w:ind w:left="720"/>
      </w:pPr>
      <w:r/>
      <w:hyperlink r:id="rId14">
        <w:r>
          <w:rPr>
            <w:color w:val="0000EE"/>
            <w:u w:val="single"/>
          </w:rPr>
          <w:t>https://simonwillison.net/2024/Sep/29/notebooklm-audio-overview/</w:t>
        </w:r>
      </w:hyperlink>
      <w:r>
        <w:t xml:space="preserve"> - Explains the advanced aesthetic naturalness achieved by NotebookLM's AI hosts and the underlying technology like SoundStorm.</w:t>
      </w:r>
      <w:r/>
    </w:p>
    <w:p>
      <w:pPr>
        <w:pStyle w:val="ListNumber"/>
        <w:spacing w:line="240" w:lineRule="auto"/>
        <w:ind w:left="720"/>
      </w:pPr>
      <w:r/>
      <w:hyperlink r:id="rId13">
        <w:r>
          <w:rPr>
            <w:color w:val="0000EE"/>
            <w:u w:val="single"/>
          </w:rPr>
          <w:t>https://www.youtube.com/watch?v=GJ-sejBnhd0</w:t>
        </w:r>
      </w:hyperlink>
      <w:r>
        <w:t xml:space="preserve"> - Mentions the experimental nature of NotebookLM and its current limitations, such as the inability to customize host genders or interrupt the conversation.</w:t>
      </w:r>
      <w:r/>
    </w:p>
    <w:p>
      <w:pPr>
        <w:pStyle w:val="ListNumber"/>
        <w:spacing w:line="240" w:lineRule="auto"/>
        <w:ind w:left="720"/>
      </w:pPr>
      <w:r/>
      <w:hyperlink r:id="rId10">
        <w:r>
          <w:rPr>
            <w:color w:val="0000EE"/>
            <w:u w:val="single"/>
          </w:rPr>
          <w:t>https://blog.google/technology/ai/notebooklm-audio-overviews/</w:t>
        </w:r>
      </w:hyperlink>
      <w:r>
        <w:t xml:space="preserve"> - Emphasizes the importance of user feedback in improving NotebookLM's features, including the Audio Overview.</w:t>
      </w:r>
      <w:r/>
    </w:p>
    <w:p>
      <w:pPr>
        <w:pStyle w:val="ListNumber"/>
        <w:spacing w:line="240" w:lineRule="auto"/>
        <w:ind w:left="720"/>
      </w:pPr>
      <w:r/>
      <w:hyperlink r:id="rId15">
        <w:r>
          <w:rPr>
            <w:color w:val="0000EE"/>
            <w:u w:val="single"/>
          </w:rPr>
          <w:t>https://www.techradar.com/computing/artificial-intelligence/google-s-ai-podcast-hosts-have-existential-crisis-when-they-find-out-they-re-not-real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technology/ai/notebooklm-audio-overviews/" TargetMode="External"/><Relationship Id="rId11" Type="http://schemas.openxmlformats.org/officeDocument/2006/relationships/hyperlink" Target="https://www.pcgamer.com/software/ai/google-generated-a-podcast-from-one-of-my-articles-and-its-the-most-convincing-and-eerie-human-mimicking-ai-ive-heard-yet/" TargetMode="External"/><Relationship Id="rId12" Type="http://schemas.openxmlformats.org/officeDocument/2006/relationships/hyperlink" Target="https://sheknowsseo.co/how-to-use-notebooklm-to-make-a-podcast-from-your-blog-post/" TargetMode="External"/><Relationship Id="rId13" Type="http://schemas.openxmlformats.org/officeDocument/2006/relationships/hyperlink" Target="https://www.youtube.com/watch?v=GJ-sejBnhd0" TargetMode="External"/><Relationship Id="rId14" Type="http://schemas.openxmlformats.org/officeDocument/2006/relationships/hyperlink" Target="https://simonwillison.net/2024/Sep/29/notebooklm-audio-overview/" TargetMode="External"/><Relationship Id="rId15" Type="http://schemas.openxmlformats.org/officeDocument/2006/relationships/hyperlink" Target="https://www.techradar.com/computing/artificial-intelligence/google-s-ai-podcast-hosts-have-existential-crisis-when-they-find-out-they-re-not-re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