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HiDock H1: A cutting-edge USB-C dock with integrated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HiDock H1: A Cutting-edge USB-C Dock with Integrated AI Features</w:t>
      </w:r>
      <w:r/>
    </w:p>
    <w:p>
      <w:r/>
      <w:r>
        <w:t>HiDock's latest offering, the H1, is pioneering new ground in the realm of USB-C docking stations. Combining a robust selection of ports with built-in audio capabilities and artificial intelligence (AI) functionalities, the H1 distinguishes itself from traditional docks. Launched at the tail end of 2023 with full availability anticipated by the end of Q1 2024, this device is available in two colour variants — Slate Gray and Platinum Gray, retailing at $269 and $289, respectively.</w:t>
      </w:r>
      <w:r/>
    </w:p>
    <w:p>
      <w:r/>
      <w:r>
        <w:rPr>
          <w:b/>
        </w:rPr>
        <w:t>Key Features and Design</w:t>
      </w:r>
      <w:r/>
    </w:p>
    <w:p>
      <w:r/>
      <w:r>
        <w:t>The standout characteristic of the HiDock H1 is its ability to double as a conference speaker, equipped with a built-in microphone and speaker system intended for hosting and participating in meetings efficiently. The device capitalises on AI technology, specifically the GPT-4o language model, to transcribe audio from meetings and generate summaries. It notably includes advanced features such as background noise isolation and multiple speaker identification.</w:t>
      </w:r>
      <w:r/>
    </w:p>
    <w:p>
      <w:r/>
      <w:r>
        <w:t>Aesthetically, the H1 showcases a retro design appeal, featuring user-friendly controls including large buttons for call management, a volume knob, and a background isolation slider. The dock is fitted with a detachable earpiece which connects magnetically, although some reviewers have noted issues with earpiece sound quality and comfort.</w:t>
      </w:r>
      <w:r/>
    </w:p>
    <w:p>
      <w:r/>
      <w:r>
        <w:t>In terms of connectivity, the H1 supports dual HDMI outputs, USB-C and USB-A ports, an SD/MicroSD card reader, and 2.5GbE Ethernet. However, the dock lacks Thunderbolt connectivity, which could be a drawback for users needing higher bandwidth options.</w:t>
      </w:r>
      <w:r/>
    </w:p>
    <w:p>
      <w:r/>
      <w:r>
        <w:rPr>
          <w:b/>
        </w:rPr>
        <w:t>AI Functionality and Performance</w:t>
      </w:r>
      <w:r/>
    </w:p>
    <w:p>
      <w:r/>
      <w:r>
        <w:t>HiDock touts "lifetime free" AI transcription as one of the significant advantages of the H1. The device integrates with HiNotes, their proprietary service, to provide summarisation of meeting content. However, many of the more advanced features such as extended duration transcriptions and extensive exporting capabilities are gated behind a Pro plan, priced at $12.99 per month for 1,200 minutes or $119.99 for 12,000 minutes. Unlimited plans are also available at higher price points.</w:t>
      </w:r>
      <w:r/>
    </w:p>
    <w:p>
      <w:r/>
      <w:r>
        <w:t>The overall sound performance is adequate, with a 7W driver and a 5W tweeter offering decent audio quality. The convenience of using the H1 without installing any software is enhanced by its compatibility with a web app for updates and configuration.</w:t>
      </w:r>
      <w:r/>
    </w:p>
    <w:p>
      <w:r/>
      <w:r>
        <w:rPr>
          <w:b/>
        </w:rPr>
        <w:t>Challenges and Considerations</w:t>
      </w:r>
      <w:r/>
    </w:p>
    <w:p>
      <w:r/>
      <w:r>
        <w:t>While the H1 introduces innovative features, it is not without its flaws. Some users have reported inconsistencies in data transfer speeds, with actual performance not always matching the advertised 10Gbps via USB-C. Connectivity issues have also been reported, particularly regarding the compatibility of USB-C to USB-C connections with certain Windows machines, necessitating the use of a USB-C to USB-A connection instead.</w:t>
      </w:r>
      <w:r/>
    </w:p>
    <w:p>
      <w:r/>
      <w:r>
        <w:t>Moreover, frequent disconnection issues requiring a reset and a less effective noise isolation feature compared to competitors have been noted. The bundled detachable earpiece, while innovative in concept, has received mixed reviews due to its inadequate audio performance and fit.</w:t>
      </w:r>
      <w:r/>
    </w:p>
    <w:p>
      <w:r/>
      <w:r>
        <w:rPr>
          <w:b/>
        </w:rPr>
        <w:t>Market Context and Alternatives</w:t>
      </w:r>
      <w:r/>
    </w:p>
    <w:p>
      <w:r/>
      <w:r>
        <w:t>The HiDock H1 finds itself in a unique position in the market, straddling the line between a traditional docking station and a conference device aided by AI. For those primarily seeking a docking station with robust connectivity, alternatives such as UGREEN's Revodok Max 213 offer Thunderbolt 4 support and an extensive port selection, albeit lacking the H1's AI transcription capabilities.</w:t>
      </w:r>
      <w:r/>
    </w:p>
    <w:p>
      <w:r/>
      <w:r>
        <w:t>Overall, the HiDock H1 presents a compelling option for users looking to streamline their workflow with integrated AI features, though potential buyers must weigh these benefits against the device's connectivity limitations and additional subscription costs to access full functionalities. As it stands, the H1's fusion of traditional docking and modern AI capabilities make it a noteworthy contender in the evolving landscape of productivity tools, with room for refinement in future iterations.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https://www.androidcentral.com/accessories/hidock-h1-review</w:t>
        </w:r>
      </w:hyperlink>
      <w:r>
        <w:t xml:space="preserve"> - Corroborates the HiDock H1's ability to transcribe audio and generate summaries using AI, and its built-in speaker and microphone for meetings.</w:t>
      </w:r>
      <w:r/>
    </w:p>
    <w:p>
      <w:pPr>
        <w:pStyle w:val="ListNumber"/>
        <w:spacing w:line="240" w:lineRule="auto"/>
        <w:ind w:left="720"/>
      </w:pPr>
      <w:r/>
      <w:hyperlink r:id="rId11">
        <w:r>
          <w:rPr>
            <w:color w:val="0000EE"/>
            <w:u w:val="single"/>
          </w:rPr>
          <w:t>https://www.pcworld.com/article/2413845/hidock-h1-review.html</w:t>
        </w:r>
      </w:hyperlink>
      <w:r>
        <w:t xml:space="preserve"> - Supports the H1's role as a USB-C dock with AI-enhanced speakerphone capabilities and its lack of Thunderbolt connectivity.</w:t>
      </w:r>
      <w:r/>
    </w:p>
    <w:p>
      <w:pPr>
        <w:pStyle w:val="ListNumber"/>
        <w:spacing w:line="240" w:lineRule="auto"/>
        <w:ind w:left="720"/>
      </w:pPr>
      <w:r/>
      <w:hyperlink r:id="rId12">
        <w:r>
          <w:rPr>
            <w:color w:val="0000EE"/>
            <w:u w:val="single"/>
          </w:rPr>
          <w:t>https://www.youtube.com/watch?v=yrrRm5JC2yA</w:t>
        </w:r>
      </w:hyperlink>
      <w:r>
        <w:t xml:space="preserve"> - Details the H1's port selection, including dual HDMI, USB-C, USB-A, SD/MicroSD card readers, and 2.5GbE Ethernet, as well as its AI transcription features.</w:t>
      </w:r>
      <w:r/>
    </w:p>
    <w:p>
      <w:pPr>
        <w:pStyle w:val="ListNumber"/>
        <w:spacing w:line="240" w:lineRule="auto"/>
        <w:ind w:left="720"/>
      </w:pPr>
      <w:r/>
      <w:hyperlink r:id="rId13">
        <w:r>
          <w:rPr>
            <w:color w:val="0000EE"/>
            <w:u w:val="single"/>
          </w:rPr>
          <w:t>https://www.xda-developers.com/hidock-h1-review/</w:t>
        </w:r>
      </w:hyperlink>
      <w:r>
        <w:t xml:space="preserve"> - Confirms the H1's AI integration through HiNotes, its use of GPT-4o for transcription, and issues with USB port speeds and earpiece comfort.</w:t>
      </w:r>
      <w:r/>
    </w:p>
    <w:p>
      <w:pPr>
        <w:pStyle w:val="ListNumber"/>
        <w:spacing w:line="240" w:lineRule="auto"/>
        <w:ind w:left="720"/>
      </w:pPr>
      <w:r/>
      <w:hyperlink r:id="rId14">
        <w:r>
          <w:rPr>
            <w:color w:val="0000EE"/>
            <w:u w:val="single"/>
          </w:rPr>
          <w:t>https://www.windowscentral.com/accessories/hidock-h1-review</w:t>
        </w:r>
      </w:hyperlink>
      <w:r>
        <w:t xml:space="preserve"> - Highlights the H1's retro design, built-in speaker and microphone, and the need for a Pro plan to access extended AI transcription features.</w:t>
      </w:r>
      <w:r/>
    </w:p>
    <w:p>
      <w:pPr>
        <w:pStyle w:val="ListNumber"/>
        <w:spacing w:line="240" w:lineRule="auto"/>
        <w:ind w:left="720"/>
      </w:pPr>
      <w:r/>
      <w:hyperlink r:id="rId10">
        <w:r>
          <w:rPr>
            <w:color w:val="0000EE"/>
            <w:u w:val="single"/>
          </w:rPr>
          <w:t>https://www.androidcentral.com/accessories/hidock-h1-review</w:t>
        </w:r>
      </w:hyperlink>
      <w:r>
        <w:t xml:space="preserve"> - Mentions the 'lifetime free' AI transcription and the limitations such as a 10-minute limit on audio transcribing without a Pro plan.</w:t>
      </w:r>
      <w:r/>
    </w:p>
    <w:p>
      <w:pPr>
        <w:pStyle w:val="ListNumber"/>
        <w:spacing w:line="240" w:lineRule="auto"/>
        <w:ind w:left="720"/>
      </w:pPr>
      <w:r/>
      <w:hyperlink r:id="rId11">
        <w:r>
          <w:rPr>
            <w:color w:val="0000EE"/>
            <w:u w:val="single"/>
          </w:rPr>
          <w:t>https://www.pcworld.com/article/2413845/hidock-h1-review.html</w:t>
        </w:r>
      </w:hyperlink>
      <w:r>
        <w:t xml:space="preserve"> - Discusses the H1's performance, including its ability to drive two 4K displays at 60Hz and the occasional disconnection issues.</w:t>
      </w:r>
      <w:r/>
    </w:p>
    <w:p>
      <w:pPr>
        <w:pStyle w:val="ListNumber"/>
        <w:spacing w:line="240" w:lineRule="auto"/>
        <w:ind w:left="720"/>
      </w:pPr>
      <w:r/>
      <w:hyperlink r:id="rId13">
        <w:r>
          <w:rPr>
            <w:color w:val="0000EE"/>
            <w:u w:val="single"/>
          </w:rPr>
          <w:t>https://www.xda-developers.com/hidock-h1-review/</w:t>
        </w:r>
      </w:hyperlink>
      <w:r>
        <w:t xml:space="preserve"> - Details the connectivity issues, such as the need to use a USB-C to USB-A cable for some Windows machines and the less effective noise isolation feature.</w:t>
      </w:r>
      <w:r/>
    </w:p>
    <w:p>
      <w:pPr>
        <w:pStyle w:val="ListNumber"/>
        <w:spacing w:line="240" w:lineRule="auto"/>
        <w:ind w:left="720"/>
      </w:pPr>
      <w:r/>
      <w:hyperlink r:id="rId14">
        <w:r>
          <w:rPr>
            <w:color w:val="0000EE"/>
            <w:u w:val="single"/>
          </w:rPr>
          <w:t>https://www.windowscentral.com/accessories/hidock-h1-review</w:t>
        </w:r>
      </w:hyperlink>
      <w:r>
        <w:t xml:space="preserve"> - Compares the H1 to other docking stations, noting its unique AI features but also its limitations in terms of connectivity and additional costs.</w:t>
      </w:r>
      <w:r/>
    </w:p>
    <w:p>
      <w:pPr>
        <w:pStyle w:val="ListNumber"/>
        <w:spacing w:line="240" w:lineRule="auto"/>
        <w:ind w:left="720"/>
      </w:pPr>
      <w:r/>
      <w:hyperlink r:id="rId11">
        <w:r>
          <w:rPr>
            <w:color w:val="0000EE"/>
            <w:u w:val="single"/>
          </w:rPr>
          <w:t>https://www.pcworld.com/article/2413845/hidock-h1-review.html</w:t>
        </w:r>
      </w:hyperlink>
      <w:r>
        <w:t xml:space="preserve"> - Describes the H1's design and dimensions, including the detachable earpiece and the bulkiness of the device.</w:t>
      </w:r>
      <w:r/>
    </w:p>
    <w:p>
      <w:pPr>
        <w:pStyle w:val="ListNumber"/>
        <w:spacing w:line="240" w:lineRule="auto"/>
        <w:ind w:left="720"/>
      </w:pPr>
      <w:r/>
      <w:hyperlink r:id="rId13">
        <w:r>
          <w:rPr>
            <w:color w:val="0000EE"/>
            <w:u w:val="single"/>
          </w:rPr>
          <w:t>https://www.xda-developers.com/hidock-h1-review/</w:t>
        </w:r>
      </w:hyperlink>
      <w:r>
        <w:t xml:space="preserve"> - Provides details on the H1's audio performance, including the 7W driver and 5W tweeter, and the web app for updates and configuration.</w:t>
      </w:r>
      <w:r/>
    </w:p>
    <w:p>
      <w:pPr>
        <w:pStyle w:val="ListNumber"/>
        <w:spacing w:line="240" w:lineRule="auto"/>
        <w:ind w:left="720"/>
      </w:pPr>
      <w:r/>
      <w:hyperlink r:id="rId10">
        <w:r>
          <w:rPr>
            <w:color w:val="0000EE"/>
            <w:u w:val="single"/>
          </w:rPr>
          <w:t>https://www.androidcentral.com/accessories/hidock-h1-review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central.com/accessories/hidock-h1-review" TargetMode="External"/><Relationship Id="rId11" Type="http://schemas.openxmlformats.org/officeDocument/2006/relationships/hyperlink" Target="https://www.pcworld.com/article/2413845/hidock-h1-review.html" TargetMode="External"/><Relationship Id="rId12" Type="http://schemas.openxmlformats.org/officeDocument/2006/relationships/hyperlink" Target="https://www.youtube.com/watch?v=yrrRm5JC2yA" TargetMode="External"/><Relationship Id="rId13" Type="http://schemas.openxmlformats.org/officeDocument/2006/relationships/hyperlink" Target="https://www.xda-developers.com/hidock-h1-review/" TargetMode="External"/><Relationship Id="rId14" Type="http://schemas.openxmlformats.org/officeDocument/2006/relationships/hyperlink" Target="https://www.windowscentral.com/accessories/hidock-h1-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