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HP enhances videoconferencing solutions with advanced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HP has unveiled a series of impressive additions to its videoconferencing solutions, striving to enhance the modern workplace experience through advanced technology. The tech giant has introduced four new video bars: the Poly Studio X32, Poly Studio X72, Poly Studio V32, and Poly Studio V72. These devices boast the latest in videoconferencing technology, equipped with AI capabilities and multi-camera functionalities, aiming to cater to the diverse needs of business environments. </w:t>
      </w:r>
      <w:r/>
    </w:p>
    <w:p>
      <w:r/>
      <w:r>
        <w:t xml:space="preserve">The enhancements extend beyond hardware, as HP has also released its latest software update, Poly VideoOS 4.4. This update introduces cutting-edge AI advancements to existing devices installed in meeting rooms. A notable feature is the live set-up for Poly DirectorAI Perimeter, which empowers administrators to set smart-camera boundaries in real-time, ensuring that video captures are confined to meeting participants. </w:t>
      </w:r>
      <w:r/>
    </w:p>
    <w:p>
      <w:r/>
      <w:r>
        <w:t>In a bid to improve sound quality, the updated Poly NoiseBlockAI v2 employs machine learning and sophisticated noise filtering to reduce echoes and reverberations, particularly in spaces with glass walls and reflective surfaces. This enhancement promises clearer audio delivery, an essential attribute in today’s virtual meeting-heavy work environments.</w:t>
      </w:r>
      <w:r/>
    </w:p>
    <w:p>
      <w:r/>
      <w:r>
        <w:t>Complementing the hardware and software upgrades is the launch of the Poly Labs programme. This initiative grants customers early access to experimental features like VoiceScoreAI. VoiceScoreAI is designed to assess audio quality within meeting spaces and provide suggestions for its improvement, ensuring optimal auditory conditions for all participants.</w:t>
      </w:r>
      <w:r/>
    </w:p>
    <w:p>
      <w:r/>
      <w:r>
        <w:t>HP's videoconferencing enhancements also include advancements in cloud-based management and security. The Poly Lens cloud management platform is enhanced with customised and secure options to better accommodate client needs. Poly Lens Premium features, such as Remote Room Control, enable IT administrators to remotely troubleshoot and resolve issues, enhancing maintenance efficiency.</w:t>
      </w:r>
      <w:r/>
    </w:p>
    <w:p>
      <w:r/>
      <w:r>
        <w:t>Moreover, Poly CloudConnect for Zoom Rooms introduces an integrative solution where participants can join Microsoft Teams calls directly from Zoom Rooms. This feature supports a robust interface, dual monitor displays, and content sharing capabilities, reflecting HP’s commitment to flexibility in communication platforms.</w:t>
      </w:r>
      <w:r/>
    </w:p>
    <w:p>
      <w:r/>
      <w:r>
        <w:t>In a significant strategic collaboration, HP has partnered with Google to bring Project Starline technology into the corporate sector. Project Starline aims to revolutionize virtual interaction by using AI and 3D imaging to create a lifelike immersive experience, simulating in-person presence during video calls. This innovative venture is scheduled to commence shipping in 2025, promising to redefine the future of videoconferencing.</w:t>
      </w:r>
      <w:r/>
    </w:p>
    <w:p>
      <w:r/>
      <w:r>
        <w:t>Overall, HP’s latest offerings underscore an ongoing trend of integrating advanced AI technologies into business communication tools, reflecting the company's effort to meet evolving workplace demands with innovative and secure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https://www.hp.com/us-en/poly/video-conferencing/all-in-one/studio-x72.html</w:t>
        </w:r>
      </w:hyperlink>
      <w:r>
        <w:t xml:space="preserve"> - This link corroborates the introduction of the Poly Studio X72 video bar with advanced AV tech, scalability, and flexibility for cloud video calls.</w:t>
      </w:r>
      <w:r/>
    </w:p>
    <w:p>
      <w:pPr>
        <w:pStyle w:val="ListNumber"/>
        <w:spacing w:line="240" w:lineRule="auto"/>
        <w:ind w:left="720"/>
      </w:pPr>
      <w:r/>
      <w:hyperlink r:id="rId11">
        <w:r>
          <w:rPr>
            <w:color w:val="0000EE"/>
            <w:u w:val="single"/>
          </w:rPr>
          <w:t>https://www.hp.com/us-en/newsroom/press-releases/2024/hp-transforms-future-of-work.html</w:t>
        </w:r>
      </w:hyperlink>
      <w:r>
        <w:t xml:space="preserve"> - This link supports the introduction of new Poly Studio Video Bars, including the X32, X72, V32, and V72, and their AI capabilities.</w:t>
      </w:r>
      <w:r/>
    </w:p>
    <w:p>
      <w:pPr>
        <w:pStyle w:val="ListNumber"/>
        <w:spacing w:line="240" w:lineRule="auto"/>
        <w:ind w:left="720"/>
      </w:pPr>
      <w:r/>
      <w:hyperlink r:id="rId12">
        <w:r>
          <w:rPr>
            <w:color w:val="0000EE"/>
            <w:u w:val="single"/>
          </w:rPr>
          <w:t>https://www.uctoday.com/meeting-rooms-and-devices/hp-unveils-swathe-of-ai-powered-poly-solutions-for-next-gen-collaboration/</w:t>
        </w:r>
      </w:hyperlink>
      <w:r>
        <w:t xml:space="preserve"> - This link confirms the release of Poly VideoOS 4.4 software and its features, including live setup for Poly DirectorAI Perimeter and Poly NoiseBlockAI v2.</w:t>
      </w:r>
      <w:r/>
    </w:p>
    <w:p>
      <w:pPr>
        <w:pStyle w:val="ListNumber"/>
        <w:spacing w:line="240" w:lineRule="auto"/>
        <w:ind w:left="720"/>
      </w:pPr>
      <w:r/>
      <w:hyperlink r:id="rId13">
        <w:r>
          <w:rPr>
            <w:color w:val="0000EE"/>
            <w:u w:val="single"/>
          </w:rPr>
          <w:t>https://www.stocktitan.net/news/HPQ/hp-transforms-the-future-of-7kvba5et9jdv.html</w:t>
        </w:r>
      </w:hyperlink>
      <w:r>
        <w:t xml:space="preserve"> - This link details the enhancements to Poly VideoOS 4.4, including AI advancements and the introduction of new Poly Studio Video Bars.</w:t>
      </w:r>
      <w:r/>
    </w:p>
    <w:p>
      <w:pPr>
        <w:pStyle w:val="ListNumber"/>
        <w:spacing w:line="240" w:lineRule="auto"/>
        <w:ind w:left="720"/>
      </w:pPr>
      <w:r/>
      <w:hyperlink r:id="rId14">
        <w:r>
          <w:rPr>
            <w:color w:val="0000EE"/>
            <w:u w:val="single"/>
          </w:rPr>
          <w:t>https://www.hp.com/us-en/poly/video-conferencing.html</w:t>
        </w:r>
      </w:hyperlink>
      <w:r>
        <w:t xml:space="preserve"> - This link provides an overview of HP's video conferencing solutions, including the new Poly Studio Video Bars and their compatibility with various platforms.</w:t>
      </w:r>
      <w:r/>
    </w:p>
    <w:p>
      <w:pPr>
        <w:pStyle w:val="ListNumber"/>
        <w:spacing w:line="240" w:lineRule="auto"/>
        <w:ind w:left="720"/>
      </w:pPr>
      <w:r/>
      <w:hyperlink r:id="rId11">
        <w:r>
          <w:rPr>
            <w:color w:val="0000EE"/>
            <w:u w:val="single"/>
          </w:rPr>
          <w:t>https://www.hp.com/us-en/newsroom/press-releases/2024/hp-transforms-future-of-work.html</w:t>
        </w:r>
      </w:hyperlink>
      <w:r>
        <w:t xml:space="preserve"> - This link explains the Poly Labs program and its feature, VoiceScoreAI, which assesses and improves audio quality in meeting rooms.</w:t>
      </w:r>
      <w:r/>
    </w:p>
    <w:p>
      <w:pPr>
        <w:pStyle w:val="ListNumber"/>
        <w:spacing w:line="240" w:lineRule="auto"/>
        <w:ind w:left="720"/>
      </w:pPr>
      <w:r/>
      <w:hyperlink r:id="rId12">
        <w:r>
          <w:rPr>
            <w:color w:val="0000EE"/>
            <w:u w:val="single"/>
          </w:rPr>
          <w:t>https://www.uctoday.com/meeting-rooms-and-devices/hp-unveils-swathe-of-ai-powered-poly-solutions-for-next-gen-collaboration/</w:t>
        </w:r>
      </w:hyperlink>
      <w:r>
        <w:t xml:space="preserve"> - This link discusses the enhancements to the Poly Lens cloud management platform, including Poly Lens Premium and Remote Room Control.</w:t>
      </w:r>
      <w:r/>
    </w:p>
    <w:p>
      <w:pPr>
        <w:pStyle w:val="ListNumber"/>
        <w:spacing w:line="240" w:lineRule="auto"/>
        <w:ind w:left="720"/>
      </w:pPr>
      <w:r/>
      <w:hyperlink r:id="rId13">
        <w:r>
          <w:rPr>
            <w:color w:val="0000EE"/>
            <w:u w:val="single"/>
          </w:rPr>
          <w:t>https://www.stocktitan.net/news/HPQ/hp-transforms-the-future-of-7kvba5et9jdv.html</w:t>
        </w:r>
      </w:hyperlink>
      <w:r>
        <w:t xml:space="preserve"> - This link supports the introduction of Poly CloudConnect for Zoom Rooms, enabling participants to join Microsoft Teams calls from Zoom Rooms with advanced features.</w:t>
      </w:r>
      <w:r/>
    </w:p>
    <w:p>
      <w:pPr>
        <w:pStyle w:val="ListNumber"/>
        <w:spacing w:line="240" w:lineRule="auto"/>
        <w:ind w:left="720"/>
      </w:pPr>
      <w:r/>
      <w:hyperlink r:id="rId11">
        <w:r>
          <w:rPr>
            <w:color w:val="0000EE"/>
            <w:u w:val="single"/>
          </w:rPr>
          <w:t>https://www.hp.com/us-en/newsroom/press-releases/2024/hp-transforms-future-of-work.html</w:t>
        </w:r>
      </w:hyperlink>
      <w:r>
        <w:t xml:space="preserve"> - This link details HP's partnership with Google to bring Project Starline technology to the workplace, offering an immersive video conferencing experience.</w:t>
      </w:r>
      <w:r/>
    </w:p>
    <w:p>
      <w:pPr>
        <w:pStyle w:val="ListNumber"/>
        <w:spacing w:line="240" w:lineRule="auto"/>
        <w:ind w:left="720"/>
      </w:pPr>
      <w:r/>
      <w:hyperlink r:id="rId12">
        <w:r>
          <w:rPr>
            <w:color w:val="0000EE"/>
            <w:u w:val="single"/>
          </w:rPr>
          <w:t>https://www.uctoday.com/meeting-rooms-and-devices/hp-unveils-swathe-of-ai-powered-poly-solutions-for-next-gen-collaboration/</w:t>
        </w:r>
      </w:hyperlink>
      <w:r>
        <w:t xml:space="preserve"> - This link confirms the scheduled shipping of Project Starline technology in 2025 and its potential to revolutionize virtual interactions.</w:t>
      </w:r>
      <w:r/>
    </w:p>
    <w:p>
      <w:pPr>
        <w:pStyle w:val="ListNumber"/>
        <w:spacing w:line="240" w:lineRule="auto"/>
        <w:ind w:left="720"/>
      </w:pPr>
      <w:r/>
      <w:hyperlink r:id="rId13">
        <w:r>
          <w:rPr>
            <w:color w:val="0000EE"/>
            <w:u w:val="single"/>
          </w:rPr>
          <w:t>https://www.stocktitan.net/news/HPQ/hp-transforms-the-future-of-7kvba5et9jdv.html</w:t>
        </w:r>
      </w:hyperlink>
      <w:r>
        <w:t xml:space="preserve"> - This link highlights HP's overall strategy of integrating advanced AI technologies into business communication tools to meet evolving workplace demands.</w:t>
      </w:r>
      <w:r/>
    </w:p>
    <w:p>
      <w:pPr>
        <w:pStyle w:val="ListNumber"/>
        <w:spacing w:line="240" w:lineRule="auto"/>
        <w:ind w:left="720"/>
      </w:pPr>
      <w:r/>
      <w:hyperlink r:id="rId15">
        <w:r>
          <w:rPr>
            <w:color w:val="0000EE"/>
            <w:u w:val="single"/>
          </w:rPr>
          <w:t>https://www.avinteractive.com/news/products/hp-expands-poly-studio-range-of-ai-enabled-video-bars-02-10-2024/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p.com/us-en/poly/video-conferencing/all-in-one/studio-x72.html" TargetMode="External"/><Relationship Id="rId11" Type="http://schemas.openxmlformats.org/officeDocument/2006/relationships/hyperlink" Target="https://www.hp.com/us-en/newsroom/press-releases/2024/hp-transforms-future-of-work.html" TargetMode="External"/><Relationship Id="rId12" Type="http://schemas.openxmlformats.org/officeDocument/2006/relationships/hyperlink" Target="https://www.uctoday.com/meeting-rooms-and-devices/hp-unveils-swathe-of-ai-powered-poly-solutions-for-next-gen-collaboration/" TargetMode="External"/><Relationship Id="rId13" Type="http://schemas.openxmlformats.org/officeDocument/2006/relationships/hyperlink" Target="https://www.stocktitan.net/news/HPQ/hp-transforms-the-future-of-7kvba5et9jdv.html" TargetMode="External"/><Relationship Id="rId14" Type="http://schemas.openxmlformats.org/officeDocument/2006/relationships/hyperlink" Target="https://www.hp.com/us-en/poly/video-conferencing.html" TargetMode="External"/><Relationship Id="rId15" Type="http://schemas.openxmlformats.org/officeDocument/2006/relationships/hyperlink" Target="https://www.avinteractive.com/news/products/hp-expands-poly-studio-range-of-ai-enabled-video-bars-02-10-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