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unveils the OmniBook Ultra Flip Next Gen AI PC with impressive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HP has unveiled its latest innovation, the OmniBook Ultra Flip Next Gen AI PC, a 2-in-1 laptop designed to cater to the needs of professionals and personal users alike. This state-of-the-art device brings together advanced computing power, sleek mobility, and modern aesthetics, offering a versatile tool for a variety of tasks.</w:t>
      </w:r>
      <w:r/>
    </w:p>
    <w:p>
      <w:r/>
      <w:r>
        <w:t xml:space="preserve">At the heart of the HP OmniBook Ultra Flip is the Intel Evo Edition Core Ultra processor, providing users with AI-enhanced performance. This processor is particularly advantageous for handling demanding applications, making it an appealing choice for individuals requiring robust computing capabilities. </w:t>
      </w:r>
      <w:r/>
    </w:p>
    <w:p>
      <w:r/>
      <w:r>
        <w:t>The OmniBook features a 14-inch 2.8K OLED display, ensuring vivid and vibrant visual output. The inclusion of IMAX support means this device is not only suited for productive tasks but also for entertainment, offering an immersive viewing experience that is likely to appeal to media enthusiasts and creative professionals.</w:t>
      </w:r>
      <w:r/>
    </w:p>
    <w:p>
      <w:r/>
      <w:r>
        <w:t>In addition to the impressive display, the OmniBook is equipped with a 9-megapixel AI-enabled camera. This camera, enhanced with Windows Studio Effects, is designed to improve video call quality, a feature that could be particularly beneficial for professionals engaged in frequent remote meetings.</w:t>
      </w:r>
      <w:r/>
    </w:p>
    <w:p>
      <w:r/>
      <w:r>
        <w:t>Recognising the ever-present concerns around cybersecurity, HP has integrated its Wolf Security into the OmniBook. This security feature, combined with the fast and secure connectivity offered by Wi-Fi 7, provides users with peace of mind when using the device for work or leisure.</w:t>
      </w:r>
      <w:r/>
    </w:p>
    <w:p>
      <w:r/>
      <w:r>
        <w:t>Beyond its performance capabilities, the OmniBook Ultra Flip is noted for its eco-friendly design. HP has utilised 85% recycled metals and 50% post-consumer recycled plastics in its construction, aligning with increasing consumer demand for sustainable and environmentally conscious products.</w:t>
      </w:r>
      <w:r/>
    </w:p>
    <w:p>
      <w:r/>
      <w:r>
        <w:t>The HP OmniBook Ultra Flip Next Gen AI PC represents a significant stride forward in laptop technology, combining cutting-edge features with a commitment to sustainability. This device stands as a multifaceted tool aimed at enhancing user productivity and creativity, making it a noteworthy addition to the current market of personal and professional computing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https://www.hp.com/us-en/shop/mdp/laptops/omnibook-ultra</w:t>
        </w:r>
      </w:hyperlink>
      <w:r>
        <w:t xml:space="preserve"> - Details the HP OmniBook Ultra Flip Next Gen AI PC, including its Intel Evo Edition Core Ultra processor and various configurations.</w:t>
      </w:r>
      <w:r/>
    </w:p>
    <w:p>
      <w:pPr>
        <w:pStyle w:val="ListNumber"/>
        <w:spacing w:line="240" w:lineRule="auto"/>
        <w:ind w:left="720"/>
      </w:pPr>
      <w:r/>
      <w:hyperlink r:id="rId11">
        <w:r>
          <w:rPr>
            <w:color w:val="0000EE"/>
            <w:u w:val="single"/>
          </w:rPr>
          <w:t>https://www.hp.com/us-en/laptops-and-2-in-1s/omnibook-ultra-ai-pc.html</w:t>
        </w:r>
      </w:hyperlink>
      <w:r>
        <w:t xml:space="preserve"> - Provides information on the AI-enhanced performance of the Intel Core Ultra processors and the device's versatility.</w:t>
      </w:r>
      <w:r/>
    </w:p>
    <w:p>
      <w:pPr>
        <w:pStyle w:val="ListNumber"/>
        <w:spacing w:line="240" w:lineRule="auto"/>
        <w:ind w:left="720"/>
      </w:pPr>
      <w:r/>
      <w:hyperlink r:id="rId12">
        <w:r>
          <w:rPr>
            <w:color w:val="0000EE"/>
            <w:u w:val="single"/>
          </w:rPr>
          <w:t>https://www.engadget.com/computing/laptops/hps-omnibook-ultra-flip-14-inch-is-its-first-2-in-1-ai-pc-162558218.html</w:t>
        </w:r>
      </w:hyperlink>
      <w:r>
        <w:t xml:space="preserve"> - Describes the 14-inch 2.8K OLED display and the AI-enabled camera with Windows Studio Effects.</w:t>
      </w:r>
      <w:r/>
    </w:p>
    <w:p>
      <w:pPr>
        <w:pStyle w:val="ListNumber"/>
        <w:spacing w:line="240" w:lineRule="auto"/>
        <w:ind w:left="720"/>
      </w:pPr>
      <w:r/>
      <w:hyperlink r:id="rId13">
        <w:r>
          <w:rPr>
            <w:color w:val="0000EE"/>
            <w:u w:val="single"/>
          </w:rPr>
          <w:t>https://www.hp.com/us-en/shop/pdp/HP-OmniBook-Ultra-Flip-14---fh0047nr</w:t>
        </w:r>
      </w:hyperlink>
      <w:r>
        <w:t xml:space="preserve"> - Details the specifications of the HP OmniBook Ultra Flip, including the Intel Core Ultra 7 processor and the 9MP AI camera.</w:t>
      </w:r>
      <w:r/>
    </w:p>
    <w:p>
      <w:pPr>
        <w:pStyle w:val="ListNumber"/>
        <w:spacing w:line="240" w:lineRule="auto"/>
        <w:ind w:left="720"/>
      </w:pPr>
      <w:r/>
      <w:hyperlink r:id="rId14">
        <w:r>
          <w:rPr>
            <w:color w:val="0000EE"/>
            <w:u w:val="single"/>
          </w:rPr>
          <w:t>https://www.hp.com/us-en/shop/pdp/hp-omnibook-ultra-flip-2-in-1-laptop-next-gen-ai-pc-14t-fh000-14-9e3s0av-1</w:t>
        </w:r>
      </w:hyperlink>
      <w:r>
        <w:t xml:space="preserve"> - Provides technical details on the device, including the display, camera, and connectivity features like Wi-Fi 7.</w:t>
      </w:r>
      <w:r/>
    </w:p>
    <w:p>
      <w:pPr>
        <w:pStyle w:val="ListNumber"/>
        <w:spacing w:line="240" w:lineRule="auto"/>
        <w:ind w:left="720"/>
      </w:pPr>
      <w:r/>
      <w:hyperlink r:id="rId11">
        <w:r>
          <w:rPr>
            <w:color w:val="0000EE"/>
            <w:u w:val="single"/>
          </w:rPr>
          <w:t>https://www.hp.com/us-en/laptops-and-2-in-1s/omnibook-ultra-ai-pc.html</w:t>
        </w:r>
      </w:hyperlink>
      <w:r>
        <w:t xml:space="preserve"> - Mentions the integration of Wolf Security and the emphasis on cybersecurity and fast connectivity.</w:t>
      </w:r>
      <w:r/>
    </w:p>
    <w:p>
      <w:pPr>
        <w:pStyle w:val="ListNumber"/>
        <w:spacing w:line="240" w:lineRule="auto"/>
        <w:ind w:left="720"/>
      </w:pPr>
      <w:r/>
      <w:hyperlink r:id="rId10">
        <w:r>
          <w:rPr>
            <w:color w:val="0000EE"/>
            <w:u w:val="single"/>
          </w:rPr>
          <w:t>https://www.hp.com/us-en/shop/mdp/laptops/omnibook-ultra</w:t>
        </w:r>
      </w:hyperlink>
      <w:r>
        <w:t xml:space="preserve"> - Highlights the eco-friendly design of the OmniBook Ultra Flip, using recycled metals and post-consumer recycled plastics.</w:t>
      </w:r>
      <w:r/>
    </w:p>
    <w:p>
      <w:pPr>
        <w:pStyle w:val="ListNumber"/>
        <w:spacing w:line="240" w:lineRule="auto"/>
        <w:ind w:left="720"/>
      </w:pPr>
      <w:r/>
      <w:hyperlink r:id="rId12">
        <w:r>
          <w:rPr>
            <w:color w:val="0000EE"/>
            <w:u w:val="single"/>
          </w:rPr>
          <w:t>https://www.engadget.com/computing/laptops/hps-omnibook-ultra-flip-14-inch-is-its-first-2-in-1-ai-pc-162558218.html</w:t>
        </w:r>
      </w:hyperlink>
      <w:r>
        <w:t xml:space="preserve"> - Discusses the device's multifaceted capabilities, including its suitability for both productivity and entertainment.</w:t>
      </w:r>
      <w:r/>
    </w:p>
    <w:p>
      <w:pPr>
        <w:pStyle w:val="ListNumber"/>
        <w:spacing w:line="240" w:lineRule="auto"/>
        <w:ind w:left="720"/>
      </w:pPr>
      <w:r/>
      <w:hyperlink r:id="rId13">
        <w:r>
          <w:rPr>
            <w:color w:val="0000EE"/>
            <w:u w:val="single"/>
          </w:rPr>
          <w:t>https://www.hp.com/us-en/shop/pdp/HP-OmniBook-Ultra-Flip-14---fh0047nr</w:t>
        </w:r>
      </w:hyperlink>
      <w:r>
        <w:t xml:space="preserve"> - Details the device's commitment to sustainability and its use of recycled materials.</w:t>
      </w:r>
      <w:r/>
    </w:p>
    <w:p>
      <w:pPr>
        <w:pStyle w:val="ListNumber"/>
        <w:spacing w:line="240" w:lineRule="auto"/>
        <w:ind w:left="720"/>
      </w:pPr>
      <w:r/>
      <w:hyperlink r:id="rId11">
        <w:r>
          <w:rPr>
            <w:color w:val="0000EE"/>
            <w:u w:val="single"/>
          </w:rPr>
          <w:t>https://www.hp.com/us-en/laptops-and-2-in-1s/omnibook-ultra-ai-pc.html</w:t>
        </w:r>
      </w:hyperlink>
      <w:r>
        <w:t xml:space="preserve"> - Explains how the HP OmniBook Ultra Flip enhances user productivity and creativity with its cutting-edge features.</w:t>
      </w:r>
      <w:r/>
    </w:p>
    <w:p>
      <w:pPr>
        <w:pStyle w:val="ListNumber"/>
        <w:spacing w:line="240" w:lineRule="auto"/>
        <w:ind w:left="720"/>
      </w:pPr>
      <w:r/>
      <w:hyperlink r:id="rId14">
        <w:r>
          <w:rPr>
            <w:color w:val="0000EE"/>
            <w:u w:val="single"/>
          </w:rPr>
          <w:t>https://www.hp.com/us-en/shop/pdp/hp-omnibook-ultra-flip-2-in-1-laptop-next-gen-ai-pc-14t-fh000-14-9e3s0av-1</w:t>
        </w:r>
      </w:hyperlink>
      <w:r>
        <w:t xml:space="preserve"> - Provides an overview of the device's specifications and features, aligning with its multifaceted use cases.</w:t>
      </w:r>
      <w:r/>
    </w:p>
    <w:p>
      <w:pPr>
        <w:pStyle w:val="ListNumber"/>
        <w:spacing w:line="240" w:lineRule="auto"/>
        <w:ind w:left="720"/>
      </w:pPr>
      <w:r/>
      <w:hyperlink r:id="rId15">
        <w:r>
          <w:rPr>
            <w:color w:val="0000EE"/>
            <w:u w:val="single"/>
          </w:rPr>
          <w:t>https://thegadgetflow.com/product/hp-omnibook-ultra-flip-next-gen-ai-pc/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com/us-en/shop/mdp/laptops/omnibook-ultra" TargetMode="External"/><Relationship Id="rId11" Type="http://schemas.openxmlformats.org/officeDocument/2006/relationships/hyperlink" Target="https://www.hp.com/us-en/laptops-and-2-in-1s/omnibook-ultra-ai-pc.html" TargetMode="External"/><Relationship Id="rId12" Type="http://schemas.openxmlformats.org/officeDocument/2006/relationships/hyperlink" Target="https://www.engadget.com/computing/laptops/hps-omnibook-ultra-flip-14-inch-is-its-first-2-in-1-ai-pc-162558218.html" TargetMode="External"/><Relationship Id="rId13" Type="http://schemas.openxmlformats.org/officeDocument/2006/relationships/hyperlink" Target="https://www.hp.com/us-en/shop/pdp/HP-OmniBook-Ultra-Flip-14---fh0047nr" TargetMode="External"/><Relationship Id="rId14" Type="http://schemas.openxmlformats.org/officeDocument/2006/relationships/hyperlink" Target="https://www.hp.com/us-en/shop/pdp/hp-omnibook-ultra-flip-2-in-1-laptop-next-gen-ai-pc-14t-fh000-14-9e3s0av-1" TargetMode="External"/><Relationship Id="rId15" Type="http://schemas.openxmlformats.org/officeDocument/2006/relationships/hyperlink" Target="https://thegadgetflow.com/product/hp-omnibook-ultra-flip-next-gen-ai-p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