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ICC implements social media moderation for Women's T20 World Cup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preparations intensify for the ICC Women’s T20 World Cup 2024, the International Cricket Council (ICC) is undertaking innovative measures to ensure a secure and positive online presence for players and fans. Set to take place from 3rd to 20th October in the United Arab Emirates, the tournament has precipitated a new social media moderation initiative to combat the toxic elements of digital interaction.</w:t>
      </w:r>
      <w:r/>
    </w:p>
    <w:p>
      <w:r/>
      <w:r>
        <w:t>In collaboration with GoBubble, a tech company known for its advanced AI moderation software and human resource solutions, the ICC has launched a programme aimed at protecting more than 60 participating players from harmful online commentary. The technology is configured to monitor and filter interactions across the ICC's Facebook, Instagram, and YouTube platforms, targeting adverse content such as hate speech, harassment, and misogyny. This approach enhances the inclusivity and positivity of the online cricket community, as underscored by ICC Head of Digital, Finn Bradshaw. He remarked on the programme’s alignment with the ICC’s goal of fostering a supportive milieu for participants and fans alike.</w:t>
      </w:r>
      <w:r/>
    </w:p>
    <w:p>
      <w:r/>
      <w:r>
        <w:t>The initiative has been met with approval from players such as Sinalo Jafta from South Africa, who highlighted the intense scrutiny faced by players, especially during high-stakes periods like the World Cup. Jafta elaborated on the emotional toll negative social media interactions can have, noting the particular challenge of confronting derogatory comments after a match, regardless of the outcome. She shared her relief that harmful comments could now be concealed, allowing athletes to engage with their audiences without fear of negative judgement. "That protection for me is very big because players get to share their life with the world without the fear of being judged or criticised," Jafta commented, anticipating the programme’s positive impact on personal expression and engagement.</w:t>
      </w:r>
      <w:r/>
    </w:p>
    <w:p>
      <w:r/>
      <w:r>
        <w:t>As Australia steps into the tournament as the reigning champions, having secured the title in the last three consecutive editions, the World Cup also presents an opportunity for fans to reflect on the historical contributions and performance statistics of players in past tournaments. This includes analysing the top run-scorers and wicket-takers both globally and within England’s team across previous editions.</w:t>
      </w:r>
      <w:r/>
    </w:p>
    <w:p>
      <w:r/>
      <w:r>
        <w:t>Through these efforts, the ICC is not only safeguarding mental health and wellbeing but also setting a precedent for other sports organisations by pioneering a digital experience that is as safe as it is interactive. The moderation programme reflects a broader commitment to progressive changes in the sporting world, aiming for a balanced and respectful dialogue among its diverse and passionate global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https://www.icc-cricket.com/tournaments/womens-t20-worldcup/news/live-wt20wc-2024-opens-with-bangladesh-scotland-encounter</w:t>
        </w:r>
      </w:hyperlink>
      <w:r>
        <w:t xml:space="preserve"> - Corroborates the start date and venues of the 2024 ICC Women's T20 World Cup in the UAE.</w:t>
      </w:r>
      <w:r/>
    </w:p>
    <w:p>
      <w:pPr>
        <w:pStyle w:val="ListNumber"/>
        <w:spacing w:line="240" w:lineRule="auto"/>
        <w:ind w:left="720"/>
      </w:pPr>
      <w:r/>
      <w:hyperlink r:id="rId11">
        <w:r>
          <w:rPr>
            <w:color w:val="0000EE"/>
            <w:u w:val="single"/>
          </w:rPr>
          <w:t>https://olympics.com/en/news/cricket-2024-icc-womens-t20-world-cup-schedule-results-scores?uxreference=seealso</w:t>
        </w:r>
      </w:hyperlink>
      <w:r>
        <w:t xml:space="preserve"> - Provides the full schedule, groups, and venues for the 2024 ICC Women's T20 World Cup.</w:t>
      </w:r>
      <w:r/>
    </w:p>
    <w:p>
      <w:pPr>
        <w:pStyle w:val="ListNumber"/>
        <w:spacing w:line="240" w:lineRule="auto"/>
        <w:ind w:left="720"/>
      </w:pPr>
      <w:r/>
      <w:hyperlink r:id="rId12">
        <w:r>
          <w:rPr>
            <w:color w:val="0000EE"/>
            <w:u w:val="single"/>
          </w:rPr>
          <w:t>https://indianexpress.com/article/sports/cricket/icc-womens-t20-world-cup-2024-dates-squads-groups-venues-telecast-live-streaming-details-9600482/</w:t>
        </w:r>
      </w:hyperlink>
      <w:r>
        <w:t xml:space="preserve"> - Details the groups, match fixtures, and live streaming information for the tournament.</w:t>
      </w:r>
      <w:r/>
    </w:p>
    <w:p>
      <w:pPr>
        <w:pStyle w:val="ListNumber"/>
        <w:spacing w:line="240" w:lineRule="auto"/>
        <w:ind w:left="720"/>
      </w:pPr>
      <w:r/>
      <w:hyperlink r:id="rId13">
        <w:r>
          <w:rPr>
            <w:color w:val="0000EE"/>
            <w:u w:val="single"/>
          </w:rPr>
          <w:t>https://en.wikipedia.org/wiki/2024_ICC_Women's_T20_World_Cup</w:t>
        </w:r>
      </w:hyperlink>
      <w:r>
        <w:t xml:space="preserve"> - Confirms the host change from Bangladesh to the UAE and provides background on the tournament.</w:t>
      </w:r>
      <w:r/>
    </w:p>
    <w:p>
      <w:pPr>
        <w:pStyle w:val="ListNumber"/>
        <w:spacing w:line="240" w:lineRule="auto"/>
        <w:ind w:left="720"/>
      </w:pPr>
      <w:r/>
      <w:hyperlink r:id="rId14">
        <w:r>
          <w:rPr>
            <w:color w:val="0000EE"/>
            <w:u w:val="single"/>
          </w:rPr>
          <w:t>https://www.hindustantimes.com/cricket/womens-t20-world-cup-2024-full-schedule-squads-venues-telecast-and-live-streaming-all-you-need-to-know-101727924544194.html</w:t>
        </w:r>
      </w:hyperlink>
      <w:r>
        <w:t xml:space="preserve"> - Lists the squads, venues, and telecast details for the 2024 ICC Women's T20 World Cup.</w:t>
      </w:r>
      <w:r/>
    </w:p>
    <w:p>
      <w:pPr>
        <w:pStyle w:val="ListNumber"/>
        <w:spacing w:line="240" w:lineRule="auto"/>
        <w:ind w:left="720"/>
      </w:pPr>
      <w:r/>
      <w:hyperlink r:id="rId11">
        <w:r>
          <w:rPr>
            <w:color w:val="0000EE"/>
            <w:u w:val="single"/>
          </w:rPr>
          <w:t>https://olympics.com/en/news/cricket-2024-icc-womens-t20-world-cup-schedule-results-scores?uxreference=seealso</w:t>
        </w:r>
      </w:hyperlink>
      <w:r>
        <w:t xml:space="preserve"> - Mentions Australia as the defending champions and their past performance in the tournament.</w:t>
      </w:r>
      <w:r/>
    </w:p>
    <w:p>
      <w:pPr>
        <w:pStyle w:val="ListNumber"/>
        <w:spacing w:line="240" w:lineRule="auto"/>
        <w:ind w:left="720"/>
      </w:pPr>
      <w:r/>
      <w:hyperlink r:id="rId12">
        <w:r>
          <w:rPr>
            <w:color w:val="0000EE"/>
            <w:u w:val="single"/>
          </w:rPr>
          <w:t>https://indianexpress.com/article/sports/cricket/icc-womens-t20-world-cup-2024-dates-squads-groups-venues-telecast-live-streaming-details-9600482/</w:t>
        </w:r>
      </w:hyperlink>
      <w:r>
        <w:t xml:space="preserve"> - Details the format and groups of the tournament, including the semi-finals and final dates.</w:t>
      </w:r>
      <w:r/>
    </w:p>
    <w:p>
      <w:pPr>
        <w:pStyle w:val="ListNumber"/>
        <w:spacing w:line="240" w:lineRule="auto"/>
        <w:ind w:left="720"/>
      </w:pPr>
      <w:r/>
      <w:hyperlink r:id="rId13">
        <w:r>
          <w:rPr>
            <w:color w:val="0000EE"/>
            <w:u w:val="single"/>
          </w:rPr>
          <w:t>https://en.wikipedia.org/wiki/2024_ICC_Women's_T20_World_Cup</w:t>
        </w:r>
      </w:hyperlink>
      <w:r>
        <w:t xml:space="preserve"> - Explains the qualification process and the teams participating in the tournament.</w:t>
      </w:r>
      <w:r/>
    </w:p>
    <w:p>
      <w:pPr>
        <w:pStyle w:val="ListNumber"/>
        <w:spacing w:line="240" w:lineRule="auto"/>
        <w:ind w:left="720"/>
      </w:pPr>
      <w:r/>
      <w:hyperlink r:id="rId14">
        <w:r>
          <w:rPr>
            <w:color w:val="0000EE"/>
            <w:u w:val="single"/>
          </w:rPr>
          <w:t>https://www.hindustantimes.com/cricket/womens-t20-world-cup-2024-full-schedule-squads-venues-telecast-and-live-streaming-all-you-need-to-know-101727924544194.html</w:t>
        </w:r>
      </w:hyperlink>
      <w:r>
        <w:t xml:space="preserve"> - Provides information on the venues, including the Dubai International Cricket Stadium and the Sharjah Cricket Stadium.</w:t>
      </w:r>
      <w:r/>
    </w:p>
    <w:p>
      <w:pPr>
        <w:pStyle w:val="ListNumber"/>
        <w:spacing w:line="240" w:lineRule="auto"/>
        <w:ind w:left="720"/>
      </w:pPr>
      <w:r/>
      <w:hyperlink r:id="rId11">
        <w:r>
          <w:rPr>
            <w:color w:val="0000EE"/>
            <w:u w:val="single"/>
          </w:rPr>
          <w:t>https://olympics.com/en/news/cricket-2024-icc-womens-t20-world-cup-schedule-results-scores?uxreference=seealso</w:t>
        </w:r>
      </w:hyperlink>
      <w:r>
        <w:t xml:space="preserve"> - Mentions the historical context and past winners of the ICC Women's T20 World Cup.</w:t>
      </w:r>
      <w:r/>
    </w:p>
    <w:p>
      <w:pPr>
        <w:pStyle w:val="ListNumber"/>
        <w:spacing w:line="240" w:lineRule="auto"/>
        <w:ind w:left="720"/>
      </w:pPr>
      <w:r/>
      <w:hyperlink r:id="rId12">
        <w:r>
          <w:rPr>
            <w:color w:val="0000EE"/>
            <w:u w:val="single"/>
          </w:rPr>
          <w:t>https://indianexpress.com/article/sports/cricket/icc-womens-t20-world-cup-2024-dates-squads-groups-venues-telecast-live-streaming-details-9600482/</w:t>
        </w:r>
      </w:hyperlink>
      <w:r>
        <w:t xml:space="preserve"> - Details the live telecast and streaming options for the tournament, including Star Sports and Disney+ Hotstar.</w:t>
      </w:r>
      <w:r/>
    </w:p>
    <w:p>
      <w:pPr>
        <w:pStyle w:val="ListNumber"/>
        <w:spacing w:line="240" w:lineRule="auto"/>
        <w:ind w:left="720"/>
      </w:pPr>
      <w:r/>
      <w:hyperlink r:id="rId15">
        <w:r>
          <w:rPr>
            <w:color w:val="0000EE"/>
            <w:u w:val="single"/>
          </w:rPr>
          <w:t>https://ministryofsport.com/icc-utilising-ai-tool-for-safer-social-media-ahead-of-womens-t20-world-cup/</w:t>
        </w:r>
      </w:hyperlink>
      <w:r>
        <w:t xml:space="preserve"> - Please view link - unable to able to access data</w:t>
      </w:r>
      <w:r/>
    </w:p>
    <w:p>
      <w:pPr>
        <w:pStyle w:val="ListNumber"/>
        <w:spacing w:line="240" w:lineRule="auto"/>
        <w:ind w:left="720"/>
      </w:pPr>
      <w:r/>
      <w:hyperlink r:id="rId16">
        <w:r>
          <w:rPr>
            <w:color w:val="0000EE"/>
            <w:u w:val="single"/>
          </w:rPr>
          <w:t>https://www.bbc.com/sport/cricket/articles/c0qzdw4epz2o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cc-cricket.com/tournaments/womens-t20-worldcup/news/live-wt20wc-2024-opens-with-bangladesh-scotland-encounter" TargetMode="External"/><Relationship Id="rId11" Type="http://schemas.openxmlformats.org/officeDocument/2006/relationships/hyperlink" Target="https://olympics.com/en/news/cricket-2024-icc-womens-t20-world-cup-schedule-results-scores?uxreference=seealso" TargetMode="External"/><Relationship Id="rId12" Type="http://schemas.openxmlformats.org/officeDocument/2006/relationships/hyperlink" Target="https://indianexpress.com/article/sports/cricket/icc-womens-t20-world-cup-2024-dates-squads-groups-venues-telecast-live-streaming-details-9600482/" TargetMode="External"/><Relationship Id="rId13" Type="http://schemas.openxmlformats.org/officeDocument/2006/relationships/hyperlink" Target="https://en.wikipedia.org/wiki/2024_ICC_Women's_T20_World_Cup" TargetMode="External"/><Relationship Id="rId14" Type="http://schemas.openxmlformats.org/officeDocument/2006/relationships/hyperlink" Target="https://www.hindustantimes.com/cricket/womens-t20-world-cup-2024-full-schedule-squads-venues-telecast-and-live-streaming-all-you-need-to-know-101727924544194.html" TargetMode="External"/><Relationship Id="rId15" Type="http://schemas.openxmlformats.org/officeDocument/2006/relationships/hyperlink" Target="https://ministryofsport.com/icc-utilising-ai-tool-for-safer-social-media-ahead-of-womens-t20-world-cup/" TargetMode="External"/><Relationship Id="rId16" Type="http://schemas.openxmlformats.org/officeDocument/2006/relationships/hyperlink" Target="https://www.bbc.com/sport/cricket/articles/c0qzdw4epz2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