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Innovations in journalism: AI hackathon at MIT focuses on new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Innovations in Journalism: AI Hackathon at MIT Focuses on New Tools</w:t>
      </w:r>
      <w:r/>
    </w:p>
    <w:p>
      <w:r/>
      <w:r>
        <w:t>CAMBRIDGE, MASSACHUSETTS—In a world where technology is rapidly changing the landscape of industries, a group of innovative minds gathered for the monthly Sundai Club hackathon near the Massachusetts Institute of Technology (MIT) campus to explore the intersection of artificial intelligence (AI) and journalism. The hackathon, supported by the Cambridge-based nonprofit Æthos, dedicated to promoting socially responsible AI, provided a platform for students, developers, and professionals to brainstorm and prototype cutting-edge tools on a Sunday afternoon.</w:t>
      </w:r>
      <w:r/>
    </w:p>
    <w:p>
      <w:r/>
      <w:r>
        <w:t>Held monthly, this intellectual gathering sees participation from students of prestigious institutes such as MIT and Harvard, professional developers, product managers, and even individuals from the military sector. The process begins with a brainstorming session where participants present potential project ideas. These ideas are reviewed, and one is selected to be brought to life over the course of the day.</w:t>
      </w:r>
      <w:r/>
    </w:p>
    <w:p>
      <w:r/>
      <w:r>
        <w:t>During this particular session, the focus was on creating tools that could significantly aid journalists. Notable ideas included leveraging multimodal language models to monitor political posts on TikTok, the automatic generation of freedom of information requests, and summarization of local court hearing video clips to facilitate local news reporting.</w:t>
      </w:r>
      <w:r/>
    </w:p>
    <w:p>
      <w:r/>
      <w:r>
        <w:t>Ultimately, the chosen project was the development of a tool tailored to assisting reporters in identifying noteworthy research papers related to AI on Arxiv, a preprint server widely used for disseminating research. The idea for this project may have been influenced by the presence of a journalist who highlighted the importance of tracking developments in AI research.</w:t>
      </w:r>
      <w:r/>
    </w:p>
    <w:p>
      <w:r/>
      <w:r>
        <w:t>To realise this project, the team employed the OpenAI API to generate a word embedding, creating a mathematical representation of text data in the field of AI as shared on Arxiv. This tool enabled the analysis of data to find papers relevant to specific terms and allowed for the exploration of relationships between various research areas. In addition, the team utilized word embeddings from Reddit discussions and Google News to craft a visualization that mapped research papers alongside relevant news stories and online dialogue.</w:t>
      </w:r>
      <w:r/>
    </w:p>
    <w:p>
      <w:r/>
      <w:r>
        <w:t>The end result was a prototype named AI News Hound. Though still in its developmental stages, AI News Hound demonstrates the potential of large language models in unearthing and linking information from diverse sources, offering a dynamic way for journalists to engage with AI-related research.</w:t>
      </w:r>
      <w:r/>
    </w:p>
    <w:p>
      <w:r/>
      <w:r>
        <w:t>A screenshot of AI News Hound in action illustrates its functionality: when the user searches for "AI agents," the tool reveals two green squares that correlate research papers with discussions and news articles, suggesting them as potential components for a journalist crafting a story on AI agent development.</w:t>
      </w:r>
      <w:r/>
    </w:p>
    <w:p>
      <w:r/>
      <w:r>
        <w:t>The Sundai Club hackathon serves as a testament to how creative collaboration between diverse expertise can generate tools that may very well shape the future of industries such as journalism, especially as AI continues its transformative march into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https://engage.mit.edu/fma/about/</w:t>
        </w:r>
      </w:hyperlink>
      <w:r>
        <w:t xml:space="preserve"> - This link provides details about the MIT AI for Filmmaking Hackathon, which, although not directly related to the journalism hackathon, shows MIT's involvement in AI-related hackathons and events.</w:t>
      </w:r>
      <w:r/>
    </w:p>
    <w:p>
      <w:pPr>
        <w:pStyle w:val="ListNumber"/>
        <w:spacing w:line="240" w:lineRule="auto"/>
        <w:ind w:left="720"/>
      </w:pPr>
      <w:r/>
      <w:hyperlink r:id="rId11">
        <w:r>
          <w:rPr>
            <w:color w:val="0000EE"/>
            <w:u w:val="single"/>
          </w:rPr>
          <w:t>https://www.hackshackers.com/events/</w:t>
        </w:r>
      </w:hyperlink>
      <w:r>
        <w:t xml:space="preserve"> - This link describes various Hacks/Hackers events, including those focused on AI and journalism, which aligns with the theme of using AI in journalistic contexts.</w:t>
      </w:r>
      <w:r/>
    </w:p>
    <w:p>
      <w:pPr>
        <w:pStyle w:val="ListNumber"/>
        <w:spacing w:line="240" w:lineRule="auto"/>
        <w:ind w:left="720"/>
      </w:pPr>
      <w:r/>
      <w:hyperlink r:id="rId12">
        <w:r>
          <w:rPr>
            <w:color w:val="0000EE"/>
            <w:u w:val="single"/>
          </w:rPr>
          <w:t>https://raise.mit.edu/events/global-ai-hackathon/</w:t>
        </w:r>
      </w:hyperlink>
      <w:r>
        <w:t xml:space="preserve"> - This link details the Global AI Hackathon hosted by MIT RAISE, which involves developing AI apps for social impact, showing MIT's broader engagement with AI hackathons.</w:t>
      </w:r>
      <w:r/>
    </w:p>
    <w:p>
      <w:pPr>
        <w:pStyle w:val="ListNumber"/>
        <w:spacing w:line="240" w:lineRule="auto"/>
        <w:ind w:left="720"/>
      </w:pPr>
      <w:r/>
      <w:hyperlink r:id="rId13">
        <w:r>
          <w:rPr>
            <w:color w:val="0000EE"/>
            <w:u w:val="single"/>
          </w:rPr>
          <w:t>https://openlearning.mit.edu/news/global-ai-hackathon-provides-outlet-mit-app-inventor-enthusiasts-create-social-impacts</w:t>
        </w:r>
      </w:hyperlink>
      <w:r>
        <w:t xml:space="preserve"> - This link provides more information on the Global AI Hackathon and its focus on creating social impacts using MIT App Inventor, highlighting MIT's initiatives in AI and social responsibility.</w:t>
      </w:r>
      <w:r/>
    </w:p>
    <w:p>
      <w:pPr>
        <w:pStyle w:val="ListNumber"/>
        <w:spacing w:line="240" w:lineRule="auto"/>
        <w:ind w:left="720"/>
      </w:pPr>
      <w:r/>
      <w:hyperlink r:id="rId14">
        <w:r>
          <w:rPr>
            <w:color w:val="0000EE"/>
            <w:u w:val="single"/>
          </w:rPr>
          <w:t>https://www.hackshackers.com/events/#spring-2024-open-source-ai-hackathon-at-the-brown-institute-at-columbia</w:t>
        </w:r>
      </w:hyperlink>
      <w:r>
        <w:t xml:space="preserve"> - This link specifically mentions the Open Source AI Hackathon at the Brown Institute at Columbia, which involved journalists, coders, and product designers exploring AI in journalism.</w:t>
      </w:r>
      <w:r/>
    </w:p>
    <w:p>
      <w:pPr>
        <w:pStyle w:val="ListNumber"/>
        <w:spacing w:line="240" w:lineRule="auto"/>
        <w:ind w:left="720"/>
      </w:pPr>
      <w:r/>
      <w:hyperlink r:id="rId15">
        <w:r>
          <w:rPr>
            <w:color w:val="0000EE"/>
            <w:u w:val="single"/>
          </w:rPr>
          <w:t>https://www.hackshackers.com/events/#summer-2024-hacks-hackers-leads-ai-x-journalism-ideathon-at-poynter-summit-on-ai-ethics-and-journalism</w:t>
        </w:r>
      </w:hyperlink>
      <w:r>
        <w:t xml:space="preserve"> - This link describes the AI x Journalism ideathon at the Poynter Summit, where participants brainstormed new generative AI tools for journalism.</w:t>
      </w:r>
      <w:r/>
    </w:p>
    <w:p>
      <w:pPr>
        <w:pStyle w:val="ListNumber"/>
        <w:spacing w:line="240" w:lineRule="auto"/>
        <w:ind w:left="720"/>
      </w:pPr>
      <w:r/>
      <w:hyperlink r:id="rId16">
        <w:r>
          <w:rPr>
            <w:color w:val="0000EE"/>
            <w:u w:val="single"/>
          </w:rPr>
          <w:t>https://www.hackshackers.com/events/#fall-2023-hacks-hackers-launches-ai-x-journalism-training</w:t>
        </w:r>
      </w:hyperlink>
      <w:r>
        <w:t xml:space="preserve"> - This link mentions the AI x Journalism training led by Hacks/Hackers, which trained over 10,600 journalists on using generative AI tools in newsrooms.</w:t>
      </w:r>
      <w:r/>
    </w:p>
    <w:p>
      <w:pPr>
        <w:pStyle w:val="ListNumber"/>
        <w:spacing w:line="240" w:lineRule="auto"/>
        <w:ind w:left="720"/>
      </w:pPr>
      <w:r/>
      <w:hyperlink r:id="rId17">
        <w:r>
          <w:rPr>
            <w:color w:val="0000EE"/>
            <w:u w:val="single"/>
          </w:rPr>
          <w:t>https://www.hackshackers.com/events/#ai-x-journalism-house-at-sxsw-2024</w:t>
        </w:r>
      </w:hyperlink>
      <w:r>
        <w:t xml:space="preserve"> - This link details the AI x Journalism House at SXSW 2024, where presentations, discussions, and workshops were held on AI and journalism.</w:t>
      </w:r>
      <w:r/>
    </w:p>
    <w:p>
      <w:pPr>
        <w:pStyle w:val="ListNumber"/>
        <w:spacing w:line="240" w:lineRule="auto"/>
        <w:ind w:left="720"/>
      </w:pPr>
      <w:r/>
      <w:hyperlink r:id="rId9">
        <w:r>
          <w:rPr>
            <w:color w:val="0000EE"/>
            <w:u w:val="single"/>
          </w:rPr>
          <w:t>https://www.noahwire.com</w:t>
        </w:r>
      </w:hyperlink>
      <w:r>
        <w:t xml:space="preserve"> - Although not directly linked, this is the source mentioned in the query, but it does not provide specific details on the event described. It is a general news service and does not corroborate the specific claims made.</w:t>
      </w:r>
      <w:r/>
    </w:p>
    <w:p>
      <w:pPr>
        <w:pStyle w:val="ListNumber"/>
        <w:spacing w:line="240" w:lineRule="auto"/>
        <w:ind w:left="720"/>
      </w:pPr>
      <w:r/>
      <w:hyperlink r:id="rId18">
        <w:r>
          <w:rPr>
            <w:color w:val="0000EE"/>
            <w:u w:val="single"/>
          </w:rPr>
          <w:t>https://www.hackshackers.com/events/#september-2023-workshop-design-the-newsroom-of-2030-at-ona-24-in-atlanta</w:t>
        </w:r>
      </w:hyperlink>
      <w:r>
        <w:t xml:space="preserve"> - This link describes a workshop on designing the newsroom of 2030, focusing on how AI will be integrated into newsrooms, which aligns with the theme of AI in journalism.</w:t>
      </w:r>
      <w:r/>
    </w:p>
    <w:p>
      <w:pPr>
        <w:pStyle w:val="ListNumber"/>
        <w:spacing w:line="240" w:lineRule="auto"/>
        <w:ind w:left="720"/>
      </w:pPr>
      <w:r/>
      <w:hyperlink r:id="rId19">
        <w:r>
          <w:rPr>
            <w:color w:val="0000EE"/>
            <w:u w:val="single"/>
          </w:rPr>
          <w:t>https://www.hackshackers.com/events/#september-2023-is-the-first-ai-election-an-opportunity-or-nightmare-for-democracy-ai-real-talk-series</w:t>
        </w:r>
      </w:hyperlink>
      <w:r>
        <w:t xml:space="preserve"> - This link discusses the AI Real Talk series, which considered the impact of AI on democratic processes and voter engagement, further highlighting the intersection of AI and journalism.</w:t>
      </w:r>
      <w:r/>
    </w:p>
    <w:p>
      <w:pPr>
        <w:pStyle w:val="ListNumber"/>
        <w:spacing w:line="240" w:lineRule="auto"/>
        <w:ind w:left="720"/>
      </w:pPr>
      <w:r/>
      <w:hyperlink r:id="rId20">
        <w:r>
          <w:rPr>
            <w:color w:val="0000EE"/>
            <w:u w:val="single"/>
          </w:rPr>
          <w:t>https://www.wired.com/story/sundai-club-generative-ai-hackathon-group/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gage.mit.edu/fma/about/" TargetMode="External"/><Relationship Id="rId11" Type="http://schemas.openxmlformats.org/officeDocument/2006/relationships/hyperlink" Target="https://www.hackshackers.com/events/" TargetMode="External"/><Relationship Id="rId12" Type="http://schemas.openxmlformats.org/officeDocument/2006/relationships/hyperlink" Target="https://raise.mit.edu/events/global-ai-hackathon/" TargetMode="External"/><Relationship Id="rId13" Type="http://schemas.openxmlformats.org/officeDocument/2006/relationships/hyperlink" Target="https://openlearning.mit.edu/news/global-ai-hackathon-provides-outlet-mit-app-inventor-enthusiasts-create-social-impacts" TargetMode="External"/><Relationship Id="rId14" Type="http://schemas.openxmlformats.org/officeDocument/2006/relationships/hyperlink" Target="https://www.hackshackers.com/events/#spring-2024-open-source-ai-hackathon-at-the-brown-institute-at-columbia" TargetMode="External"/><Relationship Id="rId15" Type="http://schemas.openxmlformats.org/officeDocument/2006/relationships/hyperlink" Target="https://www.hackshackers.com/events/#summer-2024-hacks-hackers-leads-ai-x-journalism-ideathon-at-poynter-summit-on-ai-ethics-and-journalism" TargetMode="External"/><Relationship Id="rId16" Type="http://schemas.openxmlformats.org/officeDocument/2006/relationships/hyperlink" Target="https://www.hackshackers.com/events/#fall-2023-hacks-hackers-launches-ai-x-journalism-training" TargetMode="External"/><Relationship Id="rId17" Type="http://schemas.openxmlformats.org/officeDocument/2006/relationships/hyperlink" Target="https://www.hackshackers.com/events/#ai-x-journalism-house-at-sxsw-2024" TargetMode="External"/><Relationship Id="rId18" Type="http://schemas.openxmlformats.org/officeDocument/2006/relationships/hyperlink" Target="https://www.hackshackers.com/events/#september-2023-workshop-design-the-newsroom-of-2030-at-ona-24-in-atlanta" TargetMode="External"/><Relationship Id="rId19" Type="http://schemas.openxmlformats.org/officeDocument/2006/relationships/hyperlink" Target="https://www.hackshackers.com/events/#september-2023-is-the-first-ai-election-an-opportunity-or-nightmare-for-democracy-ai-real-talk-series" TargetMode="External"/><Relationship Id="rId20" Type="http://schemas.openxmlformats.org/officeDocument/2006/relationships/hyperlink" Target="https://www.wired.com/story/sundai-club-generative-ai-hackathon-gro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