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Inversity partners with University of Liverpool Maths School to enhance AI education for youths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Inversity, an emerging skills development start-up specialising in artificial intelligence (AI) education, has announced a significant collaboration with the University of Liverpool Maths School. This joint venture aims to equip students aged 16 to 19 in Liverpool with practical AI skills. Regarded as the leading state school or college in northern England, the Mathematics School serves students from the broader Liverpool City Region and will be central to this initiative.</w:t>
      </w:r>
      <w:r/>
    </w:p>
    <w:p>
      <w:r/>
      <w:r>
        <w:t>The collaboration is primarily backed by Dr Steve Garnett, a prominent figure previously in leadership roles at global software giants such as Salesforce and Oracle, and now recognised as an influential philanthropist from Liverpool. Dr Garnett's involvement underscores the initiative's high-profile nature, aiming to provide youth in the locale with access to superior AI education.</w:t>
      </w:r>
      <w:r/>
    </w:p>
    <w:p>
      <w:r/>
      <w:r>
        <w:t>Under this new programme, Inversity and the University of Liverpool Maths School will offer AI education that encompasses real-world skill development challenges. The endeavour will involve students working on three Liverpool-themed problems, designed by local leaders, to apply their AI knowledge. High-performing students will be eligible for awards, highlighting the competitive and rewarding nature of the initiative.</w:t>
      </w:r>
      <w:r/>
    </w:p>
    <w:p>
      <w:r/>
      <w:r>
        <w:t>To further support AI literacy, Inversity will provide instructors in the region with heavily subsidised masterclasses on AI until March 2025. A hackathon, focusing on AI's role in education, is scheduled for 9th November at the University of Liverpool, aimed at bringing students together to explore AI's educational impacts wider.</w:t>
      </w:r>
      <w:r/>
    </w:p>
    <w:p>
      <w:r/>
      <w:r>
        <w:t>Dr James Kuht MBE, CEO and a co-founder of Inversity, expressed his enthusiasm about the collaboration. Having established Inversity in September 2023, Kuht brings a unique background as a former Royal Air Force doctor transitioning into AI application leadership, including roles at No.10 Downing Street. He emphasised the partnership's potential to unlock the AI capabilities of Liverpool's youth, thus fostering a new generation of tech-proficient problem solvers.</w:t>
      </w:r>
      <w:r/>
    </w:p>
    <w:p>
      <w:r/>
      <w:r>
        <w:t>Dr Steve Garnett, now an angel investor and founder of the Garnett Foundation, voices his delight in supporting this initiative, noting its alignment with his philanthropic interests post-enterprise software leadership roles.</w:t>
      </w:r>
      <w:r/>
    </w:p>
    <w:p>
      <w:r/>
      <w:r>
        <w:t>The University of Liverpool Maths School already enjoys a successful track record with Inversity, with its students historically winning past Inversity challenges and securing internships, thus setting a promising precedent for this expanded collaboration. Damian Haigh, the headteacher at the school, highlighted the importance of AI in addressing societal challenges and emphasised that this partnership forms a critical part of their effort to prepare students with the skills necessary for tackling modern problems.</w:t>
      </w:r>
      <w:r/>
    </w:p>
    <w:p>
      <w:r/>
      <w:r>
        <w:t>The Liverpool project will initially kick off with two networking events aimed at education and business leaders, set for 2nd and 9th October. These events will presumably lay out further specifics of the project. Educational professionals working with students aged 14 to 19 in the Liverpool City Region are invited to explore opportunities for AI upskilling via direct communication with Inversity.</w:t>
      </w:r>
      <w:r/>
    </w:p>
    <w:p>
      <w:r/>
      <w:r>
        <w:t>Overall, this partnership represents a significant step forward in fostering AI skills among Liverpool's youth, potentially setting the stage for a broader rollout of similar initiatives across the UK. As the project unfolds, much anticipation surrounds the outcomes and impacts on both the local educational landscape and the students set to benefit from these enhanced learning opportunities.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https://www.edtechinnovationhub.com/news/inversity-university-of-liverpool-maths-school-launch</w:t>
        </w:r>
      </w:hyperlink>
      <w:r>
        <w:t xml:space="preserve"> - Corroborates the collaboration between Inversity and the University of Liverpool Maths School to equip students with practical AI skills.</w:t>
      </w:r>
      <w:r/>
    </w:p>
    <w:p>
      <w:pPr>
        <w:pStyle w:val="ListNumber"/>
        <w:spacing w:line="240" w:lineRule="auto"/>
        <w:ind w:left="720"/>
      </w:pPr>
      <w:r/>
      <w:hyperlink r:id="rId11">
        <w:r>
          <w:rPr>
            <w:color w:val="0000EE"/>
            <w:u w:val="single"/>
          </w:rPr>
          <w:t>https://www.londondaily.news/inversity-and-university-of-liverpool-maths-school-join-forces-to-transform-liverpools-youth-into-ai-trailblazers/</w:t>
        </w:r>
      </w:hyperlink>
      <w:r>
        <w:t xml:space="preserve"> - Supports the partnership's aim to democratize AI education and unlock the AI capabilities of Liverpool's youth.</w:t>
      </w:r>
      <w:r/>
    </w:p>
    <w:p>
      <w:pPr>
        <w:pStyle w:val="ListNumber"/>
        <w:spacing w:line="240" w:lineRule="auto"/>
        <w:ind w:left="720"/>
      </w:pPr>
      <w:r/>
      <w:hyperlink r:id="rId12">
        <w:r>
          <w:rPr>
            <w:color w:val="0000EE"/>
            <w:u w:val="single"/>
          </w:rPr>
          <w:t>https://news.liverpool.ac.uk/2024/10/01/maths-school-and-inversity-join-forces-to-transform-liverpools-youth-into-ai-trailblazers/</w:t>
        </w:r>
      </w:hyperlink>
      <w:r>
        <w:t xml:space="preserve"> - Details the initiative, including AI education, real-world skill development challenges, and hiring opportunities provided by Inversity.</w:t>
      </w:r>
      <w:r/>
    </w:p>
    <w:p>
      <w:pPr>
        <w:pStyle w:val="ListNumber"/>
        <w:spacing w:line="240" w:lineRule="auto"/>
        <w:ind w:left="720"/>
      </w:pPr>
      <w:r/>
      <w:hyperlink r:id="rId10">
        <w:r>
          <w:rPr>
            <w:color w:val="0000EE"/>
            <w:u w:val="single"/>
          </w:rPr>
          <w:t>https://www.edtechinnovationhub.com/news/inversity-university-of-liverpool-maths-school-launch</w:t>
        </w:r>
      </w:hyperlink>
      <w:r>
        <w:t xml:space="preserve"> - Mentions Dr. Steve Garnett's involvement and his philanthropic background in supporting the initiative.</w:t>
      </w:r>
      <w:r/>
    </w:p>
    <w:p>
      <w:pPr>
        <w:pStyle w:val="ListNumber"/>
        <w:spacing w:line="240" w:lineRule="auto"/>
        <w:ind w:left="720"/>
      </w:pPr>
      <w:r/>
      <w:hyperlink r:id="rId12">
        <w:r>
          <w:rPr>
            <w:color w:val="0000EE"/>
            <w:u w:val="single"/>
          </w:rPr>
          <w:t>https://news.liverpool.ac.uk/2024/10/01/maths-school-and-inversity-join-forces-to-transform-liverpools-youth-into-ai-trailblazers/</w:t>
        </w:r>
      </w:hyperlink>
      <w:r>
        <w:t xml:space="preserve"> - Explains the real-world skill development challenges and the competitive nature of the initiative, including awards for high-performing students.</w:t>
      </w:r>
      <w:r/>
    </w:p>
    <w:p>
      <w:pPr>
        <w:pStyle w:val="ListNumber"/>
        <w:spacing w:line="240" w:lineRule="auto"/>
        <w:ind w:left="720"/>
      </w:pPr>
      <w:r/>
      <w:hyperlink r:id="rId11">
        <w:r>
          <w:rPr>
            <w:color w:val="0000EE"/>
            <w:u w:val="single"/>
          </w:rPr>
          <w:t>https://www.londondaily.news/inversity-and-university-of-liverpool-maths-school-join-forces-to-transform-liverpools-youth-into-ai-trailblazers/</w:t>
        </w:r>
      </w:hyperlink>
      <w:r>
        <w:t xml:space="preserve"> - Describes the provision of heavily subsidised masterclasses on AI for instructors in the region until March 2025.</w:t>
      </w:r>
      <w:r/>
    </w:p>
    <w:p>
      <w:pPr>
        <w:pStyle w:val="ListNumber"/>
        <w:spacing w:line="240" w:lineRule="auto"/>
        <w:ind w:left="720"/>
      </w:pPr>
      <w:r/>
      <w:hyperlink r:id="rId12">
        <w:r>
          <w:rPr>
            <w:color w:val="0000EE"/>
            <w:u w:val="single"/>
          </w:rPr>
          <w:t>https://news.liverpool.ac.uk/2024/10/01/maths-school-and-inversity-join-forces-to-transform-liverpools-youth-into-ai-trailblazers/</w:t>
        </w:r>
      </w:hyperlink>
      <w:r>
        <w:t xml:space="preserve"> - Announces the hackathon scheduled for 9th November at the University of Liverpool, focusing on AI's role in education.</w:t>
      </w:r>
      <w:r/>
    </w:p>
    <w:p>
      <w:pPr>
        <w:pStyle w:val="ListNumber"/>
        <w:spacing w:line="240" w:lineRule="auto"/>
        <w:ind w:left="720"/>
      </w:pPr>
      <w:r/>
      <w:hyperlink r:id="rId10">
        <w:r>
          <w:rPr>
            <w:color w:val="0000EE"/>
            <w:u w:val="single"/>
          </w:rPr>
          <w:t>https://www.edtechinnovationhub.com/news/inversity-university-of-liverpool-maths-school-launch</w:t>
        </w:r>
      </w:hyperlink>
      <w:r>
        <w:t xml:space="preserve"> - Quotes Dr. James Kuht MBE, CEO and co-founder of Inversity, on the collaboration's potential to unlock AI capabilities among Liverpool's youth.</w:t>
      </w:r>
      <w:r/>
    </w:p>
    <w:p>
      <w:pPr>
        <w:pStyle w:val="ListNumber"/>
        <w:spacing w:line="240" w:lineRule="auto"/>
        <w:ind w:left="720"/>
      </w:pPr>
      <w:r/>
      <w:hyperlink r:id="rId11">
        <w:r>
          <w:rPr>
            <w:color w:val="0000EE"/>
            <w:u w:val="single"/>
          </w:rPr>
          <w:t>https://www.londondaily.news/inversity-and-university-of-liverpool-maths-school-join-forces-to-transform-liverpools-youth-into-ai-trailblazers/</w:t>
        </w:r>
      </w:hyperlink>
      <w:r>
        <w:t xml:space="preserve"> - Mentions Dr. Steve Garnett's delight in supporting the initiative and his alignment with philanthropic interests.</w:t>
      </w:r>
      <w:r/>
    </w:p>
    <w:p>
      <w:pPr>
        <w:pStyle w:val="ListNumber"/>
        <w:spacing w:line="240" w:lineRule="auto"/>
        <w:ind w:left="720"/>
      </w:pPr>
      <w:r/>
      <w:hyperlink r:id="rId12">
        <w:r>
          <w:rPr>
            <w:color w:val="0000EE"/>
            <w:u w:val="single"/>
          </w:rPr>
          <w:t>https://news.liverpool.ac.uk/2024/10/01/maths-school-and-inversity-join-forces-to-transform-liverpools-youth-into-ai-trailblazers/</w:t>
        </w:r>
      </w:hyperlink>
      <w:r>
        <w:t xml:space="preserve"> - Highlights the successful track record of the University of Liverpool Maths School with Inversity and the importance of AI in addressing societal challenges.</w:t>
      </w:r>
      <w:r/>
    </w:p>
    <w:p>
      <w:pPr>
        <w:pStyle w:val="ListNumber"/>
        <w:spacing w:line="240" w:lineRule="auto"/>
        <w:ind w:left="720"/>
      </w:pPr>
      <w:r/>
      <w:hyperlink r:id="rId11">
        <w:r>
          <w:rPr>
            <w:color w:val="0000EE"/>
            <w:u w:val="single"/>
          </w:rPr>
          <w:t>https://www.londondaily.news/inversity-and-university-of-liverpool-maths-school-join-forces-to-transform-liverpools-youth-into-ai-trailblazers/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dtechinnovationhub.com/news/inversity-university-of-liverpool-maths-school-launch" TargetMode="External"/><Relationship Id="rId11" Type="http://schemas.openxmlformats.org/officeDocument/2006/relationships/hyperlink" Target="https://www.londondaily.news/inversity-and-university-of-liverpool-maths-school-join-forces-to-transform-liverpools-youth-into-ai-trailblazers/" TargetMode="External"/><Relationship Id="rId12" Type="http://schemas.openxmlformats.org/officeDocument/2006/relationships/hyperlink" Target="https://news.liverpool.ac.uk/2024/10/01/maths-school-and-inversity-join-forces-to-transform-liverpools-youth-into-ai-trailblaz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