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Michael Schumacher makes rare appearance at daughter's wedding in Majorca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idyllic setting of Majorca, significant events unfolded for the iconic Schumacher family. More than a decade since his tragic skiing accident, Formula 1 legend Michael Schumacher reportedly made an appearance at his daughter Gina-Maria's wedding. The family, known for its fiercely protected privacy since Schumacher's life-altering incident in 2013, gathered at their £27 million villa for the wedding, igniting interest and speculation about the racing icon's current condition.</w:t>
      </w:r>
      <w:r/>
    </w:p>
    <w:p>
      <w:r/>
      <w:r>
        <w:t>On December 29, 2013, during a family skiing trip in the French Alps, Schumacher, an adept skier, made an off-piste excursion and suffered a serious accident that resulted in a traumatic brain injury. This incident led to him being placed in a medically induced coma, a decision doctors made to reduce brain swelling. For months, Schumacher's condition was critical. He was eventually transferred from the hospital in Grenoble to a rehabilitation facility before returning to his family home near Lake Geneva in September 2014. Since then, he has been receiving around-the-clock care from his wife, Corinna, and a dedicated team of medical professionals.</w:t>
      </w:r>
      <w:r/>
    </w:p>
    <w:p>
      <w:r/>
      <w:r>
        <w:t>While the world remains largely in the dark about his precise medical state, the anniversary of his accident is often marked with conjecture and homage. Close figures like Jean Todt, who served as Ferrari's team principal during Schumacher’s glory days and remains a trusted friend, have been among the few allowed regular visits. Tidbits offered by Todt paint a picture of a life he describes as "different", with Schumacher battling consequences from his injuries but being surrounded by love and care from his family.</w:t>
      </w:r>
      <w:r/>
    </w:p>
    <w:p>
      <w:r/>
      <w:r>
        <w:t>The wedding of Gina-Maria, an accomplished equestrian herself, to Iain Bethke was reportedly attended by Schumacher, though confirmation from the family remained unsubstantiated. Guests were asked to forgo their mobile phones, aligning with the family's commitment to maintaining his privacy. This reunion reflects, perhaps, a softening stance or a momentary relinquishment of the strict seclusion that has enveloped Schumacher since his accident.</w:t>
      </w:r>
      <w:r/>
    </w:p>
    <w:p>
      <w:r/>
      <w:r>
        <w:t>In a recent Netflix documentary titled "Schumacher," Corinna opened up about life post-accident, expressing how the family continues to rally and offer steadfast support to Michael. She talked about how they collectively navigate their altered lives, always mindful of Schumacher’s preference for privacy, and reiterated her commitment to ensuring he has a dignified and peaceful life at home.</w:t>
      </w:r>
      <w:r/>
    </w:p>
    <w:p>
      <w:r/>
      <w:r>
        <w:t>His children, Mick and Gina, have followed their own paths in sporting disciplines, yet Schumacher's legacy in Formula 1 remains a pivotal influence. Mick, who briefly raced with Haas and is now a reserve driver for Mercedes, has spoken about his longing to share more moments with his father, correlating their shared language of motorsport.</w:t>
      </w:r>
      <w:r/>
    </w:p>
    <w:p>
      <w:r/>
      <w:r>
        <w:t>The possibility of another family celebration looms with rumours of Mick being engaged, further suggesting Schumacher might find himself in another joyous family setting. The veil of privacy might part slightly for such significant family milestones, encouraging the hope that the world may catch another glimpse of the racing legend they have adored for decades. This evolving narrative reflects both the enduring mystique surrounding Schumacher's post-accident life and the resilient family that continues to protect and celebrate him.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https://www.ndtv.com/feature/michael-schumacher-ski-crash-what-happened-in-2013-and-what-we-know-since-then-4757299</w:t>
        </w:r>
      </w:hyperlink>
      <w:r>
        <w:t xml:space="preserve"> - Corroborates the details of Michael Schumacher's skiing accident in 2013, including the off-piste excursion and the severe brain injury.</w:t>
      </w:r>
      <w:r/>
    </w:p>
    <w:p>
      <w:pPr>
        <w:pStyle w:val="ListNumber"/>
        <w:spacing w:line="240" w:lineRule="auto"/>
        <w:ind w:left="720"/>
      </w:pPr>
      <w:r/>
      <w:hyperlink r:id="rId11">
        <w:r>
          <w:rPr>
            <w:color w:val="0000EE"/>
            <w:u w:val="single"/>
          </w:rPr>
          <w:t>https://nypost.com/2023/09/06/f1s-michael-schumacher-is-a-case-without-hope-close-friend/</w:t>
        </w:r>
      </w:hyperlink>
      <w:r>
        <w:t xml:space="preserve"> - Supports the information about Schumacher's severe brain damage and the critical condition following the accident.</w:t>
      </w:r>
      <w:r/>
    </w:p>
    <w:p>
      <w:pPr>
        <w:pStyle w:val="ListNumber"/>
        <w:spacing w:line="240" w:lineRule="auto"/>
        <w:ind w:left="720"/>
      </w:pPr>
      <w:r/>
      <w:hyperlink r:id="rId12">
        <w:r>
          <w:rPr>
            <w:color w:val="0000EE"/>
            <w:u w:val="single"/>
          </w:rPr>
          <w:t>https://sports.ndtv.com/formula-1/michael-schumacher-seen-in-public-1st-time-in-11-years-after-skiing-accident-reason-is-special-reports-6700825</w:t>
        </w:r>
      </w:hyperlink>
      <w:r>
        <w:t xml:space="preserve"> - Confirms Michael Schumacher's appearance at his daughter Gina's wedding and the family's efforts to maintain privacy.</w:t>
      </w:r>
      <w:r/>
    </w:p>
    <w:p>
      <w:pPr>
        <w:pStyle w:val="ListNumber"/>
        <w:spacing w:line="240" w:lineRule="auto"/>
        <w:ind w:left="720"/>
      </w:pPr>
      <w:r/>
      <w:hyperlink r:id="rId13">
        <w:r>
          <w:rPr>
            <w:color w:val="0000EE"/>
            <w:u w:val="single"/>
          </w:rPr>
          <w:t>https://www.planetf1.com/news/michael-schumacher-accident-what-happened-condition</w:t>
        </w:r>
      </w:hyperlink>
      <w:r>
        <w:t xml:space="preserve"> - Provides detailed information about the accident, including the medically induced coma and the subsequent rehabilitation process.</w:t>
      </w:r>
      <w:r/>
    </w:p>
    <w:p>
      <w:pPr>
        <w:pStyle w:val="ListNumber"/>
        <w:spacing w:line="240" w:lineRule="auto"/>
        <w:ind w:left="720"/>
      </w:pPr>
      <w:r/>
      <w:hyperlink r:id="rId14">
        <w:r>
          <w:rPr>
            <w:color w:val="0000EE"/>
            <w:u w:val="single"/>
          </w:rPr>
          <w:t>https://www.si.com/fannation/racing/f1briefings/news/f1-news-what-happened-to-michael-schumacher-and-what-have-we-heard-since-lm22</w:t>
        </w:r>
      </w:hyperlink>
      <w:r>
        <w:t xml:space="preserve"> - Supports the details of Schumacher's accident, his rehabilitation, and the family's privacy efforts, as well as updates from close figures like Jean Todt.</w:t>
      </w:r>
      <w:r/>
    </w:p>
    <w:p>
      <w:pPr>
        <w:pStyle w:val="ListNumber"/>
        <w:spacing w:line="240" w:lineRule="auto"/>
        <w:ind w:left="720"/>
      </w:pPr>
      <w:r/>
      <w:hyperlink r:id="rId10">
        <w:r>
          <w:rPr>
            <w:color w:val="0000EE"/>
            <w:u w:val="single"/>
          </w:rPr>
          <w:t>https://www.ndtv.com/feature/michael-schumacher-ski-crash-what-happened-in-2013-and-what-we-know-since-then-4757299</w:t>
        </w:r>
      </w:hyperlink>
      <w:r>
        <w:t xml:space="preserve"> - Corroborates Corinna Schumacher's statements about Michael's condition and the family's commitment to his privacy in the Netflix documentary.</w:t>
      </w:r>
      <w:r/>
    </w:p>
    <w:p>
      <w:pPr>
        <w:pStyle w:val="ListNumber"/>
        <w:spacing w:line="240" w:lineRule="auto"/>
        <w:ind w:left="720"/>
      </w:pPr>
      <w:r/>
      <w:hyperlink r:id="rId12">
        <w:r>
          <w:rPr>
            <w:color w:val="0000EE"/>
            <w:u w:val="single"/>
          </w:rPr>
          <w:t>https://sports.ndtv.com/formula-1/michael-schumacher-seen-in-public-1st-time-in-11-years-after-skiing-accident-reason-is-special-reports-6700825</w:t>
        </w:r>
      </w:hyperlink>
      <w:r>
        <w:t xml:space="preserve"> - Details the wedding of Gina-Maria and the measures taken to protect Schumacher's privacy, including guests surrendering their mobile phones.</w:t>
      </w:r>
      <w:r/>
    </w:p>
    <w:p>
      <w:pPr>
        <w:pStyle w:val="ListNumber"/>
        <w:spacing w:line="240" w:lineRule="auto"/>
        <w:ind w:left="720"/>
      </w:pPr>
      <w:r/>
      <w:hyperlink r:id="rId13">
        <w:r>
          <w:rPr>
            <w:color w:val="0000EE"/>
            <w:u w:val="single"/>
          </w:rPr>
          <w:t>https://www.planetf1.com/news/michael-schumacher-accident-what-happened-condition</w:t>
        </w:r>
      </w:hyperlink>
      <w:r>
        <w:t xml:space="preserve"> - Explains the transfer of Schumacher from the hospital in Grenoble to a rehabilitation facility and then to his home near Lake Geneva.</w:t>
      </w:r>
      <w:r/>
    </w:p>
    <w:p>
      <w:pPr>
        <w:pStyle w:val="ListNumber"/>
        <w:spacing w:line="240" w:lineRule="auto"/>
        <w:ind w:left="720"/>
      </w:pPr>
      <w:r/>
      <w:hyperlink r:id="rId14">
        <w:r>
          <w:rPr>
            <w:color w:val="0000EE"/>
            <w:u w:val="single"/>
          </w:rPr>
          <w:t>https://www.si.com/fannation/racing/f1briefings/news/f1-news-what-happened-to-michael-schumacher-and-what-have-we-heard-since-lm22</w:t>
        </w:r>
      </w:hyperlink>
      <w:r>
        <w:t xml:space="preserve"> - Supports the information about Jean Todt's visits and his descriptions of Schumacher's current life as 'different' but surrounded by love and care.</w:t>
      </w:r>
      <w:r/>
    </w:p>
    <w:p>
      <w:pPr>
        <w:pStyle w:val="ListNumber"/>
        <w:spacing w:line="240" w:lineRule="auto"/>
        <w:ind w:left="720"/>
      </w:pPr>
      <w:r/>
      <w:hyperlink r:id="rId10">
        <w:r>
          <w:rPr>
            <w:color w:val="0000EE"/>
            <w:u w:val="single"/>
          </w:rPr>
          <w:t>https://www.ndtv.com/feature/michael-schumacher-ski-crash-what-happened-in-2013-and-what-we-know-since-then-4757299</w:t>
        </w:r>
      </w:hyperlink>
      <w:r>
        <w:t xml:space="preserve"> - Corroborates the information about Mick Schumacher's career and his longing to share more moments with his father, as mentioned in the Netflix documentary.</w:t>
      </w:r>
      <w:r/>
    </w:p>
    <w:p>
      <w:pPr>
        <w:pStyle w:val="ListNumber"/>
        <w:spacing w:line="240" w:lineRule="auto"/>
        <w:ind w:left="720"/>
      </w:pPr>
      <w:r/>
      <w:hyperlink r:id="rId12">
        <w:r>
          <w:rPr>
            <w:color w:val="0000EE"/>
            <w:u w:val="single"/>
          </w:rPr>
          <w:t>https://sports.ndtv.com/formula-1/michael-schumacher-seen-in-public-1st-time-in-11-years-after-skiing-accident-reason-is-special-reports-6700825</w:t>
        </w:r>
      </w:hyperlink>
      <w:r>
        <w:t xml:space="preserve"> - Mentions the possibility of another family celebration with Mick's potential engagement, suggesting Schumacher might be in another public setting.</w:t>
      </w:r>
      <w:r/>
    </w:p>
    <w:p>
      <w:pPr>
        <w:pStyle w:val="ListNumber"/>
        <w:spacing w:line="240" w:lineRule="auto"/>
        <w:ind w:left="720"/>
      </w:pPr>
      <w:r/>
      <w:hyperlink r:id="rId15">
        <w:r>
          <w:rPr>
            <w:color w:val="0000EE"/>
            <w:u w:val="single"/>
          </w:rPr>
          <w:t>https://www.mirror.co.uk/sport/formula-1/michael-schumacher-seen-public-condition-33799347</w:t>
        </w:r>
      </w:hyperlink>
      <w:r>
        <w:t xml:space="preserve"> - Please view link - unable to able to access data</w:t>
      </w:r>
      <w:r/>
    </w:p>
    <w:p>
      <w:pPr>
        <w:pStyle w:val="ListNumber"/>
        <w:spacing w:line="240" w:lineRule="auto"/>
        <w:ind w:left="720"/>
      </w:pPr>
      <w:r/>
      <w:hyperlink r:id="rId16">
        <w:r>
          <w:rPr>
            <w:color w:val="0000EE"/>
            <w:u w:val="single"/>
          </w:rPr>
          <w:t>https://www.dailymail.co.uk/health/article-13915907/update-Michael-Schumachers-health-ski-accident.html?ns_mchannel=rss&amp;ns_campaign=1490&amp;ito=1490</w:t>
        </w:r>
      </w:hyperlink>
      <w:r>
        <w:t xml:space="preserve"> - Please view link - unable to able to access data</w:t>
      </w:r>
      <w:r/>
    </w:p>
    <w:p>
      <w:pPr>
        <w:pStyle w:val="ListNumber"/>
        <w:spacing w:line="240" w:lineRule="auto"/>
        <w:ind w:left="720"/>
      </w:pPr>
      <w:r/>
      <w:hyperlink r:id="rId17">
        <w:r>
          <w:rPr>
            <w:color w:val="0000EE"/>
            <w:u w:val="single"/>
          </w:rPr>
          <w:t>https://www.manchestereveningnews.co.uk/sport/other-sport/michael-schumachers-life-changing-injury-30052655</w:t>
        </w:r>
      </w:hyperlink>
      <w:r>
        <w:t xml:space="preserve"> - Please view link - unable to able to access data</w:t>
      </w:r>
      <w:r/>
    </w:p>
    <w:p>
      <w:pPr>
        <w:pStyle w:val="ListNumber"/>
        <w:spacing w:line="240" w:lineRule="auto"/>
        <w:ind w:left="720"/>
      </w:pPr>
      <w:r/>
      <w:hyperlink r:id="rId18">
        <w:r>
          <w:rPr>
            <w:color w:val="0000EE"/>
            <w:u w:val="single"/>
          </w:rPr>
          <w:t>https://www.dailymail.co.uk/femail/article-13915697/f1-michael-schumacher-inner-circle-model-fiancee-son-mick.html?ns_mchannel=rss&amp;ns_campaign=1490&amp;ito=1490</w:t>
        </w:r>
      </w:hyperlink>
      <w:r>
        <w:t xml:space="preserve"> - Please view link - unable to able to access data</w:t>
      </w:r>
      <w:r/>
    </w:p>
    <w:p>
      <w:pPr>
        <w:pStyle w:val="ListNumber"/>
        <w:spacing w:line="240" w:lineRule="auto"/>
        <w:ind w:left="720"/>
      </w:pPr>
      <w:r/>
      <w:hyperlink r:id="rId19">
        <w:r>
          <w:rPr>
            <w:color w:val="0000EE"/>
            <w:u w:val="single"/>
          </w:rPr>
          <w:t>https://www.manchestereveningnews.co.uk/news/uk-news/michael-schumachers-family-what-said-30053188</w:t>
        </w:r>
      </w:hyperlink>
      <w:r>
        <w:t xml:space="preserve"> - Please view link - unable to able to access data</w:t>
      </w:r>
      <w:r/>
    </w:p>
    <w:p>
      <w:pPr>
        <w:pStyle w:val="ListNumber"/>
        <w:spacing w:line="240" w:lineRule="auto"/>
        <w:ind w:left="720"/>
      </w:pPr>
      <w:r/>
      <w:hyperlink r:id="rId20">
        <w:r>
          <w:rPr>
            <w:color w:val="0000EE"/>
            <w:u w:val="single"/>
          </w:rPr>
          <w:t>https://www.mirror.co.uk/3am/celebrity-news/michael-schumacher-inside-ring-steel-33799294</w:t>
        </w:r>
      </w:hyperlink>
      <w:r>
        <w:t xml:space="preserve"> - Please view link - unable to able to access data</w:t>
      </w:r>
      <w:r/>
    </w:p>
    <w:p>
      <w:pPr>
        <w:pStyle w:val="ListNumber"/>
        <w:spacing w:line="240" w:lineRule="auto"/>
        <w:ind w:left="720"/>
      </w:pPr>
      <w:r/>
      <w:hyperlink r:id="rId21">
        <w:r>
          <w:rPr>
            <w:color w:val="0000EE"/>
            <w:u w:val="single"/>
          </w:rPr>
          <w:t>https://www.mirror.co.uk/3am/celebrity-news/michael-schumachers-wife-corinnas-heartbreaks-33800789</w:t>
        </w:r>
      </w:hyperlink>
      <w:r>
        <w:t xml:space="preserve"> - Please view link - unable to able to access data</w:t>
      </w:r>
      <w:r/>
    </w:p>
    <w:p>
      <w:pPr>
        <w:pStyle w:val="ListNumber"/>
        <w:spacing w:line="240" w:lineRule="auto"/>
        <w:ind w:left="720"/>
      </w:pPr>
      <w:r/>
      <w:hyperlink r:id="rId22">
        <w:r>
          <w:rPr>
            <w:color w:val="0000EE"/>
            <w:u w:val="single"/>
          </w:rPr>
          <w:t>https://www.independent.co.uk/f1/michael-schumacher-update-f1-health-jean-todt-b2622507.html</w:t>
        </w:r>
      </w:hyperlink>
      <w:r>
        <w:t xml:space="preserve"> - Please view link - unable to able to access data</w:t>
      </w:r>
      <w:r/>
    </w:p>
    <w:p>
      <w:pPr>
        <w:pStyle w:val="ListNumber"/>
        <w:spacing w:line="240" w:lineRule="auto"/>
        <w:ind w:left="720"/>
      </w:pPr>
      <w:r/>
      <w:hyperlink r:id="rId23">
        <w:r>
          <w:rPr>
            <w:color w:val="0000EE"/>
            <w:u w:val="single"/>
          </w:rPr>
          <w:t>https://www.mirror.co.uk/sport/formula-1/michael-schumacher-willi-weber-manager-33800660</w:t>
        </w:r>
      </w:hyperlink>
      <w:r>
        <w:t xml:space="preserve"> - Please view link - unable to able to access data</w:t>
      </w:r>
      <w:r/>
    </w:p>
    <w:p>
      <w:pPr>
        <w:pStyle w:val="ListNumber"/>
        <w:spacing w:line="240" w:lineRule="auto"/>
        <w:ind w:left="720"/>
      </w:pPr>
      <w:r/>
      <w:hyperlink r:id="rId24">
        <w:r>
          <w:rPr>
            <w:color w:val="0000EE"/>
            <w:u w:val="single"/>
          </w:rPr>
          <w:t>https://www.mirror.co.uk/sport/formula-1/michael-schumacher-villa-daughter-wedding-33799736</w:t>
        </w:r>
      </w:hyperlink>
      <w:r>
        <w:t xml:space="preserve"> - Please view link - unable to able to access data</w:t>
      </w:r>
      <w:r/>
    </w:p>
    <w:p>
      <w:pPr>
        <w:pStyle w:val="ListNumber"/>
        <w:spacing w:line="240" w:lineRule="auto"/>
        <w:ind w:left="720"/>
      </w:pPr>
      <w:r/>
      <w:hyperlink r:id="rId25">
        <w:r>
          <w:rPr>
            <w:color w:val="0000EE"/>
            <w:u w:val="single"/>
          </w:rPr>
          <w:t>https://www.thesun.co.uk/sport/30811907/michael-schumacher-could-attend-son-mick-wedding/</w:t>
        </w:r>
      </w:hyperlink>
      <w:r>
        <w:t xml:space="preserve"> - Please view link - unable to able to access data</w:t>
      </w:r>
      <w:r/>
    </w:p>
    <w:p>
      <w:pPr>
        <w:pStyle w:val="ListNumber"/>
        <w:spacing w:line="240" w:lineRule="auto"/>
        <w:ind w:left="720"/>
      </w:pPr>
      <w:r/>
      <w:hyperlink r:id="rId26">
        <w:r>
          <w:rPr>
            <w:color w:val="0000EE"/>
            <w:u w:val="single"/>
          </w:rPr>
          <w:t>https://www.manchestereveningnews.co.uk/news/uk-news/michael-schumacher-what-happened-daughter-30052632</w:t>
        </w:r>
      </w:hyperlink>
      <w:r>
        <w:t xml:space="preserve"> - Please view link - unable to able to access data</w:t>
      </w:r>
      <w:r/>
    </w:p>
    <w:p>
      <w:pPr>
        <w:pStyle w:val="ListNumber"/>
        <w:spacing w:line="240" w:lineRule="auto"/>
        <w:ind w:left="720"/>
      </w:pPr>
      <w:r/>
      <w:hyperlink r:id="rId27">
        <w:r>
          <w:rPr>
            <w:color w:val="0000EE"/>
            <w:u w:val="single"/>
          </w:rPr>
          <w:t>https://www.dailymail.co.uk/sport/formulaone/article-13915827/Inside-Michael-Schumachers-health-mystery-10-years-ski-crash-horror-F1-legends-privacy-wall-FINALLY-coming-breaks-cover-attend-daughters-wedding.html?ns_mchannel=rss&amp;ns_campaign=1490&amp;ito=1490</w:t>
        </w:r>
      </w:hyperlink>
      <w:r>
        <w:t xml:space="preserve"> - Please view link - unable to able to access data</w:t>
      </w:r>
      <w:r/>
    </w:p>
    <w:p>
      <w:pPr>
        <w:pStyle w:val="ListNumber"/>
        <w:spacing w:line="240" w:lineRule="auto"/>
        <w:ind w:left="720"/>
      </w:pPr>
      <w:r/>
      <w:hyperlink r:id="rId28">
        <w:r>
          <w:rPr>
            <w:color w:val="0000EE"/>
            <w:u w:val="single"/>
          </w:rPr>
          <w:t>https://www.mirror.co.uk/sport/formula-1/michael-schumacher-appearance-health-condition-33802279</w:t>
        </w:r>
      </w:hyperlink>
      <w:r>
        <w:t xml:space="preserve"> - Please view link - unable to able to access data</w:t>
      </w:r>
      <w:r/>
    </w:p>
    <w:p>
      <w:pPr>
        <w:pStyle w:val="ListNumber"/>
        <w:spacing w:line="240" w:lineRule="auto"/>
        <w:ind w:left="720"/>
      </w:pPr>
      <w:r/>
      <w:hyperlink r:id="rId29">
        <w:r>
          <w:rPr>
            <w:color w:val="0000EE"/>
            <w:u w:val="single"/>
          </w:rPr>
          <w:t>https://metro.co.uk/2024/10/02/happened-michael-schumacher-accident-condition-family-21717942/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com/feature/michael-schumacher-ski-crash-what-happened-in-2013-and-what-we-know-since-then-4757299" TargetMode="External"/><Relationship Id="rId11" Type="http://schemas.openxmlformats.org/officeDocument/2006/relationships/hyperlink" Target="https://nypost.com/2023/09/06/f1s-michael-schumacher-is-a-case-without-hope-close-friend/" TargetMode="External"/><Relationship Id="rId12" Type="http://schemas.openxmlformats.org/officeDocument/2006/relationships/hyperlink" Target="https://sports.ndtv.com/formula-1/michael-schumacher-seen-in-public-1st-time-in-11-years-after-skiing-accident-reason-is-special-reports-6700825" TargetMode="External"/><Relationship Id="rId13" Type="http://schemas.openxmlformats.org/officeDocument/2006/relationships/hyperlink" Target="https://www.planetf1.com/news/michael-schumacher-accident-what-happened-condition" TargetMode="External"/><Relationship Id="rId14" Type="http://schemas.openxmlformats.org/officeDocument/2006/relationships/hyperlink" Target="https://www.si.com/fannation/racing/f1briefings/news/f1-news-what-happened-to-michael-schumacher-and-what-have-we-heard-since-lm22" TargetMode="External"/><Relationship Id="rId15" Type="http://schemas.openxmlformats.org/officeDocument/2006/relationships/hyperlink" Target="https://www.mirror.co.uk/sport/formula-1/michael-schumacher-seen-public-condition-33799347" TargetMode="External"/><Relationship Id="rId16" Type="http://schemas.openxmlformats.org/officeDocument/2006/relationships/hyperlink" Target="https://www.dailymail.co.uk/health/article-13915907/update-Michael-Schumachers-health-ski-accident.html?ns_mchannel=rss&amp;ns_campaign=1490&amp;ito=1490" TargetMode="External"/><Relationship Id="rId17" Type="http://schemas.openxmlformats.org/officeDocument/2006/relationships/hyperlink" Target="https://www.manchestereveningnews.co.uk/sport/other-sport/michael-schumachers-life-changing-injury-30052655" TargetMode="External"/><Relationship Id="rId18" Type="http://schemas.openxmlformats.org/officeDocument/2006/relationships/hyperlink" Target="https://www.dailymail.co.uk/femail/article-13915697/f1-michael-schumacher-inner-circle-model-fiancee-son-mick.html?ns_mchannel=rss&amp;ns_campaign=1490&amp;ito=1490" TargetMode="External"/><Relationship Id="rId19" Type="http://schemas.openxmlformats.org/officeDocument/2006/relationships/hyperlink" Target="https://www.manchestereveningnews.co.uk/news/uk-news/michael-schumachers-family-what-said-30053188" TargetMode="External"/><Relationship Id="rId20" Type="http://schemas.openxmlformats.org/officeDocument/2006/relationships/hyperlink" Target="https://www.mirror.co.uk/3am/celebrity-news/michael-schumacher-inside-ring-steel-33799294" TargetMode="External"/><Relationship Id="rId21" Type="http://schemas.openxmlformats.org/officeDocument/2006/relationships/hyperlink" Target="https://www.mirror.co.uk/3am/celebrity-news/michael-schumachers-wife-corinnas-heartbreaks-33800789" TargetMode="External"/><Relationship Id="rId22" Type="http://schemas.openxmlformats.org/officeDocument/2006/relationships/hyperlink" Target="https://www.independent.co.uk/f1/michael-schumacher-update-f1-health-jean-todt-b2622507.html" TargetMode="External"/><Relationship Id="rId23" Type="http://schemas.openxmlformats.org/officeDocument/2006/relationships/hyperlink" Target="https://www.mirror.co.uk/sport/formula-1/michael-schumacher-willi-weber-manager-33800660" TargetMode="External"/><Relationship Id="rId24" Type="http://schemas.openxmlformats.org/officeDocument/2006/relationships/hyperlink" Target="https://www.mirror.co.uk/sport/formula-1/michael-schumacher-villa-daughter-wedding-33799736" TargetMode="External"/><Relationship Id="rId25" Type="http://schemas.openxmlformats.org/officeDocument/2006/relationships/hyperlink" Target="https://www.thesun.co.uk/sport/30811907/michael-schumacher-could-attend-son-mick-wedding/" TargetMode="External"/><Relationship Id="rId26" Type="http://schemas.openxmlformats.org/officeDocument/2006/relationships/hyperlink" Target="https://www.manchestereveningnews.co.uk/news/uk-news/michael-schumacher-what-happened-daughter-30052632" TargetMode="External"/><Relationship Id="rId27" Type="http://schemas.openxmlformats.org/officeDocument/2006/relationships/hyperlink" Target="https://www.dailymail.co.uk/sport/formulaone/article-13915827/Inside-Michael-Schumachers-health-mystery-10-years-ski-crash-horror-F1-legends-privacy-wall-FINALLY-coming-breaks-cover-attend-daughters-wedding.html?ns_mchannel=rss&amp;ns_campaign=1490&amp;ito=1490" TargetMode="External"/><Relationship Id="rId28" Type="http://schemas.openxmlformats.org/officeDocument/2006/relationships/hyperlink" Target="https://www.mirror.co.uk/sport/formula-1/michael-schumacher-appearance-health-condition-33802279" TargetMode="External"/><Relationship Id="rId29" Type="http://schemas.openxmlformats.org/officeDocument/2006/relationships/hyperlink" Target="https://metro.co.uk/2024/10/02/happened-michael-schumacher-accident-condition-family-217179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