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announces €4.3 billion investment to enhance digital infrastructure in Italy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unveiled plans for an unprecedented €4.3 billion investment in Italy, marking its most significant financial commitment within the country to date. Announced on Wednesday, 2nd October, the project is slated for execution over the next two years and will considerably bolster Microsoft's cloud and artificial intelligence (AI) data centre infrastructure. Alongside infrastructure expansion, the initiative is designed to upskill more than one million Italians in digital competencies by the close of 2025.</w:t>
      </w:r>
      <w:r/>
    </w:p>
    <w:p>
      <w:r/>
      <w:r>
        <w:t>The expansion is to take place in Northern Italy, transforming the region into one of Microsoft's foremost data centre locations in Europe. The development of this facility aims to address the growing demand for AI computation and cloud services, particularly as organisations across Italy strive to enhance productivity and leverage AI for new breakthroughs.</w:t>
      </w:r>
      <w:r/>
    </w:p>
    <w:p>
      <w:r/>
      <w:r>
        <w:t>In addition to physical infrastructure improvements, Microsoft plans extensive digital skills training for the Italian workforce. The initiative targets AI fluency, technical AI capabilities, and the integration of AI within business settings, whilst also emphasising the safe and responsible development of AI technologies.</w:t>
      </w:r>
      <w:r/>
    </w:p>
    <w:p>
      <w:r/>
      <w:r>
        <w:t>Brad Smith, the vice chair and president of Microsoft, emphasised the significance of this investment, which aligns with Microsoft's long-term commitment to Italy's digital transformation journey. "By expanding access to our AI technology and expertise, we are equipping the Italian government, businesses, and the broader workforce with the tools to build an AI-driven economy that creates jobs and drives prosperity," he remarked.</w:t>
      </w:r>
      <w:r/>
    </w:p>
    <w:p>
      <w:r/>
      <w:r>
        <w:t>Strategically, the Italian data centre will not only fulfil local needs but also serve as a critical data hub for the Mediterranean region and North Africa. It will comply with European data boundary requirements, supporting the continent’s data infrastructure needs.</w:t>
      </w:r>
      <w:r/>
    </w:p>
    <w:p>
      <w:r/>
      <w:r>
        <w:t>This announcement arrives shortly after the formation of a coalition by technology and financial leaders, aimed at constructing a worldwide network of data centres to meet increasing global AI demands. On the 18th of September, reports emerged detailing the Global AI Infrastructure Investment Partnership, which intends to inject up to $100 billion into new infrastructure initiatives. Spearheaded by industry giants including Microsoft and BlackRock, the coalition seeks to alleviate pressure on current data centres and energy sources, whilst promoting sustainable solutions.</w:t>
      </w:r>
      <w:r/>
    </w:p>
    <w:p>
      <w:r/>
      <w:r>
        <w:t>Satya Nadella, Microsoft's chairman and CEO, commented on this broader partnership, highlighting the potential for AI to spark innovation and economic growth across diverse sectors. "The Global AI Infrastructure Investment Partnership will help us deliver on this vision, as we bring together financial and industry leaders to build the infrastructure of the future and power it in a sustainable way," Nadella stated.</w:t>
      </w:r>
      <w:r/>
    </w:p>
    <w:p>
      <w:r/>
      <w:r>
        <w:t>Although the partnership's focus is primarily on the United States, there are ambitions to explore opportunities for expansion in other countries, indicating a potential global impact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https://money.usnews.com/investing/news/articles/2024-10-02/microsoft-to-invest-4-3-billion-euros-in-italy-for-ai-infrastructure-and-cloud-capacity</w:t>
        </w:r>
      </w:hyperlink>
      <w:r>
        <w:t xml:space="preserve"> - Corroborates Microsoft's €4.3 billion investment in Italy for AI and cloud infrastructure, and the transformation of the cloud region ItalyNorth into a significant data center.</w:t>
      </w:r>
      <w:r/>
    </w:p>
    <w:p>
      <w:pPr>
        <w:pStyle w:val="ListNumber"/>
        <w:spacing w:line="240" w:lineRule="auto"/>
        <w:ind w:left="720"/>
      </w:pPr>
      <w:r/>
      <w:hyperlink r:id="rId11">
        <w:r>
          <w:rPr>
            <w:color w:val="0000EE"/>
            <w:u w:val="single"/>
          </w:rPr>
          <w:t>https://www.datacenterdynamics.com/en/news/microsoft-invests-43bn-in-ai-and-cloud-computing-infrastructure-in-italy/</w:t>
        </w:r>
      </w:hyperlink>
      <w:r>
        <w:t xml:space="preserve"> - Confirms Microsoft's largest investment in Italy to date, amounting to €4.3 billion for AI and cloud computing infrastructure.</w:t>
      </w:r>
      <w:r/>
    </w:p>
    <w:p>
      <w:pPr>
        <w:pStyle w:val="ListNumber"/>
        <w:spacing w:line="240" w:lineRule="auto"/>
        <w:ind w:left="720"/>
      </w:pPr>
      <w:r/>
      <w:hyperlink r:id="rId12">
        <w:r>
          <w:rPr>
            <w:color w:val="0000EE"/>
            <w:u w:val="single"/>
          </w:rPr>
          <w:t>https://thetechcapital.com/microsoft-to-invest-4-6bn-in-italys-ai-digital-infrastructure/</w:t>
        </w:r>
      </w:hyperlink>
      <w:r>
        <w:t xml:space="preserve"> - Details the €4.3 billion investment by Microsoft in Italy's AI and digital infrastructure over the next two years.</w:t>
      </w:r>
      <w:r/>
    </w:p>
    <w:p>
      <w:pPr>
        <w:pStyle w:val="ListNumber"/>
        <w:spacing w:line="240" w:lineRule="auto"/>
        <w:ind w:left="720"/>
      </w:pPr>
      <w:r/>
      <w:hyperlink r:id="rId13">
        <w:r>
          <w:rPr>
            <w:color w:val="0000EE"/>
            <w:u w:val="single"/>
          </w:rPr>
          <w:t>https://www.capacitymedia.com/microsoft-ai-italy</w:t>
        </w:r>
      </w:hyperlink>
      <w:r>
        <w:t xml:space="preserve"> - Supports the initiative to upskill over one million Italians in digital competencies by 2025 and the focus on responsible AI development.</w:t>
      </w:r>
      <w:r/>
    </w:p>
    <w:p>
      <w:pPr>
        <w:pStyle w:val="ListNumber"/>
        <w:spacing w:line="240" w:lineRule="auto"/>
        <w:ind w:left="720"/>
      </w:pPr>
      <w:r/>
      <w:hyperlink r:id="rId14">
        <w:r>
          <w:rPr>
            <w:color w:val="0000EE"/>
            <w:u w:val="single"/>
          </w:rPr>
          <w:t>https://www.reuters.com/technology/artificial-intelligence/microsoft-invest-43-bln-euros-italy-ai-infrastructure-cloud-capacity-2024-10-02/</w:t>
        </w:r>
      </w:hyperlink>
      <w:r>
        <w:t xml:space="preserve"> - Confirms the €4.3 billion investment by Microsoft to strengthen AI and cloud infrastructure in Italy over two years.</w:t>
      </w:r>
      <w:r/>
    </w:p>
    <w:p>
      <w:pPr>
        <w:pStyle w:val="ListNumber"/>
        <w:spacing w:line="240" w:lineRule="auto"/>
        <w:ind w:left="720"/>
      </w:pPr>
      <w:r/>
      <w:hyperlink r:id="rId10">
        <w:r>
          <w:rPr>
            <w:color w:val="0000EE"/>
            <w:u w:val="single"/>
          </w:rPr>
          <w:t>https://money.usnews.com/investing/news/articles/2024-10-02/microsoft-to-invest-4-3-billion-euros-in-italy-for-ai-infrastructure-and-cloud-capacity</w:t>
        </w:r>
      </w:hyperlink>
      <w:r>
        <w:t xml:space="preserve"> - Mentions the strategic location of the data center in Northern Italy and its role as a data hub for the Mediterranean and North Africa.</w:t>
      </w:r>
      <w:r/>
    </w:p>
    <w:p>
      <w:pPr>
        <w:pStyle w:val="ListNumber"/>
        <w:spacing w:line="240" w:lineRule="auto"/>
        <w:ind w:left="720"/>
      </w:pPr>
      <w:r/>
      <w:hyperlink r:id="rId11">
        <w:r>
          <w:rPr>
            <w:color w:val="0000EE"/>
            <w:u w:val="single"/>
          </w:rPr>
          <w:t>https://www.datacenterdynamics.com/en/news/microsoft-invests-43bn-in-ai-and-cloud-computing-infrastructure-in-italy/</w:t>
        </w:r>
      </w:hyperlink>
      <w:r>
        <w:t xml:space="preserve"> - Highlights the expansion in Northern Italy to meet increasing AI demand and support Italy's digital transformation.</w:t>
      </w:r>
      <w:r/>
    </w:p>
    <w:p>
      <w:pPr>
        <w:pStyle w:val="ListNumber"/>
        <w:spacing w:line="240" w:lineRule="auto"/>
        <w:ind w:left="720"/>
      </w:pPr>
      <w:r/>
      <w:hyperlink r:id="rId13">
        <w:r>
          <w:rPr>
            <w:color w:val="0000EE"/>
            <w:u w:val="single"/>
          </w:rPr>
          <w:t>https://www.capacitymedia.com/microsoft-ai-italy</w:t>
        </w:r>
      </w:hyperlink>
      <w:r>
        <w:t xml:space="preserve"> - Details the training programs and partnerships with local organizations and universities to upskill the Italian workforce in AI and digital competencies.</w:t>
      </w:r>
      <w:r/>
    </w:p>
    <w:p>
      <w:pPr>
        <w:pStyle w:val="ListNumber"/>
        <w:spacing w:line="240" w:lineRule="auto"/>
        <w:ind w:left="720"/>
      </w:pPr>
      <w:r/>
      <w:hyperlink r:id="rId10">
        <w:r>
          <w:rPr>
            <w:color w:val="0000EE"/>
            <w:u w:val="single"/>
          </w:rPr>
          <w:t>https://money.usnews.com/investing/news/articles/2024-10-02/microsoft-to-invest-4-3-billion-euros-in-italy-for-ai-infrastructure-and-cloud-capacity</w:t>
        </w:r>
      </w:hyperlink>
      <w:r>
        <w:t xml:space="preserve"> - Mentions Brad Smith's statement on equipping Italy with AI technology to build an AI-driven economy.</w:t>
      </w:r>
      <w:r/>
    </w:p>
    <w:p>
      <w:pPr>
        <w:pStyle w:val="ListNumber"/>
        <w:spacing w:line="240" w:lineRule="auto"/>
        <w:ind w:left="720"/>
      </w:pPr>
      <w:r/>
      <w:hyperlink r:id="rId13">
        <w:r>
          <w:rPr>
            <w:color w:val="0000EE"/>
            <w:u w:val="single"/>
          </w:rPr>
          <w:t>https://www.capacitymedia.com/microsoft-ai-italy</w:t>
        </w:r>
      </w:hyperlink>
      <w:r>
        <w:t xml:space="preserve"> - Explains the alignment of the investment with Italy's long-term digital transformation goals and the emphasis on responsible AI development.</w:t>
      </w:r>
      <w:r/>
    </w:p>
    <w:p>
      <w:pPr>
        <w:pStyle w:val="ListNumber"/>
        <w:spacing w:line="240" w:lineRule="auto"/>
        <w:ind w:left="720"/>
      </w:pPr>
      <w:r/>
      <w:hyperlink r:id="rId10">
        <w:r>
          <w:rPr>
            <w:color w:val="0000EE"/>
            <w:u w:val="single"/>
          </w:rPr>
          <w:t>https://money.usnews.com/investing/news/articles/2024-10-02/microsoft-to-invest-4-3-billion-euros-in-italy-for-ai-infrastructure-and-cloud-capacity</w:t>
        </w:r>
      </w:hyperlink>
      <w:r>
        <w:t xml:space="preserve"> - Discusses the Global AI Infrastructure Investment Partnership and its goals, including the involvement of Microsoft and BlackRock.</w:t>
      </w:r>
      <w:r/>
    </w:p>
    <w:p>
      <w:pPr>
        <w:pStyle w:val="ListNumber"/>
        <w:spacing w:line="240" w:lineRule="auto"/>
        <w:ind w:left="720"/>
      </w:pPr>
      <w:r/>
      <w:hyperlink r:id="rId15">
        <w:r>
          <w:rPr>
            <w:color w:val="0000EE"/>
            <w:u w:val="single"/>
          </w:rPr>
          <w:t>https://www.pymnts.com/artificial-intelligence-2/2024/microsoft-to-invest-4-8-billion-in-italy-for-ai-infrastructure/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ney.usnews.com/investing/news/articles/2024-10-02/microsoft-to-invest-4-3-billion-euros-in-italy-for-ai-infrastructure-and-cloud-capacity" TargetMode="External"/><Relationship Id="rId11" Type="http://schemas.openxmlformats.org/officeDocument/2006/relationships/hyperlink" Target="https://www.datacenterdynamics.com/en/news/microsoft-invests-43bn-in-ai-and-cloud-computing-infrastructure-in-italy/" TargetMode="External"/><Relationship Id="rId12" Type="http://schemas.openxmlformats.org/officeDocument/2006/relationships/hyperlink" Target="https://thetechcapital.com/microsoft-to-invest-4-6bn-in-italys-ai-digital-infrastructure/" TargetMode="External"/><Relationship Id="rId13" Type="http://schemas.openxmlformats.org/officeDocument/2006/relationships/hyperlink" Target="https://www.capacitymedia.com/microsoft-ai-italy" TargetMode="External"/><Relationship Id="rId14" Type="http://schemas.openxmlformats.org/officeDocument/2006/relationships/hyperlink" Target="https://www.reuters.com/technology/artificial-intelligence/microsoft-invest-43-bln-euros-italy-ai-infrastructure-cloud-capacity-2024-10-02/" TargetMode="External"/><Relationship Id="rId15" Type="http://schemas.openxmlformats.org/officeDocument/2006/relationships/hyperlink" Target="https://www.pymnts.com/artificial-intelligence-2/2024/microsoft-to-invest-4-8-billion-in-italy-for-ai-infrastruc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