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ends production of HoloLens headsets, shifting focus to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Microsoft has announced the cessation of production and sales for its HoloLens mixed reality headsets, marking the end of an era for the company's foray into augmented and virtual reality. In a statement made to UploadVR, Microsoft confirmed it would no longer produce its latest model, the HoloLens 2, which was released back in 2019. Consumers can still purchase the device, but only while remaining stocks last. </w:t>
      </w:r>
      <w:r/>
    </w:p>
    <w:p>
      <w:r/>
      <w:r>
        <w:t>Following this announcement, Microsoft assured that the HoloLens 2 will continue to receive necessary updates aimed at addressing critical security issues and any software regressions until December 31, 2027. While these updates will sustain functionality and security for existing users for the coming years, production halts signal a major shift in Microsoft’s focus towards other technological areas, notably artificial intelligence.</w:t>
      </w:r>
      <w:r/>
    </w:p>
    <w:p>
      <w:r/>
      <w:r>
        <w:t>The original HoloLens headset was introduced in 2016 with promises of transforming user experiences through sophisticated augmented and virtual reality. Despite the ambitious launch, the initial reception fell below expectations, hampered by challenges such as its high price point. Originally costing $3,500, the headset primarily targeted corporate and specialist users instead of the broader consumer market.</w:t>
      </w:r>
      <w:r/>
    </w:p>
    <w:p>
      <w:r/>
      <w:r>
        <w:t>An example of such specialised use involved the HoloLens systems developed for the US Department of Defense. The US Army continues to leverage Microsoft's technology for its Integrated Visual Augmentation System (IVAS), with a significant order of 5,000 headsets that commenced following approval from Assistant Secretary for Acquisition, Douglas Bush, in September 2022. This agreement, valued around $373 million, followed successful field tests of the technology's capability.</w:t>
      </w:r>
      <w:r/>
    </w:p>
    <w:p>
      <w:r/>
      <w:r>
        <w:t>The HoloLens segment within Microsoft had seen internal changes in recent years, including speculation about developing a third-generation model. However, these efforts appear to have been abandoned amidst company layoffs and budget reductions affecting the division's workforce. Additionally, the former head of the HoloLens division, Alex Kipman, exited the company in 2022 under the cloud of misconduct allegations.</w:t>
      </w:r>
      <w:r/>
    </w:p>
    <w:p>
      <w:r/>
      <w:r>
        <w:t>During Microsoft's tentative continuation of HoloLens development, the market saw other tech giants, such as Meta and Apple, enter the fray, increasing competition within the augmented and virtual reality space. These dynamics, alongside Microsoft's strategic pivot towards artificial intelligence, likely contributed to the decision to shelve further advancements in the HoloLens line.</w:t>
      </w:r>
      <w:r/>
    </w:p>
    <w:p>
      <w:r/>
      <w:r>
        <w:t>The company’s shift from HoloLens marks an inflection point in Microsoft's technological strategy, suggesting an evolving focus that aligns more closely with contemporary technological priorities and market demands. HoloLens will continue to serve existing markets and needs through its concluding phase, albeit with constrained production and a finite support timeline.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https://www.pcworld.com/article/2474903/report-microsoft-has-killed-the-hololens-2.html</w:t>
        </w:r>
      </w:hyperlink>
      <w:r>
        <w:t xml:space="preserve"> - Microsoft has stopped production of the HoloLens 2 and will end support in 2028.</w:t>
      </w:r>
      <w:r/>
    </w:p>
    <w:p>
      <w:pPr>
        <w:pStyle w:val="ListNumber"/>
        <w:spacing w:line="240" w:lineRule="auto"/>
        <w:ind w:left="720"/>
      </w:pPr>
      <w:r/>
      <w:hyperlink r:id="rId11">
        <w:r>
          <w:rPr>
            <w:color w:val="0000EE"/>
            <w:u w:val="single"/>
          </w:rPr>
          <w:t>https://www.macrumors.com/2024/10/01/microsoft-discontinues-hololens-2-headset/</w:t>
        </w:r>
      </w:hyperlink>
      <w:r>
        <w:t xml:space="preserve"> - Production on the HoloLens 2 is ending, and sales will cease when stock runs out. Security updates will be provided until December 31, 2027.</w:t>
      </w:r>
      <w:r/>
    </w:p>
    <w:p>
      <w:pPr>
        <w:pStyle w:val="ListNumber"/>
        <w:spacing w:line="240" w:lineRule="auto"/>
        <w:ind w:left="720"/>
      </w:pPr>
      <w:r/>
      <w:hyperlink r:id="rId12">
        <w:r>
          <w:rPr>
            <w:color w:val="0000EE"/>
            <w:u w:val="single"/>
          </w:rPr>
          <w:t>https://www.gamesindustry.biz/microsoft-discontinues-hololens-2-no-replacement-planned</w:t>
        </w:r>
      </w:hyperlink>
      <w:r>
        <w:t xml:space="preserve"> - Microsoft confirmed it will stop manufacturing the HoloLens 2 at the end of 2027 and will continue to receive updates to address critical security issues until then.</w:t>
      </w:r>
      <w:r/>
    </w:p>
    <w:p>
      <w:pPr>
        <w:pStyle w:val="ListNumber"/>
        <w:spacing w:line="240" w:lineRule="auto"/>
        <w:ind w:left="720"/>
      </w:pPr>
      <w:r/>
      <w:hyperlink r:id="rId13">
        <w:r>
          <w:rPr>
            <w:color w:val="0000EE"/>
            <w:u w:val="single"/>
          </w:rPr>
          <w:t>https://timesofindia.indiatimes.com/technology/tech-news/microsoft-has-ended-production-of-this-hardware-device-why-and-how-this-marks-end-of-an-era/articleshow/113909472.cms</w:t>
        </w:r>
      </w:hyperlink>
      <w:r>
        <w:t xml:space="preserve"> - Microsoft has discontinued production of the HoloLens 2, marking the end of an era for the company's mixed reality ambitions.</w:t>
      </w:r>
      <w:r/>
    </w:p>
    <w:p>
      <w:pPr>
        <w:pStyle w:val="ListNumber"/>
        <w:spacing w:line="240" w:lineRule="auto"/>
        <w:ind w:left="720"/>
      </w:pPr>
      <w:r/>
      <w:hyperlink r:id="rId14">
        <w:r>
          <w:rPr>
            <w:color w:val="0000EE"/>
            <w:u w:val="single"/>
          </w:rPr>
          <w:t>https://www.uploadvr.com/microsoft-discontinuing-hololens-2/</w:t>
        </w:r>
      </w:hyperlink>
      <w:r>
        <w:t xml:space="preserve"> - Microsoft confirmed to UploadVR that HoloLens 2 production has ended, and software support will end after 2027.</w:t>
      </w:r>
      <w:r/>
    </w:p>
    <w:p>
      <w:pPr>
        <w:pStyle w:val="ListNumber"/>
        <w:spacing w:line="240" w:lineRule="auto"/>
        <w:ind w:left="720"/>
      </w:pPr>
      <w:r/>
      <w:hyperlink r:id="rId10">
        <w:r>
          <w:rPr>
            <w:color w:val="0000EE"/>
            <w:u w:val="single"/>
          </w:rPr>
          <w:t>https://www.pcworld.com/article/2474903/report-microsoft-has-killed-the-hololens-2.html</w:t>
        </w:r>
      </w:hyperlink>
      <w:r>
        <w:t xml:space="preserve"> - The original HoloLens headset was introduced in 2016, and despite its ambitious launch, the initial reception fell below expectations due to its high price point.</w:t>
      </w:r>
      <w:r/>
    </w:p>
    <w:p>
      <w:pPr>
        <w:pStyle w:val="ListNumber"/>
        <w:spacing w:line="240" w:lineRule="auto"/>
        <w:ind w:left="720"/>
      </w:pPr>
      <w:r/>
      <w:hyperlink r:id="rId11">
        <w:r>
          <w:rPr>
            <w:color w:val="0000EE"/>
            <w:u w:val="single"/>
          </w:rPr>
          <w:t>https://www.macrumors.com/2024/10/01/microsoft-discontinues-hololens-2-headset/</w:t>
        </w:r>
      </w:hyperlink>
      <w:r>
        <w:t xml:space="preserve"> - The HoloLens headsets have always been expensive and targeted enterprise customers rather than the general public.</w:t>
      </w:r>
      <w:r/>
    </w:p>
    <w:p>
      <w:pPr>
        <w:pStyle w:val="ListNumber"/>
        <w:spacing w:line="240" w:lineRule="auto"/>
        <w:ind w:left="720"/>
      </w:pPr>
      <w:r/>
      <w:hyperlink r:id="rId13">
        <w:r>
          <w:rPr>
            <w:color w:val="0000EE"/>
            <w:u w:val="single"/>
          </w:rPr>
          <w:t>https://timesofindia.indiatimes.com/technology/tech-news/microsoft-has-ended-production-of-this-hardware-device-why-and-how-this-marks-end-of-an-era/articleshow/113909472.cms</w:t>
        </w:r>
      </w:hyperlink>
      <w:r>
        <w:t xml:space="preserve"> - The US Army continues to leverage Microsoft's technology for its Integrated Visual Augmentation System (IVAS).</w:t>
      </w:r>
      <w:r/>
    </w:p>
    <w:p>
      <w:pPr>
        <w:pStyle w:val="ListNumber"/>
        <w:spacing w:line="240" w:lineRule="auto"/>
        <w:ind w:left="720"/>
      </w:pPr>
      <w:r/>
      <w:hyperlink r:id="rId14">
        <w:r>
          <w:rPr>
            <w:color w:val="0000EE"/>
            <w:u w:val="single"/>
          </w:rPr>
          <w:t>https://www.uploadvr.com/microsoft-discontinuing-hololens-2/</w:t>
        </w:r>
      </w:hyperlink>
      <w:r>
        <w:t xml:space="preserve"> - Microsoft remains 'fully committed' to the militarized HoloLens IVAS, with the US Army planning to run a company-level operational test in early 2025.</w:t>
      </w:r>
      <w:r/>
    </w:p>
    <w:p>
      <w:pPr>
        <w:pStyle w:val="ListNumber"/>
        <w:spacing w:line="240" w:lineRule="auto"/>
        <w:ind w:left="720"/>
      </w:pPr>
      <w:r/>
      <w:hyperlink r:id="rId10">
        <w:r>
          <w:rPr>
            <w:color w:val="0000EE"/>
            <w:u w:val="single"/>
          </w:rPr>
          <w:t>https://www.pcworld.com/article/2474903/report-microsoft-has-killed-the-hololens-2.html</w:t>
        </w:r>
      </w:hyperlink>
      <w:r>
        <w:t xml:space="preserve"> - The HoloLens segment within Microsoft had seen internal changes, including the exit of Alex Kipman in 2022 and layoffs in the mixed reality division.</w:t>
      </w:r>
      <w:r/>
    </w:p>
    <w:p>
      <w:pPr>
        <w:pStyle w:val="ListNumber"/>
        <w:spacing w:line="240" w:lineRule="auto"/>
        <w:ind w:left="720"/>
      </w:pPr>
      <w:r/>
      <w:hyperlink r:id="rId14">
        <w:r>
          <w:rPr>
            <w:color w:val="0000EE"/>
            <w:u w:val="single"/>
          </w:rPr>
          <w:t>https://www.uploadvr.com/microsoft-discontinuing-hololens-2/</w:t>
        </w:r>
      </w:hyperlink>
      <w:r>
        <w:t xml:space="preserve"> - Microsoft's strategic pivot towards artificial intelligence and partnerships, such as with Meta, contributed to the decision to shelve further advancements in the HoloLens line.</w:t>
      </w:r>
      <w:r/>
    </w:p>
    <w:p>
      <w:pPr>
        <w:pStyle w:val="ListNumber"/>
        <w:spacing w:line="240" w:lineRule="auto"/>
        <w:ind w:left="720"/>
      </w:pPr>
      <w:r/>
      <w:hyperlink r:id="rId15">
        <w:r>
          <w:rPr>
            <w:color w:val="0000EE"/>
            <w:u w:val="single"/>
          </w:rPr>
          <w:t>https://www.techradar.com/pro/microsoft-hololens-is-officially-dead-so-buy-one-now-while-stocks-last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world.com/article/2474903/report-microsoft-has-killed-the-hololens-2.html" TargetMode="External"/><Relationship Id="rId11" Type="http://schemas.openxmlformats.org/officeDocument/2006/relationships/hyperlink" Target="https://www.macrumors.com/2024/10/01/microsoft-discontinues-hololens-2-headset/" TargetMode="External"/><Relationship Id="rId12" Type="http://schemas.openxmlformats.org/officeDocument/2006/relationships/hyperlink" Target="https://www.gamesindustry.biz/microsoft-discontinues-hololens-2-no-replacement-planned" TargetMode="External"/><Relationship Id="rId13" Type="http://schemas.openxmlformats.org/officeDocument/2006/relationships/hyperlink" Target="https://timesofindia.indiatimes.com/technology/tech-news/microsoft-has-ended-production-of-this-hardware-device-why-and-how-this-marks-end-of-an-era/articleshow/113909472.cms" TargetMode="External"/><Relationship Id="rId14" Type="http://schemas.openxmlformats.org/officeDocument/2006/relationships/hyperlink" Target="https://www.uploadvr.com/microsoft-discontinuing-hololens-2/" TargetMode="External"/><Relationship Id="rId15" Type="http://schemas.openxmlformats.org/officeDocument/2006/relationships/hyperlink" Target="https://www.techradar.com/pro/microsoft-hololens-is-officially-dead-so-buy-one-now-while-stocks-l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