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plans to revive Three Mile Island nuclear plant for data centre energy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is planning to revive the Three Mile Island nuclear plant, located in Middletown, Pennsylvania, to support its growing energy demands as it expands its data centres. The news, surfacing more than four decades after the plant gained notoriety due to a partial meltdown, marks a controversial move to harness nuclear power for sustainable energy purposes.</w:t>
      </w:r>
      <w:r/>
    </w:p>
    <w:p>
      <w:r/>
      <w:r>
        <w:t>Three Mile Island became infamous following an incident in 1979 that resulted in a partial core meltdown in one of its reactors. The event led to widespread public concern and regulatory scrutiny over the safety of nuclear power. However, in recent years nuclear energy has seen a resurgence, being hailed for its potential to generate carbon-free electricity. As the tech sector’s appetite for energy continues to escalate, Microsoft sees the reopening of this plant as part of a broader strategy to power data centres more sustainably.</w:t>
      </w:r>
      <w:r/>
    </w:p>
    <w:p>
      <w:r/>
      <w:r>
        <w:t>With the anticipated surge in energy consumption due to developments in artificial intelligence (AI) and cloud computing, tech companies are increasingly under pressure to find efficient and sustainable energy sources. Data centres, which house vast networks of computer servers, require immense power supplies and advanced cooling systems to operate. Some estimates suggest data centre energy needs could more than double by the end of the decade, spurring demand for innovative energy solutions. Microsoft's plan is thus driven by a need to manage this growing demand with minimal environmental impact.</w:t>
      </w:r>
      <w:r/>
    </w:p>
    <w:p>
      <w:r/>
      <w:r>
        <w:t>Despite the environmental benefits associated with nuclear energy, concerns remain about the compatibility of such a strategy with longer-term sustainability goals. Critics highlight issues such as the extensive water usage demanded by data centre operations and potential reliance on natural gas, questioning Microsoft’s ability to maintain its sustainability targets fully. The energy-intensive nature of AI development and deployment compounds these issues, adding pressure to ensure that technological progress does not exacerbate environmental challenges.</w:t>
      </w:r>
      <w:r/>
    </w:p>
    <w:p>
      <w:r/>
      <w:r>
        <w:t>Beyond environmental implications, the revival of Three Mile Island also triggers cultural and existential concerns surrounding AI's impact on daily human life. The discussion extends to whether AI advancements might lead to further societal detachment and how institutions like schools and public libraries will adapt to these changes. Specifically, libraries, which have historically adapted to shifts in media and technology, face uncertainty in preserving their roles as community centres against the backdrop of burgeoning digital landscapes.</w:t>
      </w:r>
      <w:r/>
    </w:p>
    <w:p>
      <w:r/>
      <w:r>
        <w:t>The broader societal shifts prompted by AI also spotlight the evolving mission of community-focused organisations like the YMCA. In Orange County, YMCA executives have noted the importance of cultivating interpersonal connections within their communities, amidst an era increasingly dominated by digital interactions.</w:t>
      </w:r>
      <w:r/>
    </w:p>
    <w:p>
      <w:r/>
      <w:r>
        <w:t>As AI developments forge ahead, societies around the world confront a dual narrative: one of technological optimism, with the promise of breakthroughs enhancing lives, and another of caution, highlighting a need to consider the cultural and environmental footprints of such advancements. The decision to harness nuclear power through the revival of Three Mile Island encapsulates this dichotomy, reflecting a complex interplay of innovation, sustainability, and community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https://www.youtube.com/watch?v=VTskyh8rBZg</w:t>
        </w:r>
      </w:hyperlink>
      <w:r>
        <w:t xml:space="preserve"> - Corroborates the plan to restart the Three Mile Island nuclear plant to power Microsoft's AI efforts and data centers.</w:t>
      </w:r>
      <w:r/>
    </w:p>
    <w:p>
      <w:pPr>
        <w:pStyle w:val="ListNumber"/>
        <w:spacing w:line="240" w:lineRule="auto"/>
        <w:ind w:left="720"/>
      </w:pPr>
      <w:r/>
      <w:hyperlink r:id="rId11">
        <w:r>
          <w:rPr>
            <w:color w:val="0000EE"/>
            <w:u w:val="single"/>
          </w:rPr>
          <w:t>https://www.resetera.com/threads/three-mile-island-nuclear-plant-is-reopening-and-selling-its-power-exclusively-to-microsoft.987813/</w:t>
        </w:r>
      </w:hyperlink>
      <w:r>
        <w:t xml:space="preserve"> - Provides details on the reopening of Three Mile Island's Unit 1 reactor and the exclusive power sale to Microsoft for AI and data centers.</w:t>
      </w:r>
      <w:r/>
    </w:p>
    <w:p>
      <w:pPr>
        <w:pStyle w:val="ListNumber"/>
        <w:spacing w:line="240" w:lineRule="auto"/>
        <w:ind w:left="720"/>
      </w:pPr>
      <w:r/>
      <w:hyperlink r:id="rId12">
        <w:r>
          <w:rPr>
            <w:color w:val="0000EE"/>
            <w:u w:val="single"/>
          </w:rPr>
          <w:t>https://www.reddit.com/r/IsaacArthur/comments/1fnm5k1/three_mile_island_coming_back_income_to_power/</w:t>
        </w:r>
      </w:hyperlink>
      <w:r>
        <w:t xml:space="preserve"> - Discusses the revival of Three Mile Island to power Microsoft's AI servers and general data center needs.</w:t>
      </w:r>
      <w:r/>
    </w:p>
    <w:p>
      <w:pPr>
        <w:pStyle w:val="ListNumber"/>
        <w:spacing w:line="240" w:lineRule="auto"/>
        <w:ind w:left="720"/>
      </w:pPr>
      <w:r/>
      <w:hyperlink r:id="rId13">
        <w:r>
          <w:rPr>
            <w:color w:val="0000EE"/>
            <w:u w:val="single"/>
          </w:rPr>
          <w:t>https://theweek.com/tech/microsoft-three-mile-island-nuclear-power-big-tech</w:t>
        </w:r>
      </w:hyperlink>
      <w:r>
        <w:t xml:space="preserve"> - Explains the significance of the deal, the historical context of Three Mile Island, and Microsoft's goals for clean energy.</w:t>
      </w:r>
      <w:r/>
    </w:p>
    <w:p>
      <w:pPr>
        <w:pStyle w:val="ListNumber"/>
        <w:spacing w:line="240" w:lineRule="auto"/>
        <w:ind w:left="720"/>
      </w:pPr>
      <w:r/>
      <w:hyperlink r:id="rId14">
        <w:r>
          <w:rPr>
            <w:color w:val="0000EE"/>
            <w:u w:val="single"/>
          </w:rPr>
          <w:t>https://www.bloomberg.com/news/articles/2024-09-20/microsoft-s-ai-power-needs-prompt-revival-of-three-mile-island-nuclear-plant</w:t>
        </w:r>
      </w:hyperlink>
      <w:r>
        <w:t xml:space="preserve"> - Details the investment and plans for reviving the Three Mile Island plant to meet Microsoft's AI-driven energy demands.</w:t>
      </w:r>
      <w:r/>
    </w:p>
    <w:p>
      <w:pPr>
        <w:pStyle w:val="ListNumber"/>
        <w:spacing w:line="240" w:lineRule="auto"/>
        <w:ind w:left="720"/>
      </w:pPr>
      <w:r/>
      <w:hyperlink r:id="rId11">
        <w:r>
          <w:rPr>
            <w:color w:val="0000EE"/>
            <w:u w:val="single"/>
          </w:rPr>
          <w:t>https://www.resetera.com/threads/three-mile-island-nuclear-plant-is-reopening-and-selling-its-power-exclusively-to-microsoft.987813/</w:t>
        </w:r>
      </w:hyperlink>
      <w:r>
        <w:t xml:space="preserve"> - Mentions the 1979 incident and the subsequent closure of one of the reactors, highlighting the historical context.</w:t>
      </w:r>
      <w:r/>
    </w:p>
    <w:p>
      <w:pPr>
        <w:pStyle w:val="ListNumber"/>
        <w:spacing w:line="240" w:lineRule="auto"/>
        <w:ind w:left="720"/>
      </w:pPr>
      <w:r/>
      <w:hyperlink r:id="rId13">
        <w:r>
          <w:rPr>
            <w:color w:val="0000EE"/>
            <w:u w:val="single"/>
          </w:rPr>
          <w:t>https://theweek.com/tech/microsoft-three-mile-island-nuclear-power-big-tech</w:t>
        </w:r>
      </w:hyperlink>
      <w:r>
        <w:t xml:space="preserve"> - Discusses the resurgence of nuclear power due to AI's energy demands and the environmental benefits of nuclear energy.</w:t>
      </w:r>
      <w:r/>
    </w:p>
    <w:p>
      <w:pPr>
        <w:pStyle w:val="ListNumber"/>
        <w:spacing w:line="240" w:lineRule="auto"/>
        <w:ind w:left="720"/>
      </w:pPr>
      <w:r/>
      <w:hyperlink r:id="rId14">
        <w:r>
          <w:rPr>
            <w:color w:val="0000EE"/>
            <w:u w:val="single"/>
          </w:rPr>
          <w:t>https://www.bloomberg.com/news/articles/2024-09-20/microsoft-s-ai-power-needs-prompt-revival-of-three-mile-island-nuclear-plant</w:t>
        </w:r>
      </w:hyperlink>
      <w:r>
        <w:t xml:space="preserve"> - Highlights the growing energy needs of data centers and the role of nuclear power in meeting these demands sustainably.</w:t>
      </w:r>
      <w:r/>
    </w:p>
    <w:p>
      <w:pPr>
        <w:pStyle w:val="ListNumber"/>
        <w:spacing w:line="240" w:lineRule="auto"/>
        <w:ind w:left="720"/>
      </w:pPr>
      <w:r/>
      <w:hyperlink r:id="rId11">
        <w:r>
          <w:rPr>
            <w:color w:val="0000EE"/>
            <w:u w:val="single"/>
          </w:rPr>
          <w:t>https://www.resetera.com/threads/three-mile-island-nuclear-plant-is-reopening-and-selling-its-power-exclusively-to-microsoft.987813/</w:t>
        </w:r>
      </w:hyperlink>
      <w:r>
        <w:t xml:space="preserve"> - Addresses concerns about the compatibility of nuclear energy with longer-term sustainability goals and environmental impacts.</w:t>
      </w:r>
      <w:r/>
    </w:p>
    <w:p>
      <w:pPr>
        <w:pStyle w:val="ListNumber"/>
        <w:spacing w:line="240" w:lineRule="auto"/>
        <w:ind w:left="720"/>
      </w:pPr>
      <w:r/>
      <w:hyperlink r:id="rId13">
        <w:r>
          <w:rPr>
            <w:color w:val="0000EE"/>
            <w:u w:val="single"/>
          </w:rPr>
          <w:t>https://theweek.com/tech/microsoft-three-mile-island-nuclear-power-big-tech</w:t>
        </w:r>
      </w:hyperlink>
      <w:r>
        <w:t xml:space="preserve"> - Touches on the broader societal implications of AI advancements, including cultural and existential concerns.</w:t>
      </w:r>
      <w:r/>
    </w:p>
    <w:p>
      <w:pPr>
        <w:pStyle w:val="ListNumber"/>
        <w:spacing w:line="240" w:lineRule="auto"/>
        <w:ind w:left="720"/>
      </w:pPr>
      <w:r/>
      <w:hyperlink r:id="rId14">
        <w:r>
          <w:rPr>
            <w:color w:val="0000EE"/>
            <w:u w:val="single"/>
          </w:rPr>
          <w:t>https://www.bloomberg.com/news/articles/2024-09-20/microsoft-s-ai-power-needs-prompt-revival-of-three-mile-island-nuclear-plant</w:t>
        </w:r>
      </w:hyperlink>
      <w:r>
        <w:t xml:space="preserve"> - Reflects the dual narrative of technological optimism and caution surrounding AI developments and their environmental footprints.</w:t>
      </w:r>
      <w:r/>
    </w:p>
    <w:p>
      <w:pPr>
        <w:pStyle w:val="ListNumber"/>
        <w:spacing w:line="240" w:lineRule="auto"/>
        <w:ind w:left="720"/>
      </w:pPr>
      <w:r/>
      <w:hyperlink r:id="rId15">
        <w:r>
          <w:rPr>
            <w:color w:val="0000EE"/>
            <w:u w:val="single"/>
          </w:rPr>
          <w:t>https://www.latimes.com/socal/daily-pilot/opinion/story/2024-10-02/apodaca-with-its-need-for-energy-ai-presents-strong-environmental-challenges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VTskyh8rBZg" TargetMode="External"/><Relationship Id="rId11" Type="http://schemas.openxmlformats.org/officeDocument/2006/relationships/hyperlink" Target="https://www.resetera.com/threads/three-mile-island-nuclear-plant-is-reopening-and-selling-its-power-exclusively-to-microsoft.987813/" TargetMode="External"/><Relationship Id="rId12" Type="http://schemas.openxmlformats.org/officeDocument/2006/relationships/hyperlink" Target="https://www.reddit.com/r/IsaacArthur/comments/1fnm5k1/three_mile_island_coming_back_income_to_power/" TargetMode="External"/><Relationship Id="rId13" Type="http://schemas.openxmlformats.org/officeDocument/2006/relationships/hyperlink" Target="https://theweek.com/tech/microsoft-three-mile-island-nuclear-power-big-tech" TargetMode="External"/><Relationship Id="rId14" Type="http://schemas.openxmlformats.org/officeDocument/2006/relationships/hyperlink" Target="https://www.bloomberg.com/news/articles/2024-09-20/microsoft-s-ai-power-needs-prompt-revival-of-three-mile-island-nuclear-plant" TargetMode="External"/><Relationship Id="rId15" Type="http://schemas.openxmlformats.org/officeDocument/2006/relationships/hyperlink" Target="https://www.latimes.com/socal/daily-pilot/opinion/story/2024-10-02/apodaca-with-its-need-for-energy-ai-presents-strong-environmental-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