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MIT's DebunkBot: An AI tool fighting misinformation and conspiracy theories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digital age where artificial intelligence (AI) is rapidly advancing and proliferating across various sectors, a unique and intriguing AI tool has emerged from the academic circles of Massachusetts Institute of Technology (MIT), Cornell University, and American University. DebunkBot, as it is called, stands out from the myriad of AI tools by focusing on a specific and contemporary challenge: debunking conspiracy theories.</w:t>
      </w:r>
      <w:r/>
    </w:p>
    <w:p>
      <w:r/>
      <w:r>
        <w:t>Educators, journalists, and individuals concerned with misinformation often grapple with the spread of conspiracy theories facilitated by social media. DebunkBot positions itself as a countermeasure to this rising tide, offering capabilities that both refute false claims and encourage critical thinking.</w:t>
      </w:r>
      <w:r/>
    </w:p>
    <w:p>
      <w:r/>
      <w:r>
        <w:t>DebunkBot is distinguished firstly by its commitment to user privacy. Before utilising the tool, users are prompted to decide whether they consent to their session data being analysed. They retain the right to decline and still access the tool, an approach particularly considerate of those using it in an educational setting with students older than 18.</w:t>
      </w:r>
      <w:r/>
    </w:p>
    <w:p>
      <w:r/>
      <w:r>
        <w:t>The operational mechanics of DebunkBot involve presenting factual evidence against a variety of conspiracy theories. In practice, users can prompt the tool with any number of conspiracy assertions, ranging from historical events like the U.S. foreknowledge of the Pearl Harbor attack to more speculative assertions regarding UFO sightings. The tool responds with evidence-based rebuttals, providing documentation to substantiate its claims. In one educational instance, when questioned about the 1947 Roswell incident, DebunkBot directed attention to the U.S. government's Project Blue Book investigations as a methodical inquiry countering the UFO narrative.</w:t>
      </w:r>
      <w:r/>
    </w:p>
    <w:p>
      <w:r/>
      <w:r>
        <w:t>Interestingly, DebunkBot aims to foster dialogue, seeking not just to refute unsubstantiated theories but to engage users in conversation, ideally nurturing a mindset of critical inquiry alongside openness to proven facts. It adopts a non-judgemental tone, supporting question-asking and inquiry, which could be especially advantageous in educational contexts.</w:t>
      </w:r>
      <w:r/>
    </w:p>
    <w:p>
      <w:r/>
      <w:r>
        <w:t>Despite these promising features, DebunkBot is not without its limitations. As of now, the tool is publicly accessible as part of a research survey at MIT. This necessitates users to navigate through a series of survey questions before delving into conspiracy theory debunking, a process that hinders swift everyday usability.</w:t>
      </w:r>
      <w:r/>
    </w:p>
    <w:p>
      <w:r/>
      <w:r>
        <w:t>Moreover, while the dialogue-oriented approach of DebunkBot is novel, there are challenges in its application. Individuals entrenched in conspiracy theories often exhibit scepticism towards contradicting evidence, questioning the efficacy of dialogue in changing deeply rooted beliefs.</w:t>
      </w:r>
      <w:r/>
    </w:p>
    <w:p>
      <w:r/>
      <w:r>
        <w:t>Nonetheless, in an educational setting, DebunkBot could serve as an engaging classroom tool for subjects like journalism, history, or media literacy. Students can evaluate the tool’s impartiality, identify possible biases, and discuss gaps in narratives, enhancing their understanding of AI and media narratives.</w:t>
      </w:r>
      <w:r/>
    </w:p>
    <w:p>
      <w:r/>
      <w:r>
        <w:t>By helping students interrogate and analyse information critically, DebunkBot may assist educators in guiding students through the complexities of distinguishing fact from fiction in an era rife with misinformation. As the digital landscape continues to evolve, tools like DebunkBot offer a glimpse into the innovative ways AI technology can be harnessed to promote informed discourse and critical thinking.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https://www.nytimes.com/2024/09/12/health/chatbot-debunk-conspiracy-theories.html</w:t>
        </w:r>
      </w:hyperlink>
      <w:r>
        <w:t xml:space="preserve"> - This article discusses the development of DebunkBot, its ability to alter people's beliefs in conspiracy theories, and the challenges it addresses in disseminating factual information.</w:t>
      </w:r>
      <w:r/>
    </w:p>
    <w:p>
      <w:pPr>
        <w:pStyle w:val="ListNumber"/>
        <w:spacing w:line="240" w:lineRule="auto"/>
        <w:ind w:left="720"/>
      </w:pPr>
      <w:r/>
      <w:hyperlink r:id="rId11">
        <w:r>
          <w:rPr>
            <w:color w:val="0000EE"/>
            <w:u w:val="single"/>
          </w:rPr>
          <w:t>https://www.popsci.com/technology/conspiracy-debunk-ai-bot/</w:t>
        </w:r>
      </w:hyperlink>
      <w:r>
        <w:t xml:space="preserve"> - This article details the experiment involving DebunkBot, how it engages with conspiracy theorists, and the significant reduction in their belief in conspiracy theories after interacting with the chatbot.</w:t>
      </w:r>
      <w:r/>
    </w:p>
    <w:p>
      <w:pPr>
        <w:pStyle w:val="ListNumber"/>
        <w:spacing w:line="240" w:lineRule="auto"/>
        <w:ind w:left="720"/>
      </w:pPr>
      <w:r/>
      <w:hyperlink r:id="rId11">
        <w:r>
          <w:rPr>
            <w:color w:val="0000EE"/>
            <w:u w:val="single"/>
          </w:rPr>
          <w:t>https://www.popsci.com/technology/conspiracy-debunk-ai-bot/</w:t>
        </w:r>
      </w:hyperlink>
      <w:r>
        <w:t xml:space="preserve"> - It explains the operational mechanics of DebunkBot, including its use of detailed counterarguments and its ability to access vast amounts of factual data.</w:t>
      </w:r>
      <w:r/>
    </w:p>
    <w:p>
      <w:pPr>
        <w:pStyle w:val="ListNumber"/>
        <w:spacing w:line="240" w:lineRule="auto"/>
        <w:ind w:left="720"/>
      </w:pPr>
      <w:r/>
      <w:hyperlink r:id="rId12">
        <w:r>
          <w:rPr>
            <w:color w:val="0000EE"/>
            <w:u w:val="single"/>
          </w:rPr>
          <w:t>https://mitsloan.mit.edu/ideas-made-to-matter/mit-study-ai-chatbot-can-reduce-belief-conspiracy-theories</w:t>
        </w:r>
      </w:hyperlink>
      <w:r>
        <w:t xml:space="preserve"> - This article highlights the effectiveness of DebunkBot in reducing belief in conspiracy theories, the method of engagement, and the potential for integrating DebunkBot into online platforms.</w:t>
      </w:r>
      <w:r/>
    </w:p>
    <w:p>
      <w:pPr>
        <w:pStyle w:val="ListNumber"/>
        <w:spacing w:line="240" w:lineRule="auto"/>
        <w:ind w:left="720"/>
      </w:pPr>
      <w:r/>
      <w:hyperlink r:id="rId12">
        <w:r>
          <w:rPr>
            <w:color w:val="0000EE"/>
            <w:u w:val="single"/>
          </w:rPr>
          <w:t>https://mitsloan.mit.edu/ideas-made-to-matter/mit-study-ai-chatbot-can-reduce-belief-conspiracy-theories</w:t>
        </w:r>
      </w:hyperlink>
      <w:r>
        <w:t xml:space="preserve"> - It discusses the follow-up study on why the AI was successful, emphasizing the importance of evidence-based counterarguments.</w:t>
      </w:r>
      <w:r/>
    </w:p>
    <w:p>
      <w:pPr>
        <w:pStyle w:val="ListNumber"/>
        <w:spacing w:line="240" w:lineRule="auto"/>
        <w:ind w:left="720"/>
      </w:pPr>
      <w:r/>
      <w:hyperlink r:id="rId11">
        <w:r>
          <w:rPr>
            <w:color w:val="0000EE"/>
            <w:u w:val="single"/>
          </w:rPr>
          <w:t>https://www.popsci.com/technology/conspiracy-debunk-ai-bot/</w:t>
        </w:r>
      </w:hyperlink>
      <w:r>
        <w:t xml:space="preserve"> - This article addresses the challenges in applying DebunkBot, including the skepticism of individuals entrenched in conspiracy theories and the potential for deployment in various online settings.</w:t>
      </w:r>
      <w:r/>
    </w:p>
    <w:p>
      <w:pPr>
        <w:pStyle w:val="ListNumber"/>
        <w:spacing w:line="240" w:lineRule="auto"/>
        <w:ind w:left="720"/>
      </w:pPr>
      <w:r/>
      <w:hyperlink r:id="rId10">
        <w:r>
          <w:rPr>
            <w:color w:val="0000EE"/>
            <w:u w:val="single"/>
          </w:rPr>
          <w:t>https://www.nytimes.com/2024/09/12/health/chatbot-debunk-conspiracy-theories.html</w:t>
        </w:r>
      </w:hyperlink>
      <w:r>
        <w:t xml:space="preserve"> - It mentions the educational potential of DebunkBot, such as fostering critical thinking and openness to proven facts in educational contexts.</w:t>
      </w:r>
      <w:r/>
    </w:p>
    <w:p>
      <w:pPr>
        <w:pStyle w:val="ListNumber"/>
        <w:spacing w:line="240" w:lineRule="auto"/>
        <w:ind w:left="720"/>
      </w:pPr>
      <w:r/>
      <w:hyperlink r:id="rId13">
        <w:r>
          <w:rPr>
            <w:color w:val="0000EE"/>
            <w:u w:val="single"/>
          </w:rPr>
          <w:t>https://www.reddit.com/r/ArtificialInteligence/comments/1fki33e/why_we_shouldnt_trust_debunkbot_powered_by_openai/</w:t>
        </w:r>
      </w:hyperlink>
      <w:r>
        <w:t xml:space="preserve"> - This discussion highlights the limitations and potential biases of DebunkBot, including concerns about the sources of its training data and the risk of reinforcing skepticism.</w:t>
      </w:r>
      <w:r/>
    </w:p>
    <w:p>
      <w:pPr>
        <w:pStyle w:val="ListNumber"/>
        <w:spacing w:line="240" w:lineRule="auto"/>
        <w:ind w:left="720"/>
      </w:pPr>
      <w:r/>
      <w:hyperlink r:id="rId14">
        <w:r>
          <w:rPr>
            <w:color w:val="0000EE"/>
            <w:u w:val="single"/>
          </w:rPr>
          <w:t>https://news.mit.edu/news-clip/popular-science-283</w:t>
        </w:r>
      </w:hyperlink>
      <w:r>
        <w:t xml:space="preserve"> - This article summarizes the study on DebunkBot's effectiveness in reducing belief in conspiracy theories and its potential applications in real-world settings.</w:t>
      </w:r>
      <w:r/>
    </w:p>
    <w:p>
      <w:pPr>
        <w:pStyle w:val="ListNumber"/>
        <w:spacing w:line="240" w:lineRule="auto"/>
        <w:ind w:left="720"/>
      </w:pPr>
      <w:r/>
      <w:hyperlink r:id="rId12">
        <w:r>
          <w:rPr>
            <w:color w:val="0000EE"/>
            <w:u w:val="single"/>
          </w:rPr>
          <w:t>https://mitsloan.mit.edu/ideas-made-to-matter/mit-study-ai-chatbot-can-reduce-belief-conspiracy-theories</w:t>
        </w:r>
      </w:hyperlink>
      <w:r>
        <w:t xml:space="preserve"> - It discusses the educational benefits of using DebunkBot, such as enhancing students' understanding of AI and media narratives, and promoting critical thinking.</w:t>
      </w:r>
      <w:r/>
    </w:p>
    <w:p>
      <w:pPr>
        <w:pStyle w:val="ListNumber"/>
        <w:spacing w:line="240" w:lineRule="auto"/>
        <w:ind w:left="720"/>
      </w:pPr>
      <w:r/>
      <w:hyperlink r:id="rId11">
        <w:r>
          <w:rPr>
            <w:color w:val="0000EE"/>
            <w:u w:val="single"/>
          </w:rPr>
          <w:t>https://www.popsci.com/technology/conspiracy-debunk-ai-bot/</w:t>
        </w:r>
      </w:hyperlink>
      <w:r>
        <w:t xml:space="preserve"> - This article mentions the potential for DebunkBot to be integrated into social media and search engines to combat the spread of conspiracy theories more broadly.</w:t>
      </w:r>
      <w:r/>
    </w:p>
    <w:p>
      <w:pPr>
        <w:pStyle w:val="ListNumber"/>
        <w:spacing w:line="240" w:lineRule="auto"/>
        <w:ind w:left="720"/>
      </w:pPr>
      <w:r/>
      <w:hyperlink r:id="rId15">
        <w:r>
          <w:rPr>
            <w:color w:val="0000EE"/>
            <w:u w:val="single"/>
          </w:rPr>
          <w:t>https://www.techlearning.com/how-to/debunkbot-teaching-with-the-conspiracy-busting-ai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09/12/health/chatbot-debunk-conspiracy-theories.html" TargetMode="External"/><Relationship Id="rId11" Type="http://schemas.openxmlformats.org/officeDocument/2006/relationships/hyperlink" Target="https://www.popsci.com/technology/conspiracy-debunk-ai-bot/" TargetMode="External"/><Relationship Id="rId12" Type="http://schemas.openxmlformats.org/officeDocument/2006/relationships/hyperlink" Target="https://mitsloan.mit.edu/ideas-made-to-matter/mit-study-ai-chatbot-can-reduce-belief-conspiracy-theories" TargetMode="External"/><Relationship Id="rId13" Type="http://schemas.openxmlformats.org/officeDocument/2006/relationships/hyperlink" Target="https://www.reddit.com/r/ArtificialInteligence/comments/1fki33e/why_we_shouldnt_trust_debunkbot_powered_by_openai/" TargetMode="External"/><Relationship Id="rId14" Type="http://schemas.openxmlformats.org/officeDocument/2006/relationships/hyperlink" Target="https://news.mit.edu/news-clip/popular-science-283" TargetMode="External"/><Relationship Id="rId15" Type="http://schemas.openxmlformats.org/officeDocument/2006/relationships/hyperlink" Target="https://www.techlearning.com/how-to/debunkbot-teaching-with-the-conspiracy-bust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