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ChatGPT &amp; Automation E-Degree offers discounted access to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demand for expertise in artificial intelligence (AI) and automation is seeing a marked increase as businesses strive to integrate these technologies into their operations to boost productivity and improve workflow efficiencies. One such opportunity to gain substantial knowledge in this field is now being offered through a comprehensive educational package titled the ChatGPT &amp; Automation E-Degree.</w:t>
      </w:r>
      <w:r/>
    </w:p>
    <w:p>
      <w:r/>
      <w:r>
        <w:t>This course is priced at an accessible $24.97, a reduction from its original offer of $790, representing a 96% discount. It provides an extensive learning journey through 12 lectures and 25 hours of content spanning ChatGPT and 20 other AI tools. The educational materials are designed to educate learners on the adoption of these technologies across multiple sectors such as IT, coding, business, and marketing, addressing both industry-specific challenges and broader professional objectives.</w:t>
      </w:r>
      <w:r/>
    </w:p>
    <w:p>
      <w:r/>
      <w:r>
        <w:t>Eduonix Learning Solutions, a well-regarded educational content distributor with seasoned instructors from various tech sectors, curates this programme. Known for its high-quality training resources, the platform has garnered an impressive 4-star rating from users. Upon completion of the programme, participants receive a certificate, verifying their proficiency in employing AI solutions in practical, real-world scenarios.</w:t>
      </w:r>
      <w:r/>
    </w:p>
    <w:p>
      <w:r/>
      <w:r>
        <w:t>A unique feature of this educational package is its lifetime access, allowing learners the flexibility to engage with the materials at their own pace and revisit the content as needed. This course aims to imbue participants with the skills necessary for processing raw data, executing complex projects, and leveraging AI to facilitate data visualisation and operational efficiency. These competencies are particularly valuable for businesses looking to optimise resource use and maximise creative output in innovative projects.</w:t>
      </w:r>
      <w:r/>
    </w:p>
    <w:p>
      <w:r/>
      <w:r>
        <w:t>The package is available for purchase through Cult of Mac Deals, with sales operations managed by StackSocial. Those who buy this course bundle are advised to reach out to StackSocial directly for any customer support requirements. This offer, which was first publicised on January 29, 2024, comes at a time when the capabilities of AI tools such as ChatGPT are more relevant than ever to professionals seeking to enhance their marketability and skillset. Changes in pricing may occur, so prospective learners are encouraged to verify the current rate when considering enrollment.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https://www.entrepreneur.com/science-technology/get-this-chatgpt-and-automation-e-degree-for-30/469196</w:t>
        </w:r>
      </w:hyperlink>
      <w:r>
        <w:t xml:space="preserve"> - Corroborates the pricing and content details of the ChatGPT &amp; Automation E-Degree, including the 12 courses and 25 hours of content.</w:t>
      </w:r>
      <w:r/>
    </w:p>
    <w:p>
      <w:pPr>
        <w:pStyle w:val="ListNumber"/>
        <w:spacing w:line="240" w:lineRule="auto"/>
        <w:ind w:left="720"/>
      </w:pPr>
      <w:r/>
      <w:hyperlink r:id="rId11">
        <w:r>
          <w:rPr>
            <w:color w:val="0000EE"/>
            <w:u w:val="single"/>
          </w:rPr>
          <w:t>https://www.eduonix.com/chatgpt-automation-edegree</w:t>
        </w:r>
      </w:hyperlink>
      <w:r>
        <w:t xml:space="preserve"> - Provides information on the courses and AI tools covered in the ChatGPT &amp; Automation E-Degree, as well as the instructors from Eduonix Learning Solutions.</w:t>
      </w:r>
      <w:r/>
    </w:p>
    <w:p>
      <w:pPr>
        <w:pStyle w:val="ListNumber"/>
        <w:spacing w:line="240" w:lineRule="auto"/>
        <w:ind w:left="720"/>
      </w:pPr>
      <w:r/>
      <w:hyperlink r:id="rId12">
        <w:r>
          <w:rPr>
            <w:color w:val="0000EE"/>
            <w:u w:val="single"/>
          </w:rPr>
          <w:t>https://www.techrepublic.com/article/chatgpt-automation-e-degree/</w:t>
        </w:r>
      </w:hyperlink>
      <w:r>
        <w:t xml:space="preserve"> - Supports the details on the practical applications and real-world scenarios covered in the course, as well as the instructor rating and the importance of AI in business.</w:t>
      </w:r>
      <w:r/>
    </w:p>
    <w:p>
      <w:pPr>
        <w:pStyle w:val="ListNumber"/>
        <w:spacing w:line="240" w:lineRule="auto"/>
        <w:ind w:left="720"/>
      </w:pPr>
      <w:r/>
      <w:hyperlink r:id="rId13">
        <w:r>
          <w:rPr>
            <w:color w:val="0000EE"/>
            <w:u w:val="single"/>
          </w:rPr>
          <w:t>https://www.stacksocial.com/sales/chatgpt-automation-e-degree</w:t>
        </w:r>
      </w:hyperlink>
      <w:r>
        <w:t xml:space="preserve"> - Confirms the pricing, discount, and lifetime access to the course materials, as well as the educational content distributor Eduonix Learning Solutions.</w:t>
      </w:r>
      <w:r/>
    </w:p>
    <w:p>
      <w:pPr>
        <w:pStyle w:val="ListNumber"/>
        <w:spacing w:line="240" w:lineRule="auto"/>
        <w:ind w:left="720"/>
      </w:pPr>
      <w:r/>
      <w:hyperlink r:id="rId13">
        <w:r>
          <w:rPr>
            <w:color w:val="0000EE"/>
            <w:u w:val="single"/>
          </w:rPr>
          <w:t>https://www.stacksocial.com/sales/chatgpt-automation-e-degree</w:t>
        </w:r>
      </w:hyperlink>
      <w:r>
        <w:t xml:space="preserve"> - Details the availability of the course through StackSocial and the customer support process.</w:t>
      </w:r>
      <w:r/>
    </w:p>
    <w:p>
      <w:pPr>
        <w:pStyle w:val="ListNumber"/>
        <w:spacing w:line="240" w:lineRule="auto"/>
        <w:ind w:left="720"/>
      </w:pPr>
      <w:r/>
      <w:hyperlink r:id="rId12">
        <w:r>
          <w:rPr>
            <w:color w:val="0000EE"/>
            <w:u w:val="single"/>
          </w:rPr>
          <w:t>https://www.techrepublic.com/article/chatgpt-automation-e-degree/</w:t>
        </w:r>
      </w:hyperlink>
      <w:r>
        <w:t xml:space="preserve"> - Explains the relevance of AI tools like ChatGPT in enhancing marketability and skillsets, and the timing of the offer.</w:t>
      </w:r>
      <w:r/>
    </w:p>
    <w:p>
      <w:pPr>
        <w:pStyle w:val="ListNumber"/>
        <w:spacing w:line="240" w:lineRule="auto"/>
        <w:ind w:left="720"/>
      </w:pPr>
      <w:r/>
      <w:hyperlink r:id="rId10">
        <w:r>
          <w:rPr>
            <w:color w:val="0000EE"/>
            <w:u w:val="single"/>
          </w:rPr>
          <w:t>https://www.entrepreneur.com/science-technology/get-this-chatgpt-and-automation-e-degree-for-30/469196</w:t>
        </w:r>
      </w:hyperlink>
      <w:r>
        <w:t xml:space="preserve"> - Highlights the industry-specific challenges and broader professional objectives addressed by the course.</w:t>
      </w:r>
      <w:r/>
    </w:p>
    <w:p>
      <w:pPr>
        <w:pStyle w:val="ListNumber"/>
        <w:spacing w:line="240" w:lineRule="auto"/>
        <w:ind w:left="720"/>
      </w:pPr>
      <w:r/>
      <w:hyperlink r:id="rId11">
        <w:r>
          <w:rPr>
            <w:color w:val="0000EE"/>
            <w:u w:val="single"/>
          </w:rPr>
          <w:t>https://www.eduonix.com/chatgpt-automation-edegree</w:t>
        </w:r>
      </w:hyperlink>
      <w:r>
        <w:t xml:space="preserve"> - Mentions the high-quality training resources and the 4-star rating of Eduonix Learning Solutions.</w:t>
      </w:r>
      <w:r/>
    </w:p>
    <w:p>
      <w:pPr>
        <w:pStyle w:val="ListNumber"/>
        <w:spacing w:line="240" w:lineRule="auto"/>
        <w:ind w:left="720"/>
      </w:pPr>
      <w:r/>
      <w:hyperlink r:id="rId13">
        <w:r>
          <w:rPr>
            <w:color w:val="0000EE"/>
            <w:u w:val="single"/>
          </w:rPr>
          <w:t>https://www.stacksocial.com/sales/chatgpt-automation-e-degree</w:t>
        </w:r>
      </w:hyperlink>
      <w:r>
        <w:t xml:space="preserve"> - Clarifies the certificate of completion and the practical skills gained in employing AI solutions.</w:t>
      </w:r>
      <w:r/>
    </w:p>
    <w:p>
      <w:pPr>
        <w:pStyle w:val="ListNumber"/>
        <w:spacing w:line="240" w:lineRule="auto"/>
        <w:ind w:left="720"/>
      </w:pPr>
      <w:r/>
      <w:hyperlink r:id="rId12">
        <w:r>
          <w:rPr>
            <w:color w:val="0000EE"/>
            <w:u w:val="single"/>
          </w:rPr>
          <w:t>https://www.techrepublic.com/article/chatgpt-automation-e-degree/</w:t>
        </w:r>
      </w:hyperlink>
      <w:r>
        <w:t xml:space="preserve"> - Discusses the skills necessary for processing raw data, executing complex projects, and leveraging AI for data visualization and operational efficiency.</w:t>
      </w:r>
      <w:r/>
    </w:p>
    <w:p>
      <w:pPr>
        <w:pStyle w:val="ListNumber"/>
        <w:spacing w:line="240" w:lineRule="auto"/>
        <w:ind w:left="720"/>
      </w:pPr>
      <w:r/>
      <w:hyperlink r:id="rId14">
        <w:r>
          <w:rPr>
            <w:color w:val="0000EE"/>
            <w:u w:val="single"/>
          </w:rPr>
          <w:t>https://mashable.com/deals/sept-18-chatgpt-e-degree</w:t>
        </w:r>
      </w:hyperlink>
      <w:r>
        <w:t xml:space="preserve"> - Supports the idea that no previous AI experience is necessary and that the course is designed to take learners from beginners to proficient users of AI and automation tools.</w:t>
      </w:r>
      <w:r/>
    </w:p>
    <w:p>
      <w:pPr>
        <w:pStyle w:val="ListNumber"/>
        <w:spacing w:line="240" w:lineRule="auto"/>
        <w:ind w:left="720"/>
      </w:pPr>
      <w:r/>
      <w:hyperlink r:id="rId15">
        <w:r>
          <w:rPr>
            <w:color w:val="0000EE"/>
            <w:u w:val="single"/>
          </w:rPr>
          <w:t>https://www.cultofmac.com/daily-deals/ai-training-chatgpt-courses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science-technology/get-this-chatgpt-and-automation-e-degree-for-30/469196" TargetMode="External"/><Relationship Id="rId11" Type="http://schemas.openxmlformats.org/officeDocument/2006/relationships/hyperlink" Target="https://www.eduonix.com/chatgpt-automation-edegree" TargetMode="External"/><Relationship Id="rId12" Type="http://schemas.openxmlformats.org/officeDocument/2006/relationships/hyperlink" Target="https://www.techrepublic.com/article/chatgpt-automation-e-degree/" TargetMode="External"/><Relationship Id="rId13" Type="http://schemas.openxmlformats.org/officeDocument/2006/relationships/hyperlink" Target="https://www.stacksocial.com/sales/chatgpt-automation-e-degree" TargetMode="External"/><Relationship Id="rId14" Type="http://schemas.openxmlformats.org/officeDocument/2006/relationships/hyperlink" Target="https://mashable.com/deals/sept-18-chatgpt-e-degree" TargetMode="External"/><Relationship Id="rId15" Type="http://schemas.openxmlformats.org/officeDocument/2006/relationships/hyperlink" Target="https://www.cultofmac.com/daily-deals/ai-training-chatgpt-cour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