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Neysa appoints Sujit Janardanan as new CMO to drive global marketing strategy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Mumbai, 1st October 2024: Neysa, a leading provider in the AI Acceleration Cloud sector, has announced the appointment of Sujit Janardanan as its new Chief Marketing Officer (CMO). This strategic recruitment aims to bolster Neysa's global influence and fortify its standing as a prominent ally for businesses seeking to utilise advanced AI technologies. </w:t>
      </w:r>
      <w:r/>
    </w:p>
    <w:p>
      <w:r/>
      <w:r>
        <w:t>Sujit Janardanan joins Neysa with an impressive portfolio of over 24 years of extensive experience in strategic B2B marketing, specifically within advanced technology sectors. His appointment coincides with a pivotal moment for the company, which is making noteworthy progress towards facilitating broader AI adoption across various industries. Janardanan's deep insight into the AI ecosystem, coupled with his track record in brand-building, positions him to effectively communicate Neysa’s distinct advantages to a worldwide clientele.</w:t>
      </w:r>
      <w:r/>
    </w:p>
    <w:p>
      <w:r/>
      <w:r>
        <w:t>In his new capacity as CMO, Janardanan will direct Neysa’s global marketing initiatives. His responsibilities will encompass brand development, customer engagement, and the formation of strategic partnerships. His substantial expertise in AI and cloud technology marketing harmonises with Neysa’s objective of delivering secure, scalable, and cost-efficient AI solutions. As the company aims to extend its reach into new geographic and industry sectors, Janardanan will spearhead efforts in product marketing, branding, and implementing effective go-to-market strategies.</w:t>
      </w:r>
      <w:r/>
    </w:p>
    <w:p>
      <w:r/>
      <w:r>
        <w:t>Before joining Neysa, Janardanan held the CMO title at Cropin Technology. There, he successfully guided marketing efforts that championed the digital transformation of the agriculture industry through AI-powered solutions. His previous role at Google Cloud India further underscores his capability to establish and enhance market presence amidst fierce competition, effectively positioning companies alongside major industry players like AWS and Microsoft.</w:t>
      </w:r>
      <w:r/>
    </w:p>
    <w:p>
      <w:r/>
      <w:r>
        <w:t>Sharad Sanghi, CEO and Co-founder of Neysa, expressed his optimism regarding Janardanan’s appointment: "Sujit brings a unique blend of experience in building and executing marketing strategies for cutting-edge technologies and building brands that resonate with customers across sectors and markets. His vision and leadership will be critical in enabling Neysa to fulfill its commitment to democratise AI adoption globally. We are excited to have Sujit lead our marketing efforts as we continue expanding into new markets and sectors."</w:t>
      </w:r>
      <w:r/>
    </w:p>
    <w:p>
      <w:r/>
      <w:r>
        <w:t>Reflecting on his new role, Sujit Janardanan remarked, "I am excited to join Neysa at a time when AI is reshaping industries and redefining how businesses operate. Neysa’s commitment to making AI accessible and scalable for organisations of all sizes resonates with my own passion for leveraging technology to drive growth and innovation. At Neysa, we are trying to build a home for AI, so ensuring that the world learns about Neysa and its unique approach to enabling AI adoption is what I look forward to the most."</w:t>
      </w:r>
      <w:r/>
    </w:p>
    <w:p>
      <w:r/>
      <w:r>
        <w:t>Neysa’s focus remains on broadening the horizon of AI accessibility, with Janardanan’s appointment seen as a pivotal step towards achieving their strategic growth and global branding goals.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https://www.indiantelevision.com/mam/media-and-advertising/people/neysa-appoints-sujit-janardanan-as-cmo-241001</w:t>
        </w:r>
      </w:hyperlink>
      <w:r>
        <w:t xml:space="preserve"> - Corroborates Sujit Janardanan's appointment as Neysa's CMO and his role in overseeing global marketing strategy, focusing on brand development, customer engagement, and strategic partnerships.</w:t>
      </w:r>
      <w:r/>
    </w:p>
    <w:p>
      <w:pPr>
        <w:pStyle w:val="ListNumber"/>
        <w:spacing w:line="240" w:lineRule="auto"/>
        <w:ind w:left="720"/>
      </w:pPr>
      <w:r/>
      <w:hyperlink r:id="rId11">
        <w:r>
          <w:rPr>
            <w:color w:val="0000EE"/>
            <w:u w:val="single"/>
          </w:rPr>
          <w:t>https://apacnewsnetwork.com/2024/10/neysa-appoints-sujit-janardanan-as-chief-marketing-officer/</w:t>
        </w:r>
      </w:hyperlink>
      <w:r>
        <w:t xml:space="preserve"> - Provides details on Sujit Janardanan's background, his experience in B2B marketing, and his previous roles at Cropin and Google Cloud India.</w:t>
      </w:r>
      <w:r/>
    </w:p>
    <w:p>
      <w:pPr>
        <w:pStyle w:val="ListNumber"/>
        <w:spacing w:line="240" w:lineRule="auto"/>
        <w:ind w:left="720"/>
      </w:pPr>
      <w:r/>
      <w:hyperlink r:id="rId11">
        <w:r>
          <w:rPr>
            <w:color w:val="0000EE"/>
            <w:u w:val="single"/>
          </w:rPr>
          <w:t>https://apacnewsnetwork.com/2024/10/neysa-appoints-sujit-janardanan-as-chief-marketing-officer/</w:t>
        </w:r>
      </w:hyperlink>
      <w:r>
        <w:t xml:space="preserve"> - Explains Neysa's goals of expanding its market presence and democratizing AI access across sectors, and how Janardanan's role aligns with these objectives.</w:t>
      </w:r>
      <w:r/>
    </w:p>
    <w:p>
      <w:pPr>
        <w:pStyle w:val="ListNumber"/>
        <w:spacing w:line="240" w:lineRule="auto"/>
        <w:ind w:left="720"/>
      </w:pPr>
      <w:r/>
      <w:hyperlink r:id="rId12">
        <w:r>
          <w:rPr>
            <w:color w:val="0000EE"/>
            <w:u w:val="single"/>
          </w:rPr>
          <w:t>https://cxotoday.com/press-release/neysa-appoints-sujit-janardanan-former-head-of-marketing-at-cropin-and-google-cloud-as-chief-marketing-officer/</w:t>
        </w:r>
      </w:hyperlink>
      <w:r>
        <w:t xml:space="preserve"> - Details Sujit Janardanan's extensive experience in strategic B2B marketing and his responsibilities in his new role at Neysa, including brand development and strategic partnerships.</w:t>
      </w:r>
      <w:r/>
    </w:p>
    <w:p>
      <w:pPr>
        <w:pStyle w:val="ListNumber"/>
        <w:spacing w:line="240" w:lineRule="auto"/>
        <w:ind w:left="720"/>
      </w:pPr>
      <w:r/>
      <w:hyperlink r:id="rId12">
        <w:r>
          <w:rPr>
            <w:color w:val="0000EE"/>
            <w:u w:val="single"/>
          </w:rPr>
          <w:t>https://cxotoday.com/press-release/neysa-appoints-sujit-janardanan-former-head-of-marketing-at-cropin-and-google-cloud-as-chief-marketing-officer/</w:t>
        </w:r>
      </w:hyperlink>
      <w:r>
        <w:t xml:space="preserve"> - Quotes Sharad Sanghi, CEO and Co-founder of Neysa, on Janardanan’s unique blend of experience and his critical role in Neysa’s global expansion and AI adoption goals.</w:t>
      </w:r>
      <w:r/>
    </w:p>
    <w:p>
      <w:pPr>
        <w:pStyle w:val="ListNumber"/>
        <w:spacing w:line="240" w:lineRule="auto"/>
        <w:ind w:left="720"/>
      </w:pPr>
      <w:r/>
      <w:hyperlink r:id="rId12">
        <w:r>
          <w:rPr>
            <w:color w:val="0000EE"/>
            <w:u w:val="single"/>
          </w:rPr>
          <w:t>https://cxotoday.com/press-release/neysa-appoints-sujit-janardanan-former-head-of-marketing-at-cropin-and-google-cloud-as-chief-marketing-officer/</w:t>
        </w:r>
      </w:hyperlink>
      <w:r>
        <w:t xml:space="preserve"> - Includes Sujit Janardanan’s remarks on his new role and Neysa’s commitment to making AI accessible and scalable for organizations of all sizes.</w:t>
      </w:r>
      <w:r/>
    </w:p>
    <w:p>
      <w:pPr>
        <w:pStyle w:val="ListNumber"/>
        <w:spacing w:line="240" w:lineRule="auto"/>
        <w:ind w:left="720"/>
      </w:pPr>
      <w:r/>
      <w:hyperlink r:id="rId11">
        <w:r>
          <w:rPr>
            <w:color w:val="0000EE"/>
            <w:u w:val="single"/>
          </w:rPr>
          <w:t>https://apacnewsnetwork.com/2024/10/neysa-appoints-sujit-janardanan-as-chief-marketing-officer/</w:t>
        </w:r>
      </w:hyperlink>
      <w:r>
        <w:t xml:space="preserve"> - Describes Neysa’s focus on providing scalable, secure AI infrastructure solutions and its mission to democratize AI access across sectors.</w:t>
      </w:r>
      <w:r/>
    </w:p>
    <w:p>
      <w:pPr>
        <w:pStyle w:val="ListNumber"/>
        <w:spacing w:line="240" w:lineRule="auto"/>
        <w:ind w:left="720"/>
      </w:pPr>
      <w:r/>
      <w:hyperlink r:id="rId10">
        <w:r>
          <w:rPr>
            <w:color w:val="0000EE"/>
            <w:u w:val="single"/>
          </w:rPr>
          <w:t>https://www.indiantelevision.com/mam/media-and-advertising/people/neysa-appoints-sujit-janardanan-as-cmo-241001</w:t>
        </w:r>
      </w:hyperlink>
      <w:r>
        <w:t xml:space="preserve"> - Mentions Janardanan’s previous roles and his experience in advancing digital transformation in the agriculture sector and navigating competitive cloud markets.</w:t>
      </w:r>
      <w:r/>
    </w:p>
    <w:p>
      <w:pPr>
        <w:pStyle w:val="ListNumber"/>
        <w:spacing w:line="240" w:lineRule="auto"/>
        <w:ind w:left="720"/>
      </w:pPr>
      <w:r/>
      <w:hyperlink r:id="rId12">
        <w:r>
          <w:rPr>
            <w:color w:val="0000EE"/>
            <w:u w:val="single"/>
          </w:rPr>
          <w:t>https://cxotoday.com/press-release/neysa-appoints-sujit-janardanan-former-head-of-marketing-at-cropin-and-google-cloud-as-chief-marketing-officer/</w:t>
        </w:r>
      </w:hyperlink>
      <w:r>
        <w:t xml:space="preserve"> - Highlights Janardanan’s responsibilities in product marketing, branding, and implementing effective go-to-market strategies as Neysa expands into new regions.</w:t>
      </w:r>
      <w:r/>
    </w:p>
    <w:p>
      <w:pPr>
        <w:pStyle w:val="ListNumber"/>
        <w:spacing w:line="240" w:lineRule="auto"/>
        <w:ind w:left="720"/>
      </w:pPr>
      <w:r/>
      <w:hyperlink r:id="rId11">
        <w:r>
          <w:rPr>
            <w:color w:val="0000EE"/>
            <w:u w:val="single"/>
          </w:rPr>
          <w:t>https://apacnewsnetwork.com/2024/10/neysa-appoints-sujit-janardanan-as-chief-marketing-officer/</w:t>
        </w:r>
      </w:hyperlink>
      <w:r>
        <w:t xml:space="preserve"> - Details Neysa’s leadership and founders, Sharad Sanghi and Anindya Das, and their vision for the company’s role in AI-led digital transformation.</w:t>
      </w:r>
      <w:r/>
    </w:p>
    <w:p>
      <w:pPr>
        <w:pStyle w:val="ListNumber"/>
        <w:spacing w:line="240" w:lineRule="auto"/>
        <w:ind w:left="720"/>
      </w:pPr>
      <w:r/>
      <w:hyperlink r:id="rId12">
        <w:r>
          <w:rPr>
            <w:color w:val="0000EE"/>
            <w:u w:val="single"/>
          </w:rPr>
          <w:t>https://cxotoday.com/press-release/neysa-appoints-sujit-janardanan-former-head-of-marketing-at-cropin-and-google-cloud-as-chief-marketing-officer/</w:t>
        </w:r>
      </w:hyperlink>
      <w:r>
        <w:t xml:space="preserve"> - Explains how Janardanan’s appointment is seen as a pivotal step towards achieving Neysa’s strategic growth and global branding goals.</w:t>
      </w:r>
      <w:r/>
    </w:p>
    <w:p>
      <w:pPr>
        <w:pStyle w:val="ListNumber"/>
        <w:spacing w:line="240" w:lineRule="auto"/>
        <w:ind w:left="720"/>
      </w:pPr>
      <w:r/>
      <w:hyperlink r:id="rId13">
        <w:r>
          <w:rPr>
            <w:color w:val="0000EE"/>
            <w:u w:val="single"/>
          </w:rPr>
          <w:t>https://www.passionateinmarketing.com/neysa-appoints-sujit-janardanan-former-head-of-marketing-at-cropin-and-google-cloud-as-chief-marketing-officer/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diantelevision.com/mam/media-and-advertising/people/neysa-appoints-sujit-janardanan-as-cmo-241001" TargetMode="External"/><Relationship Id="rId11" Type="http://schemas.openxmlformats.org/officeDocument/2006/relationships/hyperlink" Target="https://apacnewsnetwork.com/2024/10/neysa-appoints-sujit-janardanan-as-chief-marketing-officer/" TargetMode="External"/><Relationship Id="rId12" Type="http://schemas.openxmlformats.org/officeDocument/2006/relationships/hyperlink" Target="https://cxotoday.com/press-release/neysa-appoints-sujit-janardanan-former-head-of-marketing-at-cropin-and-google-cloud-as-chief-marketing-officer/" TargetMode="External"/><Relationship Id="rId13" Type="http://schemas.openxmlformats.org/officeDocument/2006/relationships/hyperlink" Target="https://www.passionateinmarketing.com/neysa-appoints-sujit-janardanan-former-head-of-marketing-at-cropin-and-google-cloud-as-chief-marketing-offic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