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NotebookLM's AI podcast feature takes the internet by storm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NotebookLM's AI Podcast Feature Takes the Internet by Storm</w:t>
      </w:r>
      <w:r/>
    </w:p>
    <w:p>
      <w:r/>
      <w:r>
        <w:t>A recent experiment involving Google's NotebookLM tool has captured widespread attention online, blending technology and creativity to produce AI-generated podcasts. Arising from an initial scenario played out by users that depicted AI voices in a supposed existential crisis, the development highlights the innovative Audio Overviews feature, part of Google's NotebookLM platform. While its sound seemed disturbingly human to some listeners, rest assured, these digital voices are far from self-aware.</w:t>
      </w:r>
      <w:r/>
    </w:p>
    <w:p>
      <w:r/>
      <w:r>
        <w:t>NotebookLM, developed by a team led by Raiza Martin at Google Labs, aims to offer a distinctive experience different from traditional platforms like YouTube or standard podcasts. Martin explained that users can transform ordinary source documents into engaging audio summaries, a step change in how information can be consumed. This feature particularly captured interest after Martin input a comprehensive 100-slide presentation into the system and turned it into an 8-minute audio synopsis that could be consumed alongside other tasks.</w:t>
      </w:r>
      <w:r/>
    </w:p>
    <w:p>
      <w:r/>
      <w:r>
        <w:t>Debuting last year, NotebookLM functions as an online research assistant, offering services such as document summarization. However, it is the recently introduced Audio Overviews feature from September that is currently generating buzz. Users have already showcased varying examples of its application, from distilling extensive financial data into digestible podcasts to pushing boundaries with whimsical tests using repetitive non-thematic words. Such experiments illustrate both the capacity and the playful creativity possible with the tool.</w:t>
      </w:r>
      <w:r/>
    </w:p>
    <w:p>
      <w:r/>
      <w:r>
        <w:t>To generate these AI podcasts, users require nothing more than a Google login. From the NotebookLM website, individuals can create a new notebook and upload several sources—up to 50 documents in total—which need not be limited to saved computer files. Integration is seamless with Google Docs and Google Slides, while websites and non-paywalled YouTube videos can also serve as source material, albeit limited to text content. Once users have assembled their information, the NotebookLM guide facilitates the creation of an audio overview, which can then be shared or downloaded.</w:t>
      </w:r>
      <w:r/>
    </w:p>
    <w:p>
      <w:r/>
      <w:r>
        <w:t>As people explore the potential of this feature, applications range from intricate explorations of technical subjects to streamlined reviews of dense academic material, extending even to innovative personal content projects. A significant point of relevance for users is data privacy. Google spokesperson Justin Burr confirmed that the summaries generated by NotebookLM are strictly based on the provided source material. Thus, private data remains secure unless voluntarily shared.</w:t>
      </w:r>
      <w:r/>
    </w:p>
    <w:p>
      <w:r/>
      <w:r>
        <w:t>While such innovations open avenues for unprecedented user creativity, the description of NotebookLM as "experimental" reflects its developmental phase, allowing Google's team ample room to refine the product based on user feedback. As it stands, NotebookLM operates independently of Google's larger advertising mechanisms, focusing solely on enhancing how users can interact with and digest complex information. Consequently, this promising tool hints at a future where AI podcasts might become an integral part of digital content consumption, however that may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https://venturebeat.com/ai/google-notebooklm-leader-says-more-controls-coming-for-ai-generated-podcasts/</w:t>
        </w:r>
      </w:hyperlink>
      <w:r>
        <w:t xml:space="preserve"> - Corroborates the introduction of the Audio Overviews feature in NotebookLM and the plans for adding more controls, such as selecting different personas and podcast lengths.</w:t>
      </w:r>
      <w:r/>
    </w:p>
    <w:p>
      <w:pPr>
        <w:pStyle w:val="ListNumber"/>
        <w:spacing w:line="240" w:lineRule="auto"/>
        <w:ind w:left="720"/>
      </w:pPr>
      <w:r/>
      <w:hyperlink r:id="rId11">
        <w:r>
          <w:rPr>
            <w:color w:val="0000EE"/>
            <w:u w:val="single"/>
          </w:rPr>
          <w:t>https://www.reddit.com/r/CompTIA/comments/1fq42re/google_notebooklm_turns_your_notes_into_an_ai/</w:t>
        </w:r>
      </w:hyperlink>
      <w:r>
        <w:t xml:space="preserve"> - Provides user feedback and examples of using NotebookLM to convert notes into AI-generated podcasts, highlighting its natural and engaging output.</w:t>
      </w:r>
      <w:r/>
    </w:p>
    <w:p>
      <w:pPr>
        <w:pStyle w:val="ListNumber"/>
        <w:spacing w:line="240" w:lineRule="auto"/>
        <w:ind w:left="720"/>
      </w:pPr>
      <w:r/>
      <w:hyperlink r:id="rId12">
        <w:r>
          <w:rPr>
            <w:color w:val="0000EE"/>
            <w:u w:val="single"/>
          </w:rPr>
          <w:t>https://blog.google/technology/ai/notebooklm-audio-overviews/</w:t>
        </w:r>
      </w:hyperlink>
      <w:r>
        <w:t xml:space="preserve"> - Details the Audio Overview feature, how it works, and its capabilities, including turning documents into engaging audio discussions.</w:t>
      </w:r>
      <w:r/>
    </w:p>
    <w:p>
      <w:pPr>
        <w:pStyle w:val="ListNumber"/>
        <w:spacing w:line="240" w:lineRule="auto"/>
        <w:ind w:left="720"/>
      </w:pPr>
      <w:r/>
      <w:hyperlink r:id="rId13">
        <w:r>
          <w:rPr>
            <w:color w:val="0000EE"/>
            <w:u w:val="single"/>
          </w:rPr>
          <w:t>https://simonwillison.net/2024/Sep/29/notebooklm-audio-overview/</w:t>
        </w:r>
      </w:hyperlink>
      <w:r>
        <w:t xml:space="preserve"> - Explains the technical aspects of Audio Overviews, including the use of SoundStorm for generating natural-sounding audio conversations and the experimental nature of the feature.</w:t>
      </w:r>
      <w:r/>
    </w:p>
    <w:p>
      <w:pPr>
        <w:pStyle w:val="ListNumber"/>
        <w:spacing w:line="240" w:lineRule="auto"/>
        <w:ind w:left="720"/>
      </w:pPr>
      <w:r/>
      <w:hyperlink r:id="rId14">
        <w:r>
          <w:rPr>
            <w:color w:val="0000EE"/>
            <w:u w:val="single"/>
          </w:rPr>
          <w:t>https://www.tomsguide.com/ai/i-turned-my-book-into-a-podcast-using-google-notebooklms-updated-feature-heres-how</w:t>
        </w:r>
      </w:hyperlink>
      <w:r>
        <w:t xml:space="preserve"> - Describes the process of using NotebookLM to generate AI podcasts from various sources, including books and YouTube videos, and highlights its usefulness for multitasking.</w:t>
      </w:r>
      <w:r/>
    </w:p>
    <w:p>
      <w:pPr>
        <w:pStyle w:val="ListNumber"/>
        <w:spacing w:line="240" w:lineRule="auto"/>
        <w:ind w:left="720"/>
      </w:pPr>
      <w:r/>
      <w:hyperlink r:id="rId10">
        <w:r>
          <w:rPr>
            <w:color w:val="0000EE"/>
            <w:u w:val="single"/>
          </w:rPr>
          <w:t>https://venturebeat.com/ai/google-notebooklm-leader-says-more-controls-coming-for-ai-generated-podcasts/</w:t>
        </w:r>
      </w:hyperlink>
      <w:r>
        <w:t xml:space="preserve"> - Mentions Raiza Martin's leadership and the innovative applications of NotebookLM, including its use in corporate and educational settings.</w:t>
      </w:r>
      <w:r/>
    </w:p>
    <w:p>
      <w:pPr>
        <w:pStyle w:val="ListNumber"/>
        <w:spacing w:line="240" w:lineRule="auto"/>
        <w:ind w:left="720"/>
      </w:pPr>
      <w:r/>
      <w:hyperlink r:id="rId12">
        <w:r>
          <w:rPr>
            <w:color w:val="0000EE"/>
            <w:u w:val="single"/>
          </w:rPr>
          <w:t>https://blog.google/technology/ai/notebooklm-audio-overviews/</w:t>
        </w:r>
      </w:hyperlink>
      <w:r>
        <w:t xml:space="preserve"> - Confirms the integration of NotebookLM with Google Docs, Google Slides, and other sources, and the importance of user feedback in refining the product.</w:t>
      </w:r>
      <w:r/>
    </w:p>
    <w:p>
      <w:pPr>
        <w:pStyle w:val="ListNumber"/>
        <w:spacing w:line="240" w:lineRule="auto"/>
        <w:ind w:left="720"/>
      </w:pPr>
      <w:r/>
      <w:hyperlink r:id="rId13">
        <w:r>
          <w:rPr>
            <w:color w:val="0000EE"/>
            <w:u w:val="single"/>
          </w:rPr>
          <w:t>https://simonwillison.net/2024/Sep/29/notebooklm-audio-overview/</w:t>
        </w:r>
      </w:hyperlink>
      <w:r>
        <w:t xml:space="preserve"> - Illustrates the creative and sometimes whimsical tests users have conducted with the Audio Overviews feature, such as generating podcasts on personal content.</w:t>
      </w:r>
      <w:r/>
    </w:p>
    <w:p>
      <w:pPr>
        <w:pStyle w:val="ListNumber"/>
        <w:spacing w:line="240" w:lineRule="auto"/>
        <w:ind w:left="720"/>
      </w:pPr>
      <w:r/>
      <w:hyperlink r:id="rId14">
        <w:r>
          <w:rPr>
            <w:color w:val="0000EE"/>
            <w:u w:val="single"/>
          </w:rPr>
          <w:t>https://www.tomsguide.com/ai/i-turned-my-book-into-a-podcast-using-google-notebooklms-updated-feature-heres-how</w:t>
        </w:r>
      </w:hyperlink>
      <w:r>
        <w:t xml:space="preserve"> - Addresses data privacy, confirming that NotebookLM summaries are based solely on the provided source material and do not use private data unless voluntarily shared.</w:t>
      </w:r>
      <w:r/>
    </w:p>
    <w:p>
      <w:pPr>
        <w:pStyle w:val="ListNumber"/>
        <w:spacing w:line="240" w:lineRule="auto"/>
        <w:ind w:left="720"/>
      </w:pPr>
      <w:r/>
      <w:hyperlink r:id="rId12">
        <w:r>
          <w:rPr>
            <w:color w:val="0000EE"/>
            <w:u w:val="single"/>
          </w:rPr>
          <w:t>https://blog.google/technology/ai/notebooklm-audio-overviews/</w:t>
        </w:r>
      </w:hyperlink>
      <w:r>
        <w:t xml:space="preserve"> - Notes the experimental nature of NotebookLM and its ongoing development based on user feedback to enhance its functionality.</w:t>
      </w:r>
      <w:r/>
    </w:p>
    <w:p>
      <w:pPr>
        <w:pStyle w:val="ListNumber"/>
        <w:spacing w:line="240" w:lineRule="auto"/>
        <w:ind w:left="720"/>
      </w:pPr>
      <w:r/>
      <w:hyperlink r:id="rId10">
        <w:r>
          <w:rPr>
            <w:color w:val="0000EE"/>
            <w:u w:val="single"/>
          </w:rPr>
          <w:t>https://venturebeat.com/ai/google-notebooklm-leader-says-more-controls-coming-for-ai-generated-podcasts/</w:t>
        </w:r>
      </w:hyperlink>
      <w:r>
        <w:t xml:space="preserve"> - Highlights the broader implications of NotebookLM, suggesting it could become an integral part of digital content consumption in the future.</w:t>
      </w:r>
      <w:r/>
    </w:p>
    <w:p>
      <w:pPr>
        <w:pStyle w:val="ListNumber"/>
        <w:spacing w:line="240" w:lineRule="auto"/>
        <w:ind w:left="720"/>
      </w:pPr>
      <w:r/>
      <w:hyperlink r:id="rId15">
        <w:r>
          <w:rPr>
            <w:color w:val="0000EE"/>
            <w:u w:val="single"/>
          </w:rPr>
          <w:t>https://www.wired.com/story/ai-podcast-google-notebooklm/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google-notebooklm-leader-says-more-controls-coming-for-ai-generated-podcasts/" TargetMode="External"/><Relationship Id="rId11" Type="http://schemas.openxmlformats.org/officeDocument/2006/relationships/hyperlink" Target="https://www.reddit.com/r/CompTIA/comments/1fq42re/google_notebooklm_turns_your_notes_into_an_ai/" TargetMode="External"/><Relationship Id="rId12" Type="http://schemas.openxmlformats.org/officeDocument/2006/relationships/hyperlink" Target="https://blog.google/technology/ai/notebooklm-audio-overviews/" TargetMode="External"/><Relationship Id="rId13" Type="http://schemas.openxmlformats.org/officeDocument/2006/relationships/hyperlink" Target="https://simonwillison.net/2024/Sep/29/notebooklm-audio-overview/" TargetMode="External"/><Relationship Id="rId14" Type="http://schemas.openxmlformats.org/officeDocument/2006/relationships/hyperlink" Target="https://www.tomsguide.com/ai/i-turned-my-book-into-a-podcast-using-google-notebooklms-updated-feature-heres-how" TargetMode="External"/><Relationship Id="rId15" Type="http://schemas.openxmlformats.org/officeDocument/2006/relationships/hyperlink" Target="https://www.wired.com/story/ai-podcast-google-notebookl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