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co-founder Durk Kingma transitions to competitor Anthropic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artificial intelligence industry, Durk Kingma, a co-founder of OpenAI, has transitioned to Anthropic, a notable competitor of the AI powerhouse best known for developing ChatGPT. Kingma, who was integral to OpenAI’s inception in 2015 alongside figures like Elon Musk and current CEO Sam Altman, announced the shift as a move towards aligning with a company whose values were more consistent with his beliefs about AI development.</w:t>
      </w:r>
      <w:r/>
    </w:p>
    <w:p>
      <w:r/>
      <w:r>
        <w:t>The announcement, made via a post on the social media platform X, formerly known as Twitter, highlighted Kingma’s enthusiasm for working with Anthropic’s team, which includes several familiar faces from his past collaborations at OpenAI and Google. While Kingma did not specify his role at Anthropic, his background in generative AI models suggests he will continue to contribute significantly to the field, building upon his previous work that was pivotal to projects such as OpenAI’s Dall-E and ChatGPT.</w:t>
      </w:r>
      <w:r/>
    </w:p>
    <w:p>
      <w:r/>
      <w:r>
        <w:t>Kingma's departure is part of a broader pattern, as OpenAI has seen several of its foundational members leave in recent months. Notably, John Schulman, another co-founder, also joined Anthropic not long after announcing his resignation from OpenAI. Schulman expressed a desire to deepen his focus on AI alignment and ethics, indicating that Anthropic provided an environment more suited to his aspirations in technical research and development.</w:t>
      </w:r>
      <w:r/>
    </w:p>
    <w:p>
      <w:r/>
      <w:r>
        <w:t>This wave of departures coincides with OpenAI's recent shift from a non-profit research entity to a for-profit business model—a change met with criticism from some of its founders, including Elon Musk, who labelled the move as "illegal". This transition appears to have contributed to the growing disillusionment among some of its key early figures. The restructuring has left Sam Altman and Wojciech Zaremba as the only remaining co-founders actively involved with the company.</w:t>
      </w:r>
      <w:r/>
    </w:p>
    <w:p>
      <w:r/>
      <w:r>
        <w:t>Anthropic, founded by former OpenAI employees, is emerging as a prominent player in the AI sector. The firm focuses on developing AI systems with an emphasis on safety and ethical considerations—principles that resonate with many technologists and researchers concerned with the potential impacts of AI.</w:t>
      </w:r>
      <w:r/>
    </w:p>
    <w:p>
      <w:r/>
      <w:r>
        <w:t>These changes at OpenAI and the movement of talent towards Anthropic mark a significant moment in the technology landscape, with implications for the direction of AI development and the competitive dynamics among leading AI research firms. As the industry continues to evolve, these shifts illustrate the growing importance of ethical considerations in the pursuit of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https://finance.yahoo.com/news/anthropic-hires-openai-co-founder-175532087.html</w:t>
        </w:r>
      </w:hyperlink>
      <w:r>
        <w:t xml:space="preserve"> - Corroborates Durk Kingma's transition from OpenAI to Anthropic and his announcement on social media.</w:t>
      </w:r>
      <w:r/>
    </w:p>
    <w:p>
      <w:pPr>
        <w:pStyle w:val="ListNumber"/>
        <w:spacing w:line="240" w:lineRule="auto"/>
        <w:ind w:left="720"/>
      </w:pPr>
      <w:r/>
      <w:hyperlink r:id="rId11">
        <w:r>
          <w:rPr>
            <w:color w:val="0000EE"/>
            <w:u w:val="single"/>
          </w:rPr>
          <w:t>https://www.capacitymedia.com/article/anthropic-openai</w:t>
        </w:r>
      </w:hyperlink>
      <w:r>
        <w:t xml:space="preserve"> - Confirms Kingma's hiring by Anthropic and his reasons for joining, aligning with Anthropic's approach to AI development.</w:t>
      </w:r>
      <w:r/>
    </w:p>
    <w:p>
      <w:pPr>
        <w:pStyle w:val="ListNumber"/>
        <w:spacing w:line="240" w:lineRule="auto"/>
        <w:ind w:left="720"/>
      </w:pPr>
      <w:r/>
      <w:hyperlink r:id="rId12">
        <w:r>
          <w:rPr>
            <w:color w:val="0000EE"/>
            <w:u w:val="single"/>
          </w:rPr>
          <w:t>https://slashdot.org/story/24/10/01/211201/anthropic-hires-openai-co-founder-durk-kingma</w:t>
        </w:r>
      </w:hyperlink>
      <w:r>
        <w:t xml:space="preserve"> - Details Kingma's background, including his work at OpenAI and Google, and his decision to join Anthropic.</w:t>
      </w:r>
      <w:r/>
    </w:p>
    <w:p>
      <w:pPr>
        <w:pStyle w:val="ListNumber"/>
        <w:spacing w:line="240" w:lineRule="auto"/>
        <w:ind w:left="720"/>
      </w:pPr>
      <w:r/>
      <w:hyperlink r:id="rId13">
        <w:r>
          <w:rPr>
            <w:color w:val="0000EE"/>
            <w:u w:val="single"/>
          </w:rPr>
          <w:t>https://www.theregister.com/2024/10/02/anthropic_hires_openai_founder_durk_kingma/</w:t>
        </w:r>
      </w:hyperlink>
      <w:r>
        <w:t xml:space="preserve"> - Provides context on Kingma's departure from OpenAI and his new role at Anthropic, as well as other departures from OpenAI.</w:t>
      </w:r>
      <w:r/>
    </w:p>
    <w:p>
      <w:pPr>
        <w:pStyle w:val="ListNumber"/>
        <w:spacing w:line="240" w:lineRule="auto"/>
        <w:ind w:left="720"/>
      </w:pPr>
      <w:r/>
      <w:hyperlink r:id="rId14">
        <w:r>
          <w:rPr>
            <w:color w:val="0000EE"/>
            <w:u w:val="single"/>
          </w:rPr>
          <w:t>https://www.newsbytesapp.com/news/science/anthropic-hires-openai-co-founder-durk-kingma/story</w:t>
        </w:r>
      </w:hyperlink>
      <w:r>
        <w:t xml:space="preserve"> - Supports the information about Kingma's move to Anthropic, his work experience, and the reasons for his transition.</w:t>
      </w:r>
      <w:r/>
    </w:p>
    <w:p>
      <w:pPr>
        <w:pStyle w:val="ListNumber"/>
        <w:spacing w:line="240" w:lineRule="auto"/>
        <w:ind w:left="720"/>
      </w:pPr>
      <w:r/>
      <w:hyperlink r:id="rId10">
        <w:r>
          <w:rPr>
            <w:color w:val="0000EE"/>
            <w:u w:val="single"/>
          </w:rPr>
          <w:t>https://finance.yahoo.com/news/anthropic-hires-openai-co-founder-175532087.html</w:t>
        </w:r>
      </w:hyperlink>
      <w:r>
        <w:t xml:space="preserve"> - Mentions John Schulman's departure from OpenAI to join Anthropic, highlighting the broader pattern of key members leaving OpenAI.</w:t>
      </w:r>
      <w:r/>
    </w:p>
    <w:p>
      <w:pPr>
        <w:pStyle w:val="ListNumber"/>
        <w:spacing w:line="240" w:lineRule="auto"/>
        <w:ind w:left="720"/>
      </w:pPr>
      <w:r/>
      <w:hyperlink r:id="rId13">
        <w:r>
          <w:rPr>
            <w:color w:val="0000EE"/>
            <w:u w:val="single"/>
          </w:rPr>
          <w:t>https://www.theregister.com/2024/10/02/anthropic_hires_openai_founder_durk_kingma/</w:t>
        </w:r>
      </w:hyperlink>
      <w:r>
        <w:t xml:space="preserve"> - Discusses OpenAI's shift from a non-profit to a for-profit model and the criticism it has received from its founders.</w:t>
      </w:r>
      <w:r/>
    </w:p>
    <w:p>
      <w:pPr>
        <w:pStyle w:val="ListNumber"/>
        <w:spacing w:line="240" w:lineRule="auto"/>
        <w:ind w:left="720"/>
      </w:pPr>
      <w:r/>
      <w:hyperlink r:id="rId11">
        <w:r>
          <w:rPr>
            <w:color w:val="0000EE"/>
            <w:u w:val="single"/>
          </w:rPr>
          <w:t>https://www.capacitymedia.com/article/anthropic-openai</w:t>
        </w:r>
      </w:hyperlink>
      <w:r>
        <w:t xml:space="preserve"> - Details Anthropic's focus on developing AI systems with an emphasis on safety and ethical considerations.</w:t>
      </w:r>
      <w:r/>
    </w:p>
    <w:p>
      <w:pPr>
        <w:pStyle w:val="ListNumber"/>
        <w:spacing w:line="240" w:lineRule="auto"/>
        <w:ind w:left="720"/>
      </w:pPr>
      <w:r/>
      <w:hyperlink r:id="rId12">
        <w:r>
          <w:rPr>
            <w:color w:val="0000EE"/>
            <w:u w:val="single"/>
          </w:rPr>
          <w:t>https://slashdot.org/story/24/10/01/211201/anthropic-hires-openai-co-founder-durk-kingma</w:t>
        </w:r>
      </w:hyperlink>
      <w:r>
        <w:t xml:space="preserve"> - Explains the significance of Anthropic as a competitor in the AI sector, founded by former OpenAI employees.</w:t>
      </w:r>
      <w:r/>
    </w:p>
    <w:p>
      <w:pPr>
        <w:pStyle w:val="ListNumber"/>
        <w:spacing w:line="240" w:lineRule="auto"/>
        <w:ind w:left="720"/>
      </w:pPr>
      <w:r/>
      <w:hyperlink r:id="rId13">
        <w:r>
          <w:rPr>
            <w:color w:val="0000EE"/>
            <w:u w:val="single"/>
          </w:rPr>
          <w:t>https://www.theregister.com/2024/10/02/anthropic_hires_openai_founder_durk_kingma/</w:t>
        </w:r>
      </w:hyperlink>
      <w:r>
        <w:t xml:space="preserve"> - Highlights the growing importance of ethical considerations in AI development and the competitive dynamics among AI research firms.</w:t>
      </w:r>
      <w:r/>
    </w:p>
    <w:p>
      <w:pPr>
        <w:pStyle w:val="ListNumber"/>
        <w:spacing w:line="240" w:lineRule="auto"/>
        <w:ind w:left="720"/>
      </w:pPr>
      <w:r/>
      <w:hyperlink r:id="rId14">
        <w:r>
          <w:rPr>
            <w:color w:val="0000EE"/>
            <w:u w:val="single"/>
          </w:rPr>
          <w:t>https://www.newsbytesapp.com/news/science/anthropic-hires-openai-co-founder-durk-kingma/story</w:t>
        </w:r>
      </w:hyperlink>
      <w:r>
        <w:t xml:space="preserve"> - Corroborates the movement of talent from OpenAI to Anthropic and its implications for the AI industry.</w:t>
      </w:r>
      <w:r/>
    </w:p>
    <w:p>
      <w:pPr>
        <w:pStyle w:val="ListNumber"/>
        <w:spacing w:line="240" w:lineRule="auto"/>
        <w:ind w:left="720"/>
      </w:pPr>
      <w:r/>
      <w:hyperlink r:id="rId15">
        <w:r>
          <w:rPr>
            <w:color w:val="0000EE"/>
            <w:u w:val="single"/>
          </w:rPr>
          <w:t>https://www.independent.co.uk/tech/openai-anthropic-ai-responsible-chatgpt-b2622449.html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nthropic-hires-openai-co-founder-175532087.html" TargetMode="External"/><Relationship Id="rId11" Type="http://schemas.openxmlformats.org/officeDocument/2006/relationships/hyperlink" Target="https://www.capacitymedia.com/article/anthropic-openai" TargetMode="External"/><Relationship Id="rId12" Type="http://schemas.openxmlformats.org/officeDocument/2006/relationships/hyperlink" Target="https://slashdot.org/story/24/10/01/211201/anthropic-hires-openai-co-founder-durk-kingma" TargetMode="External"/><Relationship Id="rId13" Type="http://schemas.openxmlformats.org/officeDocument/2006/relationships/hyperlink" Target="https://www.theregister.com/2024/10/02/anthropic_hires_openai_founder_durk_kingma/" TargetMode="External"/><Relationship Id="rId14" Type="http://schemas.openxmlformats.org/officeDocument/2006/relationships/hyperlink" Target="https://www.newsbytesapp.com/news/science/anthropic-hires-openai-co-founder-durk-kingma/story" TargetMode="External"/><Relationship Id="rId15" Type="http://schemas.openxmlformats.org/officeDocument/2006/relationships/hyperlink" Target="https://www.independent.co.uk/tech/openai-anthropic-ai-responsible-chatgpt-b262244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