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Pasadena workshop to explore the potential of AI for business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Pasadena business owners will soon have the chance to delve into the transformative potential of artificial intelligence (AI) in a dedicated workshop set to take place on Friday, 4th October. This educational event is poised to provide essential insights on harnessing AI technologies to enhance both revenue and profitability, an increasingly pertinent topic given the rapid advancements in technology and changing business landscapes.</w:t>
      </w:r>
      <w:r/>
    </w:p>
    <w:p>
      <w:r/>
      <w:r>
        <w:t>The workshop, titled “How to Use AI to Grow Your Business,” will be held at FoundrSpace Coworking, located on North Raymond Avenue in Pasadena. The presentation is part of the Friday Morning Coffee Meetup series, organised by Innovate Pasadena, a nonprofit established in 2012 to promote innovation and entrepreneurship in the region.</w:t>
      </w:r>
      <w:r/>
    </w:p>
    <w:p>
      <w:r/>
      <w:r>
        <w:t>Cho-Nan Tsai, CEO and President of the AI consulting firm Hyperionsoft, will be the workshop's featured speaker. Tsai, who brings 25 years of experience in the technology sector, will debunk common misconceptions about AI while emphasising that AI is not a simple plug-and-play solution. "AI is really not a plug and play solution. You can’t just say, okay, AI is going to come in and solve everything in my organization,” Tsai explained, highlighting the complexities and resource allocations involved in effective AI implementation.</w:t>
      </w:r>
      <w:r/>
    </w:p>
    <w:p>
      <w:r/>
      <w:r>
        <w:t>During the session, Tsai is expected to share a range of success stories and practical advice tailored especially for small businesses seeking to integrate AI into their operations. His presentation will touch upon how more specialised AI applications are being developed across various industries, from construction and digital marketing to financial planning.</w:t>
      </w:r>
      <w:r/>
    </w:p>
    <w:p>
      <w:r/>
      <w:r>
        <w:t>In addition to discussing practical applications, Tsai will address the ethical considerations vital when adopting AI technologies. This includes the importance of maintaining privacy protections and the responsible use of data. "We need to take note of some of these privacy and data protection for people because one question to ask is, Hey, whose data are we using to train?" he remarked, stressing the significance of consent, given that much of today's data is user-generated.</w:t>
      </w:r>
      <w:r/>
    </w:p>
    <w:p>
      <w:r/>
      <w:r>
        <w:t>The workshop aligns closely with Pasadena's burgeoning reputation as a leading innovation hub. The city benefits from a well-educated workforce, with a significant 70% of residents holding bachelor’s degrees or higher. This academic vitality is further supported by the presence of esteemed institutions like Caltech and the ArtCenter College of Design.</w:t>
      </w:r>
      <w:r/>
    </w:p>
    <w:p>
      <w:r/>
      <w:r>
        <w:t>Scheduled to begin at 8:30 a.m. on Friday, the workshop is free for participants, courtesy of sponsorship by Friday Morning Coffee Meetup and Innovate Pasadena. Those interested in attending can obtain additional information by visiting the event's online page or reaching out via the provided contact number.</w:t>
      </w:r>
      <w:r/>
    </w:p>
    <w:p>
      <w:r/>
      <w:r>
        <w:t>By organising events like these, Innovate Pasadena continues to strengthen the city’s stance as a crucial player at the intersection of technology, design, and entrepreneurship, providing local businesses and professionals with tools and resources to navigate the complex AI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https://www.meetup.com/innovation-friday-coffee-meetup/events/299294234/</w:t>
        </w:r>
      </w:hyperlink>
      <w:r>
        <w:t xml:space="preserve"> - Corroborates the details of the workshop 'How to Use AI to Grow Your Business' including the date, time, location, and speaker.</w:t>
      </w:r>
      <w:r/>
    </w:p>
    <w:p>
      <w:pPr>
        <w:pStyle w:val="ListNumber"/>
        <w:spacing w:line="240" w:lineRule="auto"/>
        <w:ind w:left="720"/>
      </w:pPr>
      <w:r/>
      <w:hyperlink r:id="rId10">
        <w:r>
          <w:rPr>
            <w:color w:val="0000EE"/>
            <w:u w:val="single"/>
          </w:rPr>
          <w:t>https://www.meetup.com/innovation-friday-coffee-meetup/events/299294234/</w:t>
        </w:r>
      </w:hyperlink>
      <w:r>
        <w:t xml:space="preserve"> - Provides information about the speaker, Cho-Nan Tsai, and his background in AI and technology.</w:t>
      </w:r>
      <w:r/>
    </w:p>
    <w:p>
      <w:pPr>
        <w:pStyle w:val="ListNumber"/>
        <w:spacing w:line="240" w:lineRule="auto"/>
        <w:ind w:left="720"/>
      </w:pPr>
      <w:r/>
      <w:hyperlink r:id="rId10">
        <w:r>
          <w:rPr>
            <w:color w:val="0000EE"/>
            <w:u w:val="single"/>
          </w:rPr>
          <w:t>https://www.meetup.com/innovation-friday-coffee-meetup/events/299294234/</w:t>
        </w:r>
      </w:hyperlink>
      <w:r>
        <w:t xml:space="preserve"> - Explains the focus of the workshop on using AI to enhance business growth and the importance of data collection and analysis.</w:t>
      </w:r>
      <w:r/>
    </w:p>
    <w:p>
      <w:pPr>
        <w:pStyle w:val="ListNumber"/>
        <w:spacing w:line="240" w:lineRule="auto"/>
        <w:ind w:left="720"/>
      </w:pPr>
      <w:r/>
      <w:hyperlink r:id="rId10">
        <w:r>
          <w:rPr>
            <w:color w:val="0000EE"/>
            <w:u w:val="single"/>
          </w:rPr>
          <w:t>https://www.meetup.com/innovation-friday-coffee-meetup/events/299294234/</w:t>
        </w:r>
      </w:hyperlink>
      <w:r>
        <w:t xml:space="preserve"> - Discusses the ethical considerations and responsible use of AI technologies as part of the workshop.</w:t>
      </w:r>
      <w:r/>
    </w:p>
    <w:p>
      <w:pPr>
        <w:pStyle w:val="ListNumber"/>
        <w:spacing w:line="240" w:lineRule="auto"/>
        <w:ind w:left="720"/>
      </w:pPr>
      <w:r/>
      <w:hyperlink r:id="rId10">
        <w:r>
          <w:rPr>
            <w:color w:val="0000EE"/>
            <w:u w:val="single"/>
          </w:rPr>
          <w:t>https://www.meetup.com/innovation-friday-coffee-meetup/events/299294234/</w:t>
        </w:r>
      </w:hyperlink>
      <w:r>
        <w:t xml:space="preserve"> - Mentions the sponsorship and free attendance courtesy of Friday Morning Coffee Meetup and Innovate Pasadena.</w:t>
      </w:r>
      <w:r/>
    </w:p>
    <w:p>
      <w:pPr>
        <w:pStyle w:val="ListNumber"/>
        <w:spacing w:line="240" w:lineRule="auto"/>
        <w:ind w:left="720"/>
      </w:pPr>
      <w:r/>
      <w:hyperlink r:id="rId11">
        <w:r>
          <w:rPr>
            <w:color w:val="0000EE"/>
            <w:u w:val="single"/>
          </w:rPr>
          <w:t>https://www.innovatepasadena.org/</w:t>
        </w:r>
      </w:hyperlink>
      <w:r>
        <w:t xml:space="preserve"> - Provides context about Innovate Pasadena, a nonprofit promoting innovation and entrepreneurship in the region.</w:t>
      </w:r>
      <w:r/>
    </w:p>
    <w:p>
      <w:pPr>
        <w:pStyle w:val="ListNumber"/>
        <w:spacing w:line="240" w:lineRule="auto"/>
        <w:ind w:left="720"/>
      </w:pPr>
      <w:r/>
      <w:hyperlink r:id="rId12">
        <w:r>
          <w:rPr>
            <w:color w:val="0000EE"/>
            <w:u w:val="single"/>
          </w:rPr>
          <w:t>https://www.foundrspace.com/</w:t>
        </w:r>
      </w:hyperlink>
      <w:r>
        <w:t xml:space="preserve"> - Confirms the venue of the workshop, FoundrSpace Coworking, and its location in Pasadena.</w:t>
      </w:r>
      <w:r/>
    </w:p>
    <w:p>
      <w:pPr>
        <w:pStyle w:val="ListNumber"/>
        <w:spacing w:line="240" w:lineRule="auto"/>
        <w:ind w:left="720"/>
      </w:pPr>
      <w:r/>
      <w:hyperlink r:id="rId13">
        <w:r>
          <w:rPr>
            <w:color w:val="0000EE"/>
            <w:u w:val="single"/>
          </w:rPr>
          <w:t>https://www.caltech.edu/</w:t>
        </w:r>
      </w:hyperlink>
      <w:r>
        <w:t xml:space="preserve"> - Supports the mention of Caltech as one of the esteemed institutions contributing to Pasadena's academic vitality.</w:t>
      </w:r>
      <w:r/>
    </w:p>
    <w:p>
      <w:pPr>
        <w:pStyle w:val="ListNumber"/>
        <w:spacing w:line="240" w:lineRule="auto"/>
        <w:ind w:left="720"/>
      </w:pPr>
      <w:r/>
      <w:hyperlink r:id="rId14">
        <w:r>
          <w:rPr>
            <w:color w:val="0000EE"/>
            <w:u w:val="single"/>
          </w:rPr>
          <w:t>https://www.artcenter.edu/</w:t>
        </w:r>
      </w:hyperlink>
      <w:r>
        <w:t xml:space="preserve"> - Supports the mention of ArtCenter College of Design as another esteemed institution in Pasadena.</w:t>
      </w:r>
      <w:r/>
    </w:p>
    <w:p>
      <w:pPr>
        <w:pStyle w:val="ListNumber"/>
        <w:spacing w:line="240" w:lineRule="auto"/>
        <w:ind w:left="720"/>
      </w:pPr>
      <w:r/>
      <w:hyperlink r:id="rId10">
        <w:r>
          <w:rPr>
            <w:color w:val="0000EE"/>
            <w:u w:val="single"/>
          </w:rPr>
          <w:t>https://www.meetup.com/innovation-friday-coffee-meetup/events/299294234/</w:t>
        </w:r>
      </w:hyperlink>
      <w:r>
        <w:t xml:space="preserve"> - Details the event's timing and the availability of networking opportunities before and after the presentation.</w:t>
      </w:r>
      <w:r/>
    </w:p>
    <w:p>
      <w:pPr>
        <w:pStyle w:val="ListNumber"/>
        <w:spacing w:line="240" w:lineRule="auto"/>
        <w:ind w:left="720"/>
      </w:pPr>
      <w:r/>
      <w:hyperlink r:id="rId15">
        <w:r>
          <w:rPr>
            <w:color w:val="0000EE"/>
            <w:u w:val="single"/>
          </w:rPr>
          <w:t>https://pasadenanow.com/main/pasadena-tech-expert-to-reveal-ai-secrets-for-business-growth-at-free-workshop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etup.com/innovation-friday-coffee-meetup/events/299294234/" TargetMode="External"/><Relationship Id="rId11" Type="http://schemas.openxmlformats.org/officeDocument/2006/relationships/hyperlink" Target="https://www.innovatepasadena.org/" TargetMode="External"/><Relationship Id="rId12" Type="http://schemas.openxmlformats.org/officeDocument/2006/relationships/hyperlink" Target="https://www.foundrspace.com/" TargetMode="External"/><Relationship Id="rId13" Type="http://schemas.openxmlformats.org/officeDocument/2006/relationships/hyperlink" Target="https://www.caltech.edu/" TargetMode="External"/><Relationship Id="rId14" Type="http://schemas.openxmlformats.org/officeDocument/2006/relationships/hyperlink" Target="https://www.artcenter.edu/" TargetMode="External"/><Relationship Id="rId15" Type="http://schemas.openxmlformats.org/officeDocument/2006/relationships/hyperlink" Target="https://pasadenanow.com/main/pasadena-tech-expert-to-reveal-ai-secrets-for-business-growth-at-free-worksh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