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Psychic Athos Salomé warns of potential World War III amid rising EMP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Brazilian psychic Athos Salomé, known widely as the 'living Nostradamus', has made another startling prediction, this time suggesting that the world could be on the brink of World War III due to the escalating use of electromagnetic pulse (EMP) technology. Salomé, aged 36, has garnered attention in the past for his alleged foresight into global events, having accurately predicted the Microsoft global outage, the coronavirus pandemic, and Elon Musk's acquisition of Twitter.</w:t>
      </w:r>
      <w:r/>
    </w:p>
    <w:p>
      <w:r/>
      <w:r>
        <w:t>Salomé's latest prediction raises concerns about the implications of advanced technological warfare. He suggests that the increasing use of artificial intelligence in military strategies, particularly by nations such as Iran and Israel, could either maintain peace or provoke further conflicts, depending squarely on its usage. He warns that the development and potential deployment of EMP technology by major world powers, including the United States, Russia, China, and North Korea, point towards a new form of warfare that may destabilise global security frameworks.</w:t>
      </w:r>
      <w:r/>
    </w:p>
    <w:p>
      <w:r/>
      <w:r>
        <w:t>EMP technology presents a formidable disruptive capability, with the power to incapacitate electronic systems without causing physical harm to people or buildings. This technology works by emitting a burst of energy that can nullify electronic devices. Historically, EMPs have been considered strategic tools; an example being the 1962 Starfish Prime test by the United States, which saw a 1.4 megaton nuclear explosion in the upper atmosphere, resulting in a significant EMP that disabled streetlights and disrupted global communications.</w:t>
      </w:r>
      <w:r/>
    </w:p>
    <w:p>
      <w:r/>
      <w:r>
        <w:t>Salomé envisages a potential scenario where strategic use of EMPs could lead to a 'three days of darkness' phenomenon, crippling electronic infrastructures and possibly triggering societal collapse across many nations. He indicates that localised, non-nuclear EMP devices are available today and, though limited in scope to small areas, highlight the increasing vulnerability of modern, tech-reliant societies.</w:t>
      </w:r>
      <w:r/>
    </w:p>
    <w:p>
      <w:r/>
      <w:r>
        <w:t>Expanding on the geopolitical front, Salomé forewarns about rising tensions in the South China Sea, a region fraught with territorial disputes and military build-ups, viewing it as a possible flashpoint for conflict. Furthermore, he points to a potential high-stakes cyber-attack that could serve as a catalyst for war, underlining the covert threats posed by such technological warfare.</w:t>
      </w:r>
      <w:r/>
    </w:p>
    <w:p>
      <w:r/>
      <w:r>
        <w:t>Salomé also draws attention to evolving alliances in the global landscape, particularly noting China's growing collaboration with Russia. He suggests that this partnership, driven by mutual strategic interests and a shared anti-Western sentiment, could transform regional conflicts into a larger global confrontation. He highlights Asia's rapid economic growth juxtaposed with its geopolitical instabilities, marking it a potential trigger point for wider international disputes.</w:t>
      </w:r>
      <w:r/>
    </w:p>
    <w:p>
      <w:r/>
      <w:r>
        <w:t>Overall, Salomé's prediction weaves together the implications of technological advancements with geopolitical shifts, creating a complex scenario of potential global unrest. As tensions continue to simmer on the world stage, his insights provide a perspective on the intricate balance of power, technology, and international relations.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https://timesofindia.indiatimes.com/world/rest-of-world/the-worst-is-living-nostradamus-warns-of-a-potential-us-china-conflict/articleshow/113746927.cms</w:t>
        </w:r>
      </w:hyperlink>
      <w:r>
        <w:t xml:space="preserve"> - Corroborates Athos Salomé's prediction of a potential US-China conflict, his warnings about EMP technology, and the escalating tensions in the South China Sea.</w:t>
      </w:r>
      <w:r/>
    </w:p>
    <w:p>
      <w:pPr>
        <w:pStyle w:val="ListNumber"/>
        <w:spacing w:line="240" w:lineRule="auto"/>
        <w:ind w:left="720"/>
      </w:pPr>
      <w:r/>
      <w:hyperlink r:id="rId11">
        <w:r>
          <w:rPr>
            <w:color w:val="0000EE"/>
            <w:u w:val="single"/>
          </w:rPr>
          <w:t>https://aestetica.net/living-nostradamus-strikes-again-why-your-microwave-might-start-world-war-iii/</w:t>
        </w:r>
      </w:hyperlink>
      <w:r>
        <w:t xml:space="preserve"> - Supports Salomé's predictions about EMP technology, the 'three days of darkness,' and the potential for a global conflict triggered by small incidents or cyberattacks.</w:t>
      </w:r>
      <w:r/>
    </w:p>
    <w:p>
      <w:pPr>
        <w:pStyle w:val="ListNumber"/>
        <w:spacing w:line="240" w:lineRule="auto"/>
        <w:ind w:left="720"/>
      </w:pPr>
      <w:r/>
      <w:hyperlink r:id="rId12">
        <w:r>
          <w:rPr>
            <w:color w:val="0000EE"/>
            <w:u w:val="single"/>
          </w:rPr>
          <w:t>https://economictimes.indiatimes.com/news/international/us/microsoft-outage-did-living-nostradamus-predict-it-who-is-he-know-about-real-nostradamus-and-his-predictions/articleshow/111866582.cms</w:t>
        </w:r>
      </w:hyperlink>
      <w:r>
        <w:t xml:space="preserve"> - Details Salomé's prediction of the Microsoft outage, his warnings about EMP technology, and the historical context of EMP tests.</w:t>
      </w:r>
      <w:r/>
    </w:p>
    <w:p>
      <w:pPr>
        <w:pStyle w:val="ListNumber"/>
        <w:spacing w:line="240" w:lineRule="auto"/>
        <w:ind w:left="720"/>
      </w:pPr>
      <w:r/>
      <w:hyperlink r:id="rId13">
        <w:r>
          <w:rPr>
            <w:color w:val="0000EE"/>
            <w:u w:val="single"/>
          </w:rPr>
          <w:t>https://metro.co.uk/2024/04/27/self-styled-21st-century-nostradamus-predicts-tech-blackout-2024-20730170/</w:t>
        </w:r>
      </w:hyperlink>
      <w:r>
        <w:t xml:space="preserve"> - Corroborates Salomé's prediction of a 'three days of darkness' due to EMP technology and his concerns about AI and EMP in military strategies.</w:t>
      </w:r>
      <w:r/>
    </w:p>
    <w:p>
      <w:pPr>
        <w:pStyle w:val="ListNumber"/>
        <w:spacing w:line="240" w:lineRule="auto"/>
        <w:ind w:left="720"/>
      </w:pPr>
      <w:r/>
      <w:hyperlink r:id="rId14">
        <w:r>
          <w:rPr>
            <w:color w:val="0000EE"/>
            <w:u w:val="single"/>
          </w:rPr>
          <w:t>https://economictimes.indiatimes.com/magazines/panache/living-nostradamus-predicted-microsoft-global-outage-what-he-says-about-world-war-3-amid-israel-iran-tensions/articleshow/112464140.cms</w:t>
        </w:r>
      </w:hyperlink>
      <w:r>
        <w:t xml:space="preserve"> - Supports Salomé's predictions about the Microsoft outage, the potential for a global tech blackout due to EMP, and the role of AI in military conflicts.</w:t>
      </w:r>
      <w:r/>
    </w:p>
    <w:p>
      <w:pPr>
        <w:pStyle w:val="ListNumber"/>
        <w:spacing w:line="240" w:lineRule="auto"/>
        <w:ind w:left="720"/>
      </w:pPr>
      <w:r/>
      <w:hyperlink r:id="rId10">
        <w:r>
          <w:rPr>
            <w:color w:val="0000EE"/>
            <w:u w:val="single"/>
          </w:rPr>
          <w:t>https://timesofindia.indiatimes.com/world/rest-of-world/the-worst-is-living-nostradamus-warns-of-a-potential-us-china-conflict/articleshow/113746927.cms</w:t>
        </w:r>
      </w:hyperlink>
      <w:r>
        <w:t xml:space="preserve"> - Provides details on Salomé's past accurate predictions, including the coronavirus pandemic and Elon Musk's acquisition of Twitter.</w:t>
      </w:r>
      <w:r/>
    </w:p>
    <w:p>
      <w:pPr>
        <w:pStyle w:val="ListNumber"/>
        <w:spacing w:line="240" w:lineRule="auto"/>
        <w:ind w:left="720"/>
      </w:pPr>
      <w:r/>
      <w:hyperlink r:id="rId11">
        <w:r>
          <w:rPr>
            <w:color w:val="0000EE"/>
            <w:u w:val="single"/>
          </w:rPr>
          <w:t>https://aestetica.net/living-nostradamus-strikes-again-why-your-microwave-might-start-world-war-iii/</w:t>
        </w:r>
      </w:hyperlink>
      <w:r>
        <w:t xml:space="preserve"> - Explains the geopolitical tensions in the South China Sea and the potential for a high-stakes cyber-attack as a catalyst for war.</w:t>
      </w:r>
      <w:r/>
    </w:p>
    <w:p>
      <w:pPr>
        <w:pStyle w:val="ListNumber"/>
        <w:spacing w:line="240" w:lineRule="auto"/>
        <w:ind w:left="720"/>
      </w:pPr>
      <w:r/>
      <w:hyperlink r:id="rId12">
        <w:r>
          <w:rPr>
            <w:color w:val="0000EE"/>
            <w:u w:val="single"/>
          </w:rPr>
          <w:t>https://economictimes.indiatimes.com/news/international/us/microsoft-outage-did-living-nostradamus-predict-it-who-is-he-know-about-real-nostradamus-and-his-predictions/articleshow/111866582.cms</w:t>
        </w:r>
      </w:hyperlink>
      <w:r>
        <w:t xml:space="preserve"> - Describes the historical and current development of EMP technology by major world powers, including the US, Russia, China, and North Korea.</w:t>
      </w:r>
      <w:r/>
    </w:p>
    <w:p>
      <w:pPr>
        <w:pStyle w:val="ListNumber"/>
        <w:spacing w:line="240" w:lineRule="auto"/>
        <w:ind w:left="720"/>
      </w:pPr>
      <w:r/>
      <w:hyperlink r:id="rId13">
        <w:r>
          <w:rPr>
            <w:color w:val="0000EE"/>
            <w:u w:val="single"/>
          </w:rPr>
          <w:t>https://metro.co.uk/2024/04/27/self-styled-21st-century-nostradamus-predicts-tech-blackout-2024-20730170/</w:t>
        </w:r>
      </w:hyperlink>
      <w:r>
        <w:t xml:space="preserve"> - Highlights the increasing vulnerability of modern societies to EMP attacks and the potential for societal collapse due to such disruptions.</w:t>
      </w:r>
      <w:r/>
    </w:p>
    <w:p>
      <w:pPr>
        <w:pStyle w:val="ListNumber"/>
        <w:spacing w:line="240" w:lineRule="auto"/>
        <w:ind w:left="720"/>
      </w:pPr>
      <w:r/>
      <w:hyperlink r:id="rId14">
        <w:r>
          <w:rPr>
            <w:color w:val="0000EE"/>
            <w:u w:val="single"/>
          </w:rPr>
          <w:t>https://economictimes.indiatimes.com/magazines/panache/living-nostradamus-predicted-microsoft-global-outage-what-he-says-about-world-war-3-amid-israel-iran-tensions/articleshow/112464140.cms</w:t>
        </w:r>
      </w:hyperlink>
      <w:r>
        <w:t xml:space="preserve"> - Corroborates Salomé's warnings about the evolving alliances, particularly China's collaboration with Russia, and its implications for global security.</w:t>
      </w:r>
      <w:r/>
    </w:p>
    <w:p>
      <w:pPr>
        <w:pStyle w:val="ListNumber"/>
        <w:spacing w:line="240" w:lineRule="auto"/>
        <w:ind w:left="720"/>
      </w:pPr>
      <w:r/>
      <w:hyperlink r:id="rId11">
        <w:r>
          <w:rPr>
            <w:color w:val="0000EE"/>
            <w:u w:val="single"/>
          </w:rPr>
          <w:t>https://aestetica.net/living-nostradamus-strikes-again-why-your-microwave-might-start-world-war-iii/</w:t>
        </w:r>
      </w:hyperlink>
      <w:r>
        <w:t xml:space="preserve"> - Provides context on the complex scenario of potential global unrest due to technological advancements and geopolitical shifts.</w:t>
      </w:r>
      <w:r/>
    </w:p>
    <w:p>
      <w:pPr>
        <w:pStyle w:val="ListNumber"/>
        <w:spacing w:line="240" w:lineRule="auto"/>
        <w:ind w:left="720"/>
      </w:pPr>
      <w:r/>
      <w:hyperlink r:id="rId15">
        <w:r>
          <w:rPr>
            <w:color w:val="0000EE"/>
            <w:u w:val="single"/>
          </w:rPr>
          <w:t>https://www.dailymail.co.uk/news/article-13915583/living-nostradamus-world-war-iii-prediction-latest.html?ns_mchannel=rss&amp;ns_campaign=1490&amp;ito=1490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world/rest-of-world/the-worst-is-living-nostradamus-warns-of-a-potential-us-china-conflict/articleshow/113746927.cms" TargetMode="External"/><Relationship Id="rId11" Type="http://schemas.openxmlformats.org/officeDocument/2006/relationships/hyperlink" Target="https://aestetica.net/living-nostradamus-strikes-again-why-your-microwave-might-start-world-war-iii/" TargetMode="External"/><Relationship Id="rId12" Type="http://schemas.openxmlformats.org/officeDocument/2006/relationships/hyperlink" Target="https://economictimes.indiatimes.com/news/international/us/microsoft-outage-did-living-nostradamus-predict-it-who-is-he-know-about-real-nostradamus-and-his-predictions/articleshow/111866582.cms" TargetMode="External"/><Relationship Id="rId13" Type="http://schemas.openxmlformats.org/officeDocument/2006/relationships/hyperlink" Target="https://metro.co.uk/2024/04/27/self-styled-21st-century-nostradamus-predicts-tech-blackout-2024-20730170/" TargetMode="External"/><Relationship Id="rId14" Type="http://schemas.openxmlformats.org/officeDocument/2006/relationships/hyperlink" Target="https://economictimes.indiatimes.com/magazines/panache/living-nostradamus-predicted-microsoft-global-outage-what-he-says-about-world-war-3-amid-israel-iran-tensions/articleshow/112464140.cms" TargetMode="External"/><Relationship Id="rId15" Type="http://schemas.openxmlformats.org/officeDocument/2006/relationships/hyperlink" Target="https://www.dailymail.co.uk/news/article-13915583/living-nostradamus-world-war-iii-prediction-latest.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