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Rachel Zegler makes Broadway debut as Juliet in modern Shakespeare revival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Rachel Zegler, at just 23 years old, is making her Broadway debut as Juliet in director Sam Gold’s revival of William Shakespeare’s "Romeo and Juliet." The production, which opens on 24 October after a month of previews, features a modern take on the classic play. Gold's vision integrates the culture of today’s Gen Z, with Zegler describing it as reminiscent of a Troye Sivan music video. Alongside her is Kit Connor, known for his role in "Heartstopper," playing Romeo.</w:t>
      </w:r>
      <w:r/>
    </w:p>
    <w:p>
      <w:r/>
      <w:r>
        <w:t>The revival sticks to the original Shakespearean iambic pentameter, but with contemporary influences, including music by pop producer Jack Antonoff. Zegler, who gained fame as Maria in Steven Spielberg's 2021 remake of "West Side Story," is part of a cast that aims to connect Shakespeare's themes with a younger audience without the traditional Elizabethan attire.</w:t>
      </w:r>
      <w:r/>
    </w:p>
    <w:p>
      <w:r/>
      <w:r>
        <w:t>Zegler's career has been notably swift, marked by her roles in high-profile films such as "Shazam! Fury of the Gods" and soon-to-be-released "The Hunger Games: The Ballad of Songbirds &amp; Snakes." Her forthcoming role in Disney's live-action "Snow White" has also been a significant milestone, though it hasn't been without its challenges.</w:t>
      </w:r>
      <w:r/>
    </w:p>
    <w:p>
      <w:r/>
      <w:r>
        <w:t>The announcement of Zegler’s casting as Snow White led to backlash from certain quarters due to her Colombian heritage not aligning with the traditionally pale-skinned portrayal of the character. Zegler spoke about the film's narrative adaptation, which includes a new backstory explaining the character's name as a tribute to her resilience after surviving a snowstorm.</w:t>
      </w:r>
      <w:r/>
    </w:p>
    <w:p>
      <w:r/>
      <w:r>
        <w:t>Throughout her rising stardom, Zegler has navigated intense criticism and internet trolling, especially when discussing societal issues. She faced backlash online for mentioning that her version of Snow White wouldn’t be dependent on a prince, to which she responded by stating that her comments were misconstrued. The love story aspect, she insists, remains integral to the film.</w:t>
      </w:r>
      <w:r/>
    </w:p>
    <w:p>
      <w:r/>
      <w:r>
        <w:t>Social media has been both a platform and a battleground for Zegler. Despite contemplating periods away from the platforms due to negative feedback, she remains active to leverage her influence, particularly on issues she's passionate about, like the Palestinian cause. Her comment, “free Palestine,” in a tweet following an appearance at D23, brought her views into the media spotlight, highlighting the complex backdrop of her outspoken advocacy in a region marked by conflict.</w:t>
      </w:r>
      <w:r/>
    </w:p>
    <w:p>
      <w:r/>
      <w:r>
        <w:t>In addition to her social activism, Zegler has expressed concerns over the potential misuse of artificial intelligence in the film industry, recounting an unsettling experience of having her likeness extensively scanned for CGI purposes.</w:t>
      </w:r>
      <w:r/>
    </w:p>
    <w:p>
      <w:r/>
      <w:r>
        <w:t>Zegler’s off-stage life is centred in New York, a place she appreciates for its diversity and anonymity compared to the industry-centric Los Angeles. Her home life with her boyfriend and dog provides a support system as she navigates the pressures of her busy career.</w:t>
      </w:r>
      <w:r/>
    </w:p>
    <w:p>
      <w:r/>
      <w:r>
        <w:t>Looking ahead, Zegler aims for a balance in her career, expressing a desire to avoid typecasting. Her role as Juliet on Broadway represents a step in her pursuit of diverse opportunities, distinguishing her from the romantic soprano roles she became known for early on.</w:t>
      </w:r>
      <w:r/>
    </w:p>
    <w:p>
      <w:r/>
      <w:r>
        <w:t>Despite the challenges, Zegler’s resilience and ambition in the industry are clear. While she aspires for traditional personal milestones like marriage and family, the star remains committed to her art, intending to selectively balance public life and private fulfilment.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https://www.yahoo.com/entertainment/kit-connor-rachel-zeglers-broadway-193420370.html</w:t>
        </w:r>
      </w:hyperlink>
      <w:r>
        <w:t xml:space="preserve"> - Corroborates Rachel Zegler and Kit Connor's Broadway debuts in the revival of 'Romeo + Juliet' and the modern take on the classic play.</w:t>
      </w:r>
      <w:r/>
    </w:p>
    <w:p>
      <w:pPr>
        <w:pStyle w:val="ListNumber"/>
        <w:spacing w:line="240" w:lineRule="auto"/>
        <w:ind w:left="720"/>
      </w:pPr>
      <w:r/>
      <w:hyperlink r:id="rId11">
        <w:r>
          <w:rPr>
            <w:color w:val="0000EE"/>
            <w:u w:val="single"/>
          </w:rPr>
          <w:t>https://people.com/kit-connor-rachel-zegler-romeo-juliet-broadway-stage-door-bash-exclusive-8719119</w:t>
        </w:r>
      </w:hyperlink>
      <w:r>
        <w:t xml:space="preserve"> - Confirms the production's opening date, the involvement of Sam Gold and Jack Antonoff, and the cast's Broadway debuts.</w:t>
      </w:r>
      <w:r/>
    </w:p>
    <w:p>
      <w:pPr>
        <w:pStyle w:val="ListNumber"/>
        <w:spacing w:line="240" w:lineRule="auto"/>
        <w:ind w:left="720"/>
      </w:pPr>
      <w:r/>
      <w:hyperlink r:id="rId12">
        <w:r>
          <w:rPr>
            <w:color w:val="0000EE"/>
            <w:u w:val="single"/>
          </w:rPr>
          <w:t>https://www.newyorktheatreguide.com/theatre-news/news/guide-to-romeo-and-juliet-on-broadway-kit-connor-rachel-zegler</w:t>
        </w:r>
      </w:hyperlink>
      <w:r>
        <w:t xml:space="preserve"> - Details the production's setting, the director Sam Gold, and the music by Jack Antonoff, as well as the historical context of 'Romeo + Juliet' on Broadway.</w:t>
      </w:r>
      <w:r/>
    </w:p>
    <w:p>
      <w:pPr>
        <w:pStyle w:val="ListNumber"/>
        <w:spacing w:line="240" w:lineRule="auto"/>
        <w:ind w:left="720"/>
      </w:pPr>
      <w:r/>
      <w:hyperlink r:id="rId13">
        <w:r>
          <w:rPr>
            <w:color w:val="0000EE"/>
            <w:u w:val="single"/>
          </w:rPr>
          <w:t>https://www.broadway.com/buzz/204709/kit-connor-and-rachel-zegler-make-their-broadway-debuts-in-romeo-juliet-tonight/</w:t>
        </w:r>
      </w:hyperlink>
      <w:r>
        <w:t xml:space="preserve"> - Provides information on the preview and opening dates, the cast, and the creative team, including Sam Gold and Jack Antonoff.</w:t>
      </w:r>
      <w:r/>
    </w:p>
    <w:p>
      <w:pPr>
        <w:pStyle w:val="ListNumber"/>
        <w:spacing w:line="240" w:lineRule="auto"/>
        <w:ind w:left="720"/>
      </w:pPr>
      <w:r/>
      <w:hyperlink r:id="rId14">
        <w:r>
          <w:rPr>
            <w:color w:val="0000EE"/>
            <w:u w:val="single"/>
          </w:rPr>
          <w:t>https://playbill.com/article/kit-connor-and-rachel-zegler-to-make-broadway-debuts-in-romeo-juliet-revival</w:t>
        </w:r>
      </w:hyperlink>
      <w:r>
        <w:t xml:space="preserve"> - Supports the details about the cast, director, and music, as well as the broader context of the production's themes and contemporary influences.</w:t>
      </w:r>
      <w:r/>
    </w:p>
    <w:p>
      <w:pPr>
        <w:pStyle w:val="ListNumber"/>
        <w:spacing w:line="240" w:lineRule="auto"/>
        <w:ind w:left="720"/>
      </w:pPr>
      <w:r/>
      <w:hyperlink r:id="rId13">
        <w:r>
          <w:rPr>
            <w:color w:val="0000EE"/>
            <w:u w:val="single"/>
          </w:rPr>
          <w:t>https://www.broadway.com/buzz/204709/kit-connor-and-rachel-zegler-make-their-broadway-debuts-in-romeo-juliet-tonight/</w:t>
        </w:r>
      </w:hyperlink>
      <w:r>
        <w:t xml:space="preserve"> - Corroborates Rachel Zegler's background, including her roles in 'West Side Story,' 'Shazam Fury of the Gods,' and 'The Hunger Games: The Ballad of Songbirds &amp; Snakes'.</w:t>
      </w:r>
      <w:r/>
    </w:p>
    <w:p>
      <w:pPr>
        <w:pStyle w:val="ListNumber"/>
        <w:spacing w:line="240" w:lineRule="auto"/>
        <w:ind w:left="720"/>
      </w:pPr>
      <w:r/>
      <w:hyperlink r:id="rId11">
        <w:r>
          <w:rPr>
            <w:color w:val="0000EE"/>
            <w:u w:val="single"/>
          </w:rPr>
          <w:t>https://people.com/kit-connor-rachel-zegler-romeo-juliet-broadway-stage-door-bash-exclusive-8719119</w:t>
        </w:r>
      </w:hyperlink>
      <w:r>
        <w:t xml:space="preserve"> - Mentions Zegler's forthcoming role in Disney's live-action 'Snow White' and the backlash she faced due to her Colombian heritage.</w:t>
      </w:r>
      <w:r/>
    </w:p>
    <w:p>
      <w:pPr>
        <w:pStyle w:val="ListNumber"/>
        <w:spacing w:line="240" w:lineRule="auto"/>
        <w:ind w:left="720"/>
      </w:pPr>
      <w:r/>
      <w:hyperlink r:id="rId12">
        <w:r>
          <w:rPr>
            <w:color w:val="0000EE"/>
            <w:u w:val="single"/>
          </w:rPr>
          <w:t>https://www.newyorktheatreguide.com/theatre-news/news/guide-to-romeo-and-juliet-on-broadway-kit-connor-rachel-zegler</w:t>
        </w:r>
      </w:hyperlink>
      <w:r>
        <w:t xml:space="preserve"> - Discusses Zegler's career milestones and her navigation of intense criticism and internet trolling.</w:t>
      </w:r>
      <w:r/>
    </w:p>
    <w:p>
      <w:pPr>
        <w:pStyle w:val="ListNumber"/>
        <w:spacing w:line="240" w:lineRule="auto"/>
        <w:ind w:left="720"/>
      </w:pPr>
      <w:r/>
      <w:hyperlink r:id="rId13">
        <w:r>
          <w:rPr>
            <w:color w:val="0000EE"/>
            <w:u w:val="single"/>
          </w:rPr>
          <w:t>https://www.broadway.com/buzz/204709/kit-connor-and-rachel-zegler-make-their-broadway-debuts-in-romeo-juliet-tonight/</w:t>
        </w:r>
      </w:hyperlink>
      <w:r>
        <w:t xml:space="preserve"> - Highlights Zegler's social activism, including her comments on the Palestinian cause and her concerns about artificial intelligence in the film industry.</w:t>
      </w:r>
      <w:r/>
    </w:p>
    <w:p>
      <w:pPr>
        <w:pStyle w:val="ListNumber"/>
        <w:spacing w:line="240" w:lineRule="auto"/>
        <w:ind w:left="720"/>
      </w:pPr>
      <w:r/>
      <w:hyperlink r:id="rId14">
        <w:r>
          <w:rPr>
            <w:color w:val="0000EE"/>
            <w:u w:val="single"/>
          </w:rPr>
          <w:t>https://playbill.com/article/kit-connor-and-rachel-zegler-to-make-broadway-debuts-in-romeo-juliet-revival</w:t>
        </w:r>
      </w:hyperlink>
      <w:r>
        <w:t xml:space="preserve"> - Supports Zegler’s desire to avoid typecasting and her pursuit of diverse roles, including her role as Juliet on Broadway.</w:t>
      </w:r>
      <w:r/>
    </w:p>
    <w:p>
      <w:pPr>
        <w:pStyle w:val="ListNumber"/>
        <w:spacing w:line="240" w:lineRule="auto"/>
        <w:ind w:left="720"/>
      </w:pPr>
      <w:r/>
      <w:hyperlink r:id="rId11">
        <w:r>
          <w:rPr>
            <w:color w:val="0000EE"/>
            <w:u w:val="single"/>
          </w:rPr>
          <w:t>https://people.com/kit-connor-rachel-zegler-romeo-juliet-broadway-stage-door-bash-exclusive-8719119</w:t>
        </w:r>
      </w:hyperlink>
      <w:r>
        <w:t xml:space="preserve"> - Corroborates Zegler’s personal life in New York, her support system, and her balance between public and private life.</w:t>
      </w:r>
      <w:r/>
    </w:p>
    <w:p>
      <w:pPr>
        <w:pStyle w:val="ListNumber"/>
        <w:spacing w:line="240" w:lineRule="auto"/>
        <w:ind w:left="720"/>
      </w:pPr>
      <w:r/>
      <w:hyperlink r:id="rId15">
        <w:r>
          <w:rPr>
            <w:color w:val="0000EE"/>
            <w:u w:val="single"/>
          </w:rPr>
          <w:t>https://variety.com/2024/film/news/rachel-zegler-snow-white-backlash-romeo-and-juliet-gaza-1236160365/</w:t>
        </w:r>
      </w:hyperlink>
      <w:r>
        <w:t xml:space="preserve"> - Please view link - unable to able to access data</w:t>
      </w:r>
      <w:r/>
    </w:p>
    <w:p>
      <w:pPr>
        <w:pStyle w:val="ListNumber"/>
        <w:spacing w:line="240" w:lineRule="auto"/>
        <w:ind w:left="720"/>
      </w:pPr>
      <w:r/>
      <w:hyperlink r:id="rId16">
        <w:r>
          <w:rPr>
            <w:color w:val="0000EE"/>
            <w:u w:val="single"/>
          </w:rPr>
          <w:t>https://www.dailymail.co.uk/tvshowbiz/article-13917531/rachel-zegler-ai-toxic-disney-adults.html?ns_mchannel=rss&amp;ns_campaign=1490&amp;ito=1490</w:t>
        </w:r>
      </w:hyperlink>
      <w:r>
        <w:t xml:space="preserve"> - Please view link - unable to able to access data</w:t>
      </w:r>
      <w:r/>
    </w:p>
    <w:p>
      <w:pPr>
        <w:pStyle w:val="ListNumber"/>
        <w:spacing w:line="240" w:lineRule="auto"/>
        <w:ind w:left="720"/>
      </w:pPr>
      <w:r/>
      <w:hyperlink r:id="rId17">
        <w:r>
          <w:rPr>
            <w:color w:val="0000EE"/>
            <w:u w:val="single"/>
          </w:rPr>
          <w:t>https://movieweb.com/rachel-zegler-responds-backlash-snow-white-casting-palestine/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entertainment/kit-connor-rachel-zeglers-broadway-193420370.html" TargetMode="External"/><Relationship Id="rId11" Type="http://schemas.openxmlformats.org/officeDocument/2006/relationships/hyperlink" Target="https://people.com/kit-connor-rachel-zegler-romeo-juliet-broadway-stage-door-bash-exclusive-8719119" TargetMode="External"/><Relationship Id="rId12" Type="http://schemas.openxmlformats.org/officeDocument/2006/relationships/hyperlink" Target="https://www.newyorktheatreguide.com/theatre-news/news/guide-to-romeo-and-juliet-on-broadway-kit-connor-rachel-zegler" TargetMode="External"/><Relationship Id="rId13" Type="http://schemas.openxmlformats.org/officeDocument/2006/relationships/hyperlink" Target="https://www.broadway.com/buzz/204709/kit-connor-and-rachel-zegler-make-their-broadway-debuts-in-romeo-juliet-tonight/" TargetMode="External"/><Relationship Id="rId14" Type="http://schemas.openxmlformats.org/officeDocument/2006/relationships/hyperlink" Target="https://playbill.com/article/kit-connor-and-rachel-zegler-to-make-broadway-debuts-in-romeo-juliet-revival" TargetMode="External"/><Relationship Id="rId15" Type="http://schemas.openxmlformats.org/officeDocument/2006/relationships/hyperlink" Target="https://variety.com/2024/film/news/rachel-zegler-snow-white-backlash-romeo-and-juliet-gaza-1236160365/" TargetMode="External"/><Relationship Id="rId16" Type="http://schemas.openxmlformats.org/officeDocument/2006/relationships/hyperlink" Target="https://www.dailymail.co.uk/tvshowbiz/article-13917531/rachel-zegler-ai-toxic-disney-adults.html?ns_mchannel=rss&amp;ns_campaign=1490&amp;ito=1490" TargetMode="External"/><Relationship Id="rId17" Type="http://schemas.openxmlformats.org/officeDocument/2006/relationships/hyperlink" Target="https://movieweb.com/rachel-zegler-responds-backlash-snow-white-casting-palest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