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Rain Viewer unveils AI-powered update with iOS 18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Rain Viewer Unveils AI-Powered Update with iOS 18 Integration</w:t>
      </w:r>
      <w:r/>
    </w:p>
    <w:p>
      <w:r/>
      <w:r>
        <w:t>In a significant development for weather enthusiasts and tech-savvy users, Rain Viewer, a prominent weather app, has rolled out a substantial update that introduces an artificial intelligence (AI) assistant and enhanced features tailored for iOS 18. Launched on October 2, 2023, this update seeks to refine the user experience by offering more personalised and intuitive weather information directly on iPhones.</w:t>
      </w:r>
      <w:r/>
    </w:p>
    <w:p>
      <w:r/>
      <w:r>
        <w:rPr>
          <w:b/>
        </w:rPr>
        <w:t>Innovative AI Assistant Enhancements</w:t>
      </w:r>
      <w:r/>
    </w:p>
    <w:p>
      <w:r/>
      <w:r>
        <w:t>A key highlight of the Rain Viewer 5.6 update is the integration of an AI assistant designed to streamline access to weather data. Powered by the OpenAI API, this virtual assistant is engineered to deliver immediate weather insights and recommendations through notifications. Users can expect timely advisories on weather-related precautions, enhancing the app’s utility during adverse weather conditions. By processing intricate meteorological data, the AI assistant aims to simplify complex weather information, making it more comprehensible for a diverse global audience.</w:t>
      </w:r>
      <w:r/>
    </w:p>
    <w:p>
      <w:r/>
      <w:r>
        <w:t>This integration underscores Rain Viewer's commitment to harnessing advanced technology to make weather data more accessible and actionable. The move to include AI-driven recommendations places the app at the forefront of evolving weather technology solutions.</w:t>
      </w:r>
      <w:r/>
    </w:p>
    <w:p>
      <w:r/>
      <w:r>
        <w:rPr>
          <w:b/>
        </w:rPr>
        <w:t>Adapting to iOS 18 Capabilities</w:t>
      </w:r>
      <w:r/>
    </w:p>
    <w:p>
      <w:r/>
      <w:r>
        <w:t>Coinciding with the release of Apple’s iOS 18, MeteoLab Inc., the developers behind Rain Viewer, have tailored the app to leverage the capabilities of the latest operating system. New features include seamless Siri integration and Control Centre notifications, allowing users to interact with the app without manually launching it. The update also permits users to customise their Home Screen with a Rain Viewer widget, offering quick access to radar animations that feature haptic feedback, enhancing the interactive experience.</w:t>
      </w:r>
      <w:r/>
    </w:p>
    <w:p>
      <w:r/>
      <w:r>
        <w:t>The app has also undergone a significant overhaul for Apple Watch compatibility, broadening the reach and functionality of Rain Viewer across Apple’s ecosystem. These enhancements align with Apple’s focus on delivering continuous and real-time information to users.</w:t>
      </w:r>
      <w:r/>
    </w:p>
    <w:p>
      <w:r/>
      <w:r>
        <w:rPr>
          <w:b/>
        </w:rPr>
        <w:t>Subscription and Access Options</w:t>
      </w:r>
      <w:r/>
    </w:p>
    <w:p>
      <w:r/>
      <w:r>
        <w:t>Rain Viewer caters to both free and premium users, ensuring accessibility while offering advanced features for those seeking a deeper experience. The free version of the app provides users with basic functionalities such as 12-hour and 7-day forecasts derived from satellite maps and radar, as well as precipitation alerts and intensity charts.</w:t>
      </w:r>
      <w:r/>
    </w:p>
    <w:p>
      <w:r/>
      <w:r>
        <w:t>For those opting for the premium version, a subscription fee of $4.99 monthly, $9.99 quarterly, or $19.99 annually unlocks a range of expanded features. These include extended 48-hour and 14-day forecasts, tropical storm tracking capabilities, storm direction indicators, and temperature overlays on maps. The premium version also guarantees an ad-free experience, enhancing usability.</w:t>
      </w:r>
      <w:r/>
    </w:p>
    <w:p>
      <w:r/>
      <w:r>
        <w:t>Rain Viewer is accessible on multiple platforms, including the Apple App Store for iPhone, iPad, and Apple Watch, as well as Android devices, ensuring its availability to a broad user base.</w:t>
      </w:r>
      <w:r/>
    </w:p>
    <w:p>
      <w:r/>
      <w:r>
        <w:rPr>
          <w:b/>
        </w:rPr>
        <w:t>Conclusion</w:t>
      </w:r>
      <w:r/>
    </w:p>
    <w:p>
      <w:r/>
      <w:r>
        <w:t>The latest update from Rain Viewer exemplifies how technology is reshaping the way users interact with weather data. By integrating AI and enhancing iOS 18 functionality, Rain Viewer aims to deliver a more interactive and user-friendly experience, solidifying its position as a cutting-edge weather application. As these developments unfold, the app's ability to provide immediate and personalised weather updates could significantly influence how users plan and respond to weather changes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https://apps.apple.com/ai/app/rain-viewer-today-weather/id980123924</w:t>
        </w:r>
      </w:hyperlink>
      <w:r>
        <w:t xml:space="preserve"> - Corroborates the integration of Rain Viewer with iOS 18, including Siri integration, Control Center icon, and Apple Watch app redesign.</w:t>
      </w:r>
      <w:r/>
    </w:p>
    <w:p>
      <w:pPr>
        <w:pStyle w:val="ListNumber"/>
        <w:spacing w:line="240" w:lineRule="auto"/>
        <w:ind w:left="720"/>
      </w:pPr>
      <w:r/>
      <w:hyperlink r:id="rId11">
        <w:r>
          <w:rPr>
            <w:color w:val="0000EE"/>
            <w:u w:val="single"/>
          </w:rPr>
          <w:t>https://www.macobserver.com/news/rain-viewer-unveils-major-updates-for-ios-18/</w:t>
        </w:r>
      </w:hyperlink>
      <w:r>
        <w:t xml:space="preserve"> - Details the major updates for Rain Viewer, including Siri integration, Apple Watch app updates, and Control Center notifications, all aligned with iOS 18.</w:t>
      </w:r>
      <w:r/>
    </w:p>
    <w:p>
      <w:pPr>
        <w:pStyle w:val="ListNumber"/>
        <w:spacing w:line="240" w:lineRule="auto"/>
        <w:ind w:left="720"/>
      </w:pPr>
      <w:r/>
      <w:hyperlink r:id="rId12">
        <w:r>
          <w:rPr>
            <w:color w:val="0000EE"/>
            <w:u w:val="single"/>
          </w:rPr>
          <w:t>https://www.rainviewer.com/blog/rain-viewer-5.5-ready-for-ios-18.html</w:t>
        </w:r>
      </w:hyperlink>
      <w:r>
        <w:t xml:space="preserve"> - Explains the new features in Rain Viewer 5.5, such as Siri shortcuts, redesigned Apple Watch app, and Control Center icon, all compatible with iOS 18.</w:t>
      </w:r>
      <w:r/>
    </w:p>
    <w:p>
      <w:pPr>
        <w:pStyle w:val="ListNumber"/>
        <w:spacing w:line="240" w:lineRule="auto"/>
        <w:ind w:left="720"/>
      </w:pPr>
      <w:r/>
      <w:hyperlink r:id="rId13">
        <w:r>
          <w:rPr>
            <w:color w:val="0000EE"/>
            <w:u w:val="single"/>
          </w:rPr>
          <w:t>https://apps.apple.com/us/app/rain-viewer-weather-radar-map/id980123924</w:t>
        </w:r>
      </w:hyperlink>
      <w:r>
        <w:t xml:space="preserve"> - Provides information on the app's features, including hyperlocal forecasts, weather alerts, radar maps, and widgets, as well as the subscription options.</w:t>
      </w:r>
      <w:r/>
    </w:p>
    <w:p>
      <w:pPr>
        <w:pStyle w:val="ListNumber"/>
        <w:spacing w:line="240" w:lineRule="auto"/>
        <w:ind w:left="720"/>
      </w:pPr>
      <w:r/>
      <w:hyperlink r:id="rId10">
        <w:r>
          <w:rPr>
            <w:color w:val="0000EE"/>
            <w:u w:val="single"/>
          </w:rPr>
          <w:t>https://apps.apple.com/ai/app/rain-viewer-today-weather/id980123924</w:t>
        </w:r>
      </w:hyperlink>
      <w:r>
        <w:t xml:space="preserve"> - Mentions the premium features available through subscription, such as extended forecasts, tropical storm tracking, and ad-free experience.</w:t>
      </w:r>
      <w:r/>
    </w:p>
    <w:p>
      <w:pPr>
        <w:pStyle w:val="ListNumber"/>
        <w:spacing w:line="240" w:lineRule="auto"/>
        <w:ind w:left="720"/>
      </w:pPr>
      <w:r/>
      <w:hyperlink r:id="rId11">
        <w:r>
          <w:rPr>
            <w:color w:val="0000EE"/>
            <w:u w:val="single"/>
          </w:rPr>
          <w:t>https://www.macobserver.com/news/rain-viewer-unveils-major-updates-for-ios-18/</w:t>
        </w:r>
      </w:hyperlink>
      <w:r>
        <w:t xml:space="preserve"> - Discusses the availability of Rain Viewer on multiple Apple devices, including iPhone, iPad, and Apple Watch, and its compatibility with iOS 18.</w:t>
      </w:r>
      <w:r/>
    </w:p>
    <w:p>
      <w:pPr>
        <w:pStyle w:val="ListNumber"/>
        <w:spacing w:line="240" w:lineRule="auto"/>
        <w:ind w:left="720"/>
      </w:pPr>
      <w:r/>
      <w:hyperlink r:id="rId12">
        <w:r>
          <w:rPr>
            <w:color w:val="0000EE"/>
            <w:u w:val="single"/>
          </w:rPr>
          <w:t>https://www.rainviewer.com/blog/rain-viewer-5.5-ready-for-ios-18.html</w:t>
        </w:r>
      </w:hyperlink>
      <w:r>
        <w:t xml:space="preserve"> - Details the user experience enhancements, including haptic feedback in radar animations and quick access to weather data via widgets and Control Center.</w:t>
      </w:r>
      <w:r/>
    </w:p>
    <w:p>
      <w:pPr>
        <w:pStyle w:val="ListNumber"/>
        <w:spacing w:line="240" w:lineRule="auto"/>
        <w:ind w:left="720"/>
      </w:pPr>
      <w:r/>
      <w:hyperlink r:id="rId13">
        <w:r>
          <w:rPr>
            <w:color w:val="0000EE"/>
            <w:u w:val="single"/>
          </w:rPr>
          <w:t>https://apps.apple.com/us/app/rain-viewer-weather-radar-map/id980123924</w:t>
        </w:r>
      </w:hyperlink>
      <w:r>
        <w:t xml:space="preserve"> - Explains the data privacy policy of Rain Viewer, emphasizing that the app does not personify or sell user data.</w:t>
      </w:r>
      <w:r/>
    </w:p>
    <w:p>
      <w:pPr>
        <w:pStyle w:val="ListNumber"/>
        <w:spacing w:line="240" w:lineRule="auto"/>
        <w:ind w:left="720"/>
      </w:pPr>
      <w:r/>
      <w:hyperlink r:id="rId11">
        <w:r>
          <w:rPr>
            <w:color w:val="0000EE"/>
            <w:u w:val="single"/>
          </w:rPr>
          <w:t>https://www.macobserver.com/news/rain-viewer-unveils-major-updates-for-ios-18/</w:t>
        </w:r>
      </w:hyperlink>
      <w:r>
        <w:t xml:space="preserve"> - Highlights the app's commitment to using advanced technology to make weather data more accessible and actionable.</w:t>
      </w:r>
      <w:r/>
    </w:p>
    <w:p>
      <w:pPr>
        <w:pStyle w:val="ListNumber"/>
        <w:spacing w:line="240" w:lineRule="auto"/>
        <w:ind w:left="720"/>
      </w:pPr>
      <w:r/>
      <w:hyperlink r:id="rId12">
        <w:r>
          <w:rPr>
            <w:color w:val="0000EE"/>
            <w:u w:val="single"/>
          </w:rPr>
          <w:t>https://www.rainviewer.com/blog/rain-viewer-5.5-ready-for-ios-18.html</w:t>
        </w:r>
      </w:hyperlink>
      <w:r>
        <w:t xml:space="preserve"> - Describes the process of adding Siri shortcuts to Rain Viewer for quick weather updates and other functionalities.</w:t>
      </w:r>
      <w:r/>
    </w:p>
    <w:p>
      <w:pPr>
        <w:pStyle w:val="ListNumber"/>
        <w:spacing w:line="240" w:lineRule="auto"/>
        <w:ind w:left="720"/>
      </w:pPr>
      <w:r/>
      <w:hyperlink r:id="rId10">
        <w:r>
          <w:rPr>
            <w:color w:val="0000EE"/>
            <w:u w:val="single"/>
          </w:rPr>
          <w:t>https://apps.apple.com/ai/app/rain-viewer-today-weather/id980123924</w:t>
        </w:r>
      </w:hyperlink>
      <w:r>
        <w:t xml:space="preserve"> - Lists the various platforms on which Rain Viewer is available, including iPhone, iPad, Apple Watch, and Mac, with specific OS requirements.</w:t>
      </w:r>
      <w:r/>
    </w:p>
    <w:p>
      <w:pPr>
        <w:pStyle w:val="ListNumber"/>
        <w:spacing w:line="240" w:lineRule="auto"/>
        <w:ind w:left="720"/>
      </w:pPr>
      <w:r/>
      <w:hyperlink r:id="rId14">
        <w:r>
          <w:rPr>
            <w:color w:val="0000EE"/>
            <w:u w:val="single"/>
          </w:rPr>
          <w:t>https://www.macobserver.com/news/weather-app-rain-viewer-introduces-ai-assistant-and-major-updates-for-ios-18/?utm_source=macobserver&amp;utm_medium=rss&amp;utm_campaign=rss_everything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s.apple.com/ai/app/rain-viewer-today-weather/id980123924" TargetMode="External"/><Relationship Id="rId11" Type="http://schemas.openxmlformats.org/officeDocument/2006/relationships/hyperlink" Target="https://www.macobserver.com/news/rain-viewer-unveils-major-updates-for-ios-18/" TargetMode="External"/><Relationship Id="rId12" Type="http://schemas.openxmlformats.org/officeDocument/2006/relationships/hyperlink" Target="https://www.rainviewer.com/blog/rain-viewer-5.5-ready-for-ios-18.html" TargetMode="External"/><Relationship Id="rId13" Type="http://schemas.openxmlformats.org/officeDocument/2006/relationships/hyperlink" Target="https://apps.apple.com/us/app/rain-viewer-weather-radar-map/id980123924" TargetMode="External"/><Relationship Id="rId14" Type="http://schemas.openxmlformats.org/officeDocument/2006/relationships/hyperlink" Target="https://www.macobserver.com/news/weather-app-rain-viewer-introduces-ai-assistant-and-major-updates-for-ios-18/?utm_source=macobserver&amp;utm_medium=rss&amp;utm_campaign=rss_every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