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Raspberry Pi AI kit enhances small-scale computing with advanced AI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technological advancements, artificial intelligence (AI) has become more accessible to hobbyists and developers, particularly with the introduction of the Raspberry Pi AI Kit for the Raspberry Pi 5. This innovative kit allows users to enhance their Raspberry Pi 5 boards with advanced AI computational power, marking a significant step in integrating AI capabilities into small-scale, cost-effective computing platforms.</w:t>
      </w:r>
      <w:r/>
    </w:p>
    <w:p>
      <w:r/>
      <w:r>
        <w:t>The Raspberry Pi AI kit, which became available earlier this month, is offered by numerous retailers such as Amazon and local electronics suppliers including Chicago Electronic Suppliers. The kit is designed to provide a straightforward and affordable method to bolster the Raspberry Pi 5 with AI functionality.</w:t>
      </w:r>
      <w:r/>
    </w:p>
    <w:p>
      <w:r/>
      <w:r>
        <w:t>At the heart of this AI kit is the Raspberry Pi M.2 HAT+, which is pre-installed with an M.2 2242-format board featuring the Hailo 8L AI chip. This chip acts as a Neural Processing Unit (NPU), capable of achieving an astounding 13 trillion operations per second (TOPS), providing substantial computation power needed for various AI applications. The M.2 HAT+ board, having been released last month, is versatile enough to accommodate other M.2 accessories such as additional storage or AI accelerator boards.</w:t>
      </w:r>
      <w:r/>
    </w:p>
    <w:p>
      <w:r/>
      <w:r>
        <w:t>The integration process is designed to be user-friendly. For those who already possess a Raspberry Pi 5 with an installed M.2 HAT+, replacement with the new AI board is necessary to ensure optimal function and prevent overheating issues. The kit includes all required components: the AI board, a GPIO stacking header, spacers, screws, and a crucial ribbon cable for connection to the PCI Express interface. The ribbon cable, though robust, requires careful handling during installation.</w:t>
      </w:r>
      <w:r/>
    </w:p>
    <w:p>
      <w:r/>
      <w:r>
        <w:t>Ensuring adequate cooling is vital, as the NPU produces significant heat during operation. The AI board can be used alongside the official Raspberry Pi 5 active cooler, an accessory highly recommended to improve airflow and maintain a manageable temperature, thereby sustaining performance levels.</w:t>
      </w:r>
      <w:r/>
    </w:p>
    <w:p>
      <w:r/>
      <w:r>
        <w:t xml:space="preserve">Installation of the software follows the initial hardware setup. Users need to insert a microSD card containing the latest Raspberry Pi "Bookworm" operating system and execute a simple command to install the required drivers, firmware, middleware, and libraries necessary for the chip's operation. The command line entry simplifies this otherwise intricate process to a single line of code: </w:t>
      </w:r>
      <w:r>
        <w:rPr>
          <w:rFonts w:ascii="Courier" w:hAnsi="Courier"/>
        </w:rPr>
        <w:t>sudo apt install hailo-all</w:t>
      </w:r>
      <w:r>
        <w:t>.</w:t>
      </w:r>
      <w:r/>
    </w:p>
    <w:p>
      <w:r/>
      <w:r>
        <w:t>This AI kit expansion makes the Raspberry Pi 5 an appealing choice for developing a wide range of AI-driven applications, including process control, security systems, home automation, and robotics. Given its accessibility and efficiency, the kit offers developers an opportunity to embed enhanced AI functions into their projects without significant investment.</w:t>
      </w:r>
      <w:r/>
    </w:p>
    <w:p>
      <w:r/>
      <w:r>
        <w:t>The Raspberry Pi AI Kit is an immediate solution for those looking to integrate high-performance AI capabilities, providing an effective blend of cost-efficiency and power. With availability from widely recognised suppliers such as Canakit, PiShop.us, and Vilros, along with major online retailers, the Raspberry Pi AI Kit continues to stride towards embedding AI within reach of enthusiasts and professionals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https://www.raspberrypi.com/news/raspberry-pi-ai-kit-available-now-at-70/</w:t>
        </w:r>
      </w:hyperlink>
      <w:r>
        <w:t xml:space="preserve"> - Corroborates the introduction of the Raspberry Pi AI Kit for the Raspberry Pi 5 and its key features, including the Hailo-8L AI chip and its 13 TOPS performance.</w:t>
      </w:r>
      <w:r/>
    </w:p>
    <w:p>
      <w:pPr>
        <w:pStyle w:val="ListNumber"/>
        <w:spacing w:line="240" w:lineRule="auto"/>
        <w:ind w:left="720"/>
      </w:pPr>
      <w:r/>
      <w:hyperlink r:id="rId11">
        <w:r>
          <w:rPr>
            <w:color w:val="0000EE"/>
            <w:u w:val="single"/>
          </w:rPr>
          <w:t>https://www.raspberrypi.com/documentation/accessories/ai-kit.html</w:t>
        </w:r>
      </w:hyperlink>
      <w:r>
        <w:t xml:space="preserve"> - Details the components of the Raspberry Pi AI Kit, including the Raspberry Pi M.2 HAT+, Hailo AI module, and necessary installation steps.</w:t>
      </w:r>
      <w:r/>
    </w:p>
    <w:p>
      <w:pPr>
        <w:pStyle w:val="ListNumber"/>
        <w:spacing w:line="240" w:lineRule="auto"/>
        <w:ind w:left="720"/>
      </w:pPr>
      <w:r/>
      <w:hyperlink r:id="rId12">
        <w:r>
          <w:rPr>
            <w:color w:val="0000EE"/>
            <w:u w:val="single"/>
          </w:rPr>
          <w:t>https://www.amazon.com/Raspberry-Pi-SC1438-AI-Kit/dp/B0D6GMXH73</w:t>
        </w:r>
      </w:hyperlink>
      <w:r>
        <w:t xml:space="preserve"> - Confirms the availability of the Raspberry Pi AI Kit from retailers like Amazon and lists the included components.</w:t>
      </w:r>
      <w:r/>
    </w:p>
    <w:p>
      <w:pPr>
        <w:pStyle w:val="ListNumber"/>
        <w:spacing w:line="240" w:lineRule="auto"/>
        <w:ind w:left="720"/>
      </w:pPr>
      <w:r/>
      <w:hyperlink r:id="rId13">
        <w:r>
          <w:rPr>
            <w:color w:val="0000EE"/>
            <w:u w:val="single"/>
          </w:rPr>
          <w:t>https://www.canakit.com/raspberry-pi-ai-kit.html</w:t>
        </w:r>
      </w:hyperlink>
      <w:r>
        <w:t xml:space="preserve"> - Provides information on the kit's components, including the Hailo AI module, M.2 HAT+, and other accessories, and its applications in various fields.</w:t>
      </w:r>
      <w:r/>
    </w:p>
    <w:p>
      <w:pPr>
        <w:pStyle w:val="ListNumber"/>
        <w:spacing w:line="240" w:lineRule="auto"/>
        <w:ind w:left="720"/>
      </w:pPr>
      <w:r/>
      <w:hyperlink r:id="rId14">
        <w:r>
          <w:rPr>
            <w:color w:val="0000EE"/>
            <w:u w:val="single"/>
          </w:rPr>
          <w:t>https://www.raspberrypi.com/products/ai-kit/</w:t>
        </w:r>
      </w:hyperlink>
      <w:r>
        <w:t xml:space="preserve"> - Outlines the key features and benefits of the Raspberry Pi AI Kit, including its integration with the Raspberry Pi 5 and AI capabilities.</w:t>
      </w:r>
      <w:r/>
    </w:p>
    <w:p>
      <w:pPr>
        <w:pStyle w:val="ListNumber"/>
        <w:spacing w:line="240" w:lineRule="auto"/>
        <w:ind w:left="720"/>
      </w:pPr>
      <w:r/>
      <w:hyperlink r:id="rId10">
        <w:r>
          <w:rPr>
            <w:color w:val="0000EE"/>
            <w:u w:val="single"/>
          </w:rPr>
          <w:t>https://www.raspberrypi.com/news/raspberry-pi-ai-kit-available-now-at-70/</w:t>
        </w:r>
      </w:hyperlink>
      <w:r>
        <w:t xml:space="preserve"> - Explains the user-friendly installation process and the importance of cooling, such as using the Raspberry Pi 5 active cooler.</w:t>
      </w:r>
      <w:r/>
    </w:p>
    <w:p>
      <w:pPr>
        <w:pStyle w:val="ListNumber"/>
        <w:spacing w:line="240" w:lineRule="auto"/>
        <w:ind w:left="720"/>
      </w:pPr>
      <w:r/>
      <w:hyperlink r:id="rId11">
        <w:r>
          <w:rPr>
            <w:color w:val="0000EE"/>
            <w:u w:val="single"/>
          </w:rPr>
          <w:t>https://www.raspberrypi.com/documentation/accessories/ai-kit.html</w:t>
        </w:r>
      </w:hyperlink>
      <w:r>
        <w:t xml:space="preserve"> - Details the software installation steps, including the command to install the required drivers and middleware: </w:t>
      </w:r>
      <w:r>
        <w:rPr>
          <w:rFonts w:ascii="Courier" w:hAnsi="Courier"/>
        </w:rPr>
        <w:t>sudo apt install hailo-all</w:t>
      </w:r>
      <w:r>
        <w:t>.</w:t>
      </w:r>
      <w:r/>
    </w:p>
    <w:p>
      <w:pPr>
        <w:pStyle w:val="ListNumber"/>
        <w:spacing w:line="240" w:lineRule="auto"/>
        <w:ind w:left="720"/>
      </w:pPr>
      <w:r/>
      <w:hyperlink r:id="rId13">
        <w:r>
          <w:rPr>
            <w:color w:val="0000EE"/>
            <w:u w:val="single"/>
          </w:rPr>
          <w:t>https://www.canakit.com/raspberry-pi-ai-kit.html</w:t>
        </w:r>
      </w:hyperlink>
      <w:r>
        <w:t xml:space="preserve"> - Highlights the kit's applications in process control, security systems, home automation, and robotics.</w:t>
      </w:r>
      <w:r/>
    </w:p>
    <w:p>
      <w:pPr>
        <w:pStyle w:val="ListNumber"/>
        <w:spacing w:line="240" w:lineRule="auto"/>
        <w:ind w:left="720"/>
      </w:pPr>
      <w:r/>
      <w:hyperlink r:id="rId10">
        <w:r>
          <w:rPr>
            <w:color w:val="0000EE"/>
            <w:u w:val="single"/>
          </w:rPr>
          <w:t>https://www.raspberrypi.com/news/raspberry-pi-ai-kit-available-now-at-70/</w:t>
        </w:r>
      </w:hyperlink>
      <w:r>
        <w:t xml:space="preserve"> - Mentions the availability of the kit from various suppliers and its cost-effectiveness.</w:t>
      </w:r>
      <w:r/>
    </w:p>
    <w:p>
      <w:pPr>
        <w:pStyle w:val="ListNumber"/>
        <w:spacing w:line="240" w:lineRule="auto"/>
        <w:ind w:left="720"/>
      </w:pPr>
      <w:r/>
      <w:hyperlink r:id="rId11">
        <w:r>
          <w:rPr>
            <w:color w:val="0000EE"/>
            <w:u w:val="single"/>
          </w:rPr>
          <w:t>https://www.raspberrypi.com/documentation/accessories/ai-kit.html</w:t>
        </w:r>
      </w:hyperlink>
      <w:r>
        <w:t xml:space="preserve"> - Provides instructions on ensuring the Raspberry Pi firmware is up-to-date and the importance of disconnecting power during installation.</w:t>
      </w:r>
      <w:r/>
    </w:p>
    <w:p>
      <w:pPr>
        <w:pStyle w:val="ListNumber"/>
        <w:spacing w:line="240" w:lineRule="auto"/>
        <w:ind w:left="720"/>
      </w:pPr>
      <w:r/>
      <w:hyperlink r:id="rId13">
        <w:r>
          <w:rPr>
            <w:color w:val="0000EE"/>
            <w:u w:val="single"/>
          </w:rPr>
          <w:t>https://www.canakit.com/raspberry-pi-ai-kit.html</w:t>
        </w:r>
      </w:hyperlink>
      <w:r>
        <w:t xml:space="preserve"> - Corroborates the kit's compatibility with the Raspberry Pi 5 and the use of the M.2 2242 format board featuring the Hailo 8L AI chip.</w:t>
      </w:r>
      <w:r/>
    </w:p>
    <w:p>
      <w:pPr>
        <w:pStyle w:val="ListNumber"/>
        <w:spacing w:line="240" w:lineRule="auto"/>
        <w:ind w:left="720"/>
      </w:pPr>
      <w:r/>
      <w:hyperlink r:id="rId15">
        <w:r>
          <w:rPr>
            <w:color w:val="0000EE"/>
            <w:u w:val="single"/>
          </w:rPr>
          <w:t>https://www.zdnet.com/home-and-office/how-to-add-ai-superpowers-to-your-raspberry-pi/#ftag=RSSbaffb68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aspberrypi.com/news/raspberry-pi-ai-kit-available-now-at-70/" TargetMode="External"/><Relationship Id="rId11" Type="http://schemas.openxmlformats.org/officeDocument/2006/relationships/hyperlink" Target="https://www.raspberrypi.com/documentation/accessories/ai-kit.html" TargetMode="External"/><Relationship Id="rId12" Type="http://schemas.openxmlformats.org/officeDocument/2006/relationships/hyperlink" Target="https://www.amazon.com/Raspberry-Pi-SC1438-AI-Kit/dp/B0D6GMXH73" TargetMode="External"/><Relationship Id="rId13" Type="http://schemas.openxmlformats.org/officeDocument/2006/relationships/hyperlink" Target="https://www.canakit.com/raspberry-pi-ai-kit.html" TargetMode="External"/><Relationship Id="rId14" Type="http://schemas.openxmlformats.org/officeDocument/2006/relationships/hyperlink" Target="https://www.raspberrypi.com/products/ai-kit/" TargetMode="External"/><Relationship Id="rId15" Type="http://schemas.openxmlformats.org/officeDocument/2006/relationships/hyperlink" Target="https://www.zdnet.com/home-and-office/how-to-add-ai-superpowers-to-your-raspberry-pi/#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