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Recent study reveals AI programming assistant may not enhance efficiency for coders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Recent Study Reveals AI Programming Assistant May Not Enhance Efficiency for Coders</w:t>
      </w:r>
      <w:r/>
    </w:p>
    <w:p>
      <w:r/>
      <w:r>
        <w:t>In the tech world, the integration of artificial intelligence tools has been championed as a means to enhance productivity. However, a recent study by Uplevel, a software management company, calls this assumption into question, particularly regarding GitHub's AI programming assistant, Copilot. The findings suggest that the anticipated benefits of AI-driven coding aids may not be as significant as previously thought.</w:t>
      </w:r>
      <w:r/>
    </w:p>
    <w:p>
      <w:r/>
      <w:r>
        <w:rPr>
          <w:b/>
        </w:rPr>
        <w:t>The Study Parameters</w:t>
      </w:r>
      <w:r/>
    </w:p>
    <w:p>
      <w:r/>
      <w:r>
        <w:t>Uplevel's investigation involved 800 developers, who were observed over six months in total. This period was split equally between three months before and three months after they gained access to Copilot. The primary metrics measured were the time taken to complete a 'pull request'—a critical step in integrating new code into a project's repository—and the volume of these requests processed by the developers.</w:t>
      </w:r>
      <w:r/>
    </w:p>
    <w:p>
      <w:r/>
      <w:r>
        <w:rPr>
          <w:b/>
        </w:rPr>
        <w:t>Findings and Insights</w:t>
      </w:r>
      <w:r/>
    </w:p>
    <w:p>
      <w:r/>
      <w:r>
        <w:t>The study revealed that Copilot did not significantly impact the efficiency of the developers. One key finding was that after the introduction of Copilot, developers encountered a 41% increase in errors within their code. This statistic challenges the initial hypothesis that such AI tools would reduce error rates and enhance coding speed.</w:t>
      </w:r>
      <w:r/>
    </w:p>
    <w:p>
      <w:r/>
      <w:r>
        <w:t>Matt Hoffman, Uplevel's product manager and data analyst, elaborated on these unexpected outcomes in an interview with CIO magazine. He expressed initial hopes that Copilot would shorten the pull request cycle time and improve code accuracy due to its AI-driven review capabilities. However, the results suggested otherwise, showing neither harm nor benefit to the developers’ performance.</w:t>
      </w:r>
      <w:r/>
    </w:p>
    <w:p>
      <w:r/>
      <w:r>
        <w:rPr>
          <w:b/>
        </w:rPr>
        <w:t>Challenges with AI-Generated Code</w:t>
      </w:r>
      <w:r/>
    </w:p>
    <w:p>
      <w:r/>
      <w:r>
        <w:t>The challenges posed by AI tools like Copilot may stem from their reliance on large language models (LLM). These models are known for their ability to generate language-based output, yet they have a tendency to "hallucinate," or produce spurious and incorrect information. This characteristic not only undermines the validity of generated code but complicates the debugging and troubleshooting processes.</w:t>
      </w:r>
      <w:r/>
    </w:p>
    <w:p>
      <w:r/>
      <w:r>
        <w:t>Corroborating these findings, researchers from the University of Texas at San Antonio observed similar issues, noting that large language models often propose "hallucination packages." These packages can reference non-existent files or code, leading to added confusion and potential errors.</w:t>
      </w:r>
      <w:r/>
    </w:p>
    <w:p>
      <w:r/>
      <w:r>
        <w:t>Industry leaders are becoming increasingly sceptical about the utility of AI-generated code. Ivan Gekht, CEO of Gehtsoft, a software development firm, remarked on the complexities of debugging AI-generated code. He pointed out that dealing with these errors can consume more resources than manually rewriting code from scratch.</w:t>
      </w:r>
      <w:r/>
    </w:p>
    <w:p>
      <w:r/>
      <w:r>
        <w:rPr>
          <w:b/>
        </w:rPr>
        <w:t>Broader Implications</w:t>
      </w:r>
      <w:r/>
    </w:p>
    <w:p>
      <w:r/>
      <w:r>
        <w:t>While AI continues to be a focal point for technological advancements across sectors, its current application in coding remains contentious. As companies and developers weigh the pros and cons, the findings of Uplevel's study suggest a need for cautious integration, acknowledging that AI tools might not yet be the labour-saving solutions they are often thought to be.</w:t>
      </w:r>
      <w:r/>
    </w:p>
    <w:p>
      <w:r/>
      <w:r>
        <w:t>The discourse around AI's role in coding highlights a broader conversation about the reliability and robustness of machine-generated outputs. The ongoing evaluation of tools like Copilot will be crucial as the tech industry continues to explore the balance between manual coding skills and AI assistance.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https://www.cio.com/article/3540579/devs-gaining-little-if-anything-from-ai-coding-assistants.html</w:t>
        </w:r>
      </w:hyperlink>
      <w:r>
        <w:t xml:space="preserve"> - Corroborates the Uplevel study findings that GitHub Copilot did not significantly improve developer efficiency and introduced 41% more bugs.</w:t>
      </w:r>
      <w:r/>
    </w:p>
    <w:p>
      <w:pPr>
        <w:pStyle w:val="ListNumber"/>
        <w:spacing w:line="240" w:lineRule="auto"/>
        <w:ind w:left="720"/>
      </w:pPr>
      <w:r/>
      <w:hyperlink r:id="rId11">
        <w:r>
          <w:rPr>
            <w:color w:val="0000EE"/>
            <w:u w:val="single"/>
          </w:rPr>
          <w:t>https://futurism.com/the-byte/ai-programming-assistants-code-error</w:t>
        </w:r>
      </w:hyperlink>
      <w:r>
        <w:t xml:space="preserve"> - Supports the findings that Copilot did not enhance efficiency and resulted in a 41% increase in errors, and discusses the issue of 'hallucination packages' from large language models.</w:t>
      </w:r>
      <w:r/>
    </w:p>
    <w:p>
      <w:pPr>
        <w:pStyle w:val="ListNumber"/>
        <w:spacing w:line="240" w:lineRule="auto"/>
        <w:ind w:left="720"/>
      </w:pPr>
      <w:r/>
      <w:hyperlink r:id="rId10">
        <w:r>
          <w:rPr>
            <w:color w:val="0000EE"/>
            <w:u w:val="single"/>
          </w:rPr>
          <w:t>https://www.cio.com/article/3540579/devs-gaining-little-if-anything-from-ai-coding-assistants.html</w:t>
        </w:r>
      </w:hyperlink>
      <w:r>
        <w:t xml:space="preserve"> - Quotes Matt Hoffman from Uplevel on the initial hopes and unexpected outcomes of the study regarding Copilot's impact on pull request cycle time and code accuracy.</w:t>
      </w:r>
      <w:r/>
    </w:p>
    <w:p>
      <w:pPr>
        <w:pStyle w:val="ListNumber"/>
        <w:spacing w:line="240" w:lineRule="auto"/>
        <w:ind w:left="720"/>
      </w:pPr>
      <w:r/>
      <w:hyperlink r:id="rId11">
        <w:r>
          <w:rPr>
            <w:color w:val="0000EE"/>
            <w:u w:val="single"/>
          </w:rPr>
          <w:t>https://futurism.com/the-byte/ai-programming-assistants-code-error</w:t>
        </w:r>
      </w:hyperlink>
      <w:r>
        <w:t xml:space="preserve"> - Discusses the challenges posed by AI tools like Copilot due to their reliance on large language models and the tendency to 'hallucinate' or produce incorrect information.</w:t>
      </w:r>
      <w:r/>
    </w:p>
    <w:p>
      <w:pPr>
        <w:pStyle w:val="ListNumber"/>
        <w:spacing w:line="240" w:lineRule="auto"/>
        <w:ind w:left="720"/>
      </w:pPr>
      <w:r/>
      <w:hyperlink r:id="rId10">
        <w:r>
          <w:rPr>
            <w:color w:val="0000EE"/>
            <w:u w:val="single"/>
          </w:rPr>
          <w:t>https://www.cio.com/article/3540579/devs-gaining-little-if-anything-from-ai-coding-assistants.html</w:t>
        </w:r>
      </w:hyperlink>
      <w:r>
        <w:t xml:space="preserve"> - Mentions the complexity of debugging AI-generated code and the resource-intensive nature of troubleshooting, as highlighted by Ivan Gekht, CEO of Gehtsoft.</w:t>
      </w:r>
      <w:r/>
    </w:p>
    <w:p>
      <w:pPr>
        <w:pStyle w:val="ListNumber"/>
        <w:spacing w:line="240" w:lineRule="auto"/>
        <w:ind w:left="720"/>
      </w:pPr>
      <w:r/>
      <w:hyperlink r:id="rId11">
        <w:r>
          <w:rPr>
            <w:color w:val="0000EE"/>
            <w:u w:val="single"/>
          </w:rPr>
          <w:t>https://futurism.com/the-byte/ai-programming-assistants-code-error</w:t>
        </w:r>
      </w:hyperlink>
      <w:r>
        <w:t xml:space="preserve"> - Corroborates the challenges of debugging AI-generated code and the potential for it to be more resource-intensive than rewriting code from scratch.</w:t>
      </w:r>
      <w:r/>
    </w:p>
    <w:p>
      <w:pPr>
        <w:pStyle w:val="ListNumber"/>
        <w:spacing w:line="240" w:lineRule="auto"/>
        <w:ind w:left="720"/>
      </w:pPr>
      <w:r/>
      <w:hyperlink r:id="rId12">
        <w:r>
          <w:rPr>
            <w:color w:val="0000EE"/>
            <w:u w:val="single"/>
          </w:rPr>
          <w:t>https://blogs.oracle.com/ai-and-datascience/post/ai-code-assistants-are-on-the-rise-big-time</w:t>
        </w:r>
      </w:hyperlink>
      <w:r>
        <w:t xml:space="preserve"> - Provides context on the broader adoption and expectations of AI code assistants, contrasting with the specific findings of the Uplevel study.</w:t>
      </w:r>
      <w:r/>
    </w:p>
    <w:p>
      <w:pPr>
        <w:pStyle w:val="ListNumber"/>
        <w:spacing w:line="240" w:lineRule="auto"/>
        <w:ind w:left="720"/>
      </w:pPr>
      <w:r/>
      <w:hyperlink r:id="rId13">
        <w:r>
          <w:rPr>
            <w:color w:val="0000EE"/>
            <w:u w:val="single"/>
          </w:rPr>
          <w:t>https://fortegrp.com/insights/ai-coding-assistants</w:t>
        </w:r>
      </w:hyperlink>
      <w:r>
        <w:t xml:space="preserve"> - Discusses the potential benefits and challenges of AI coding assistants, including productivity gains and issues with code quality and debugging.</w:t>
      </w:r>
      <w:r/>
    </w:p>
    <w:p>
      <w:pPr>
        <w:pStyle w:val="ListNumber"/>
        <w:spacing w:line="240" w:lineRule="auto"/>
        <w:ind w:left="720"/>
      </w:pPr>
      <w:r/>
      <w:hyperlink r:id="rId14">
        <w:r>
          <w:rPr>
            <w:color w:val="0000EE"/>
            <w:u w:val="single"/>
          </w:rPr>
          <w:t>https://www.infoq.com/news/2024/09/copilot-developer-productivity/</w:t>
        </w:r>
      </w:hyperlink>
      <w:r>
        <w:t xml:space="preserve"> - Presents an alternative study showing that GitHub Copilot can increase developer productivity, highlighting the mixed results and ongoing debate in the field.</w:t>
      </w:r>
      <w:r/>
    </w:p>
    <w:p>
      <w:pPr>
        <w:pStyle w:val="ListNumber"/>
        <w:spacing w:line="240" w:lineRule="auto"/>
        <w:ind w:left="720"/>
      </w:pPr>
      <w:r/>
      <w:hyperlink r:id="rId13">
        <w:r>
          <w:rPr>
            <w:color w:val="0000EE"/>
            <w:u w:val="single"/>
          </w:rPr>
          <w:t>https://fortegrp.com/insights/ai-coding-assistants</w:t>
        </w:r>
      </w:hyperlink>
      <w:r>
        <w:t xml:space="preserve"> - References the McKinsey study and Harvard Business School research on the productivity improvements and challenges associated with AI coding assistants.</w:t>
      </w:r>
      <w:r/>
    </w:p>
    <w:p>
      <w:pPr>
        <w:pStyle w:val="ListNumber"/>
        <w:spacing w:line="240" w:lineRule="auto"/>
        <w:ind w:left="720"/>
      </w:pPr>
      <w:r/>
      <w:hyperlink r:id="rId14">
        <w:r>
          <w:rPr>
            <w:color w:val="0000EE"/>
            <w:u w:val="single"/>
          </w:rPr>
          <w:t>https://www.infoq.com/news/2024/09/copilot-developer-productivity/</w:t>
        </w:r>
      </w:hyperlink>
      <w:r>
        <w:t xml:space="preserve"> - Details the methodology and findings of a study involving over 4,000 developers, showing a 26% increase in productivity for those using Copilot, contrasting with the Uplevel study's results.</w:t>
      </w:r>
      <w:r/>
    </w:p>
    <w:p>
      <w:pPr>
        <w:pStyle w:val="ListNumber"/>
        <w:spacing w:line="240" w:lineRule="auto"/>
        <w:ind w:left="720"/>
      </w:pPr>
      <w:r/>
      <w:hyperlink r:id="rId11">
        <w:r>
          <w:rPr>
            <w:color w:val="0000EE"/>
            <w:u w:val="single"/>
          </w:rPr>
          <w:t>https://futurism.com/the-byte/ai-programming-assistants-code-error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com/article/3540579/devs-gaining-little-if-anything-from-ai-coding-assistants.html" TargetMode="External"/><Relationship Id="rId11" Type="http://schemas.openxmlformats.org/officeDocument/2006/relationships/hyperlink" Target="https://futurism.com/the-byte/ai-programming-assistants-code-error" TargetMode="External"/><Relationship Id="rId12" Type="http://schemas.openxmlformats.org/officeDocument/2006/relationships/hyperlink" Target="https://blogs.oracle.com/ai-and-datascience/post/ai-code-assistants-are-on-the-rise-big-time" TargetMode="External"/><Relationship Id="rId13" Type="http://schemas.openxmlformats.org/officeDocument/2006/relationships/hyperlink" Target="https://fortegrp.com/insights/ai-coding-assistants" TargetMode="External"/><Relationship Id="rId14" Type="http://schemas.openxmlformats.org/officeDocument/2006/relationships/hyperlink" Target="https://www.infoq.com/news/2024/09/copilot-developer-produ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