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Renovate AI launches app to revolutionise home design with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Renovate AI has recently introduced a cutting-edge application that promises to revolutionise the home remodelling and design sector by leveraging the power of artificial intelligence. This innovative app, the brainchild of founder Sid Sarasvati, has been meticulously designed to address the difficulties encountered in staging homes for sale. The application allows users to reimagine and remodel both the interior and exterior of living spaces with remarkable efficiency, offering instant visualisation capabilities.</w:t>
      </w:r>
      <w:r/>
    </w:p>
    <w:p>
      <w:r/>
      <w:r>
        <w:t>The app boasts a suite of features enabling users to promptly alter wall colours, swap materials, change layouts, and adjust the furniture arrangements in their homes. This level of personalisation offers a comprehensive and realistic preview of potential design outcomes, which greatly improves decision-making processes by providing users with a clear picture of how changes will manifest in real life.</w:t>
      </w:r>
      <w:r/>
    </w:p>
    <w:p>
      <w:r/>
      <w:r>
        <w:t>Noteworthy is the app’s potential to streamline the often cumbersome workflows associated with home design. By significantly reducing dependence on physical samples and minimising the need for various in-person consultations, Renovate AI can save both time and resources for its users. Senior Product Designer Islam Mostafa has noted that the user experience has been a focal point of the development process, ensuring that the app remains intuitive and accessible to a broad range of users.</w:t>
      </w:r>
      <w:r/>
    </w:p>
    <w:p>
      <w:r/>
      <w:r>
        <w:t>The app is readily accessible on both iOS and Android platforms, widening its availability to a global audience. This strategic move ensures that a vast array of potential users, including homeowners and real estate professionals, can benefit from the app's capabilities. Renovate AI is positioned as a powerful tool that advocates for a more efficient and cost-effective approach to the often daunting home remodelling and design projects.</w:t>
      </w:r>
      <w:r/>
    </w:p>
    <w:p>
      <w:r/>
      <w:r>
        <w:t>The company’s foray into the intersection of technology and real estate reflects a growing trend of using artificial intelligence to enhance and simplify traditionally intricate processes. By offering a practical solution to common remodelling challenges, Renovate AI has set a new benchmark in how individuals and professionals can approach design tasks in the modern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https://renovateai.app/enterprise/usecase/remodel-home</w:t>
        </w:r>
      </w:hyperlink>
      <w:r>
        <w:t xml:space="preserve"> - Corroborates the app's ability to remodel and visualize both interior and exterior spaces using AI technology.</w:t>
      </w:r>
      <w:r/>
    </w:p>
    <w:p>
      <w:pPr>
        <w:pStyle w:val="ListNumber"/>
        <w:spacing w:line="240" w:lineRule="auto"/>
        <w:ind w:left="720"/>
      </w:pPr>
      <w:r/>
      <w:hyperlink r:id="rId11">
        <w:r>
          <w:rPr>
            <w:color w:val="0000EE"/>
            <w:u w:val="single"/>
          </w:rPr>
          <w:t>https://remodelai.app</w:t>
        </w:r>
      </w:hyperlink>
      <w:r>
        <w:t xml:space="preserve"> - Supports the feature of taking photos and instantly seeing a fully remodeled version, including changes to flooring, walls, and more.</w:t>
      </w:r>
      <w:r/>
    </w:p>
    <w:p>
      <w:pPr>
        <w:pStyle w:val="ListNumber"/>
        <w:spacing w:line="240" w:lineRule="auto"/>
        <w:ind w:left="720"/>
      </w:pPr>
      <w:r/>
      <w:hyperlink r:id="rId12">
        <w:r>
          <w:rPr>
            <w:color w:val="0000EE"/>
            <w:u w:val="single"/>
          </w:rPr>
          <w:t>https://remodeled.ai</w:t>
        </w:r>
      </w:hyperlink>
      <w:r>
        <w:t xml:space="preserve"> - Highlights the app's virtual staging capabilities and the ability to transform sketches into photorealistic renders.</w:t>
      </w:r>
      <w:r/>
    </w:p>
    <w:p>
      <w:pPr>
        <w:pStyle w:val="ListNumber"/>
        <w:spacing w:line="240" w:lineRule="auto"/>
        <w:ind w:left="720"/>
      </w:pPr>
      <w:r/>
      <w:hyperlink r:id="rId13">
        <w:r>
          <w:rPr>
            <w:color w:val="0000EE"/>
            <w:u w:val="single"/>
          </w:rPr>
          <w:t>https://apps.apple.com/us/app/renovate-ai-home-design-ideas/id1661709494</w:t>
        </w:r>
      </w:hyperlink>
      <w:r>
        <w:t xml:space="preserve"> - Confirms the app's availability on iOS, its user-friendly interface, and features like style transfer and custom prompts.</w:t>
      </w:r>
      <w:r/>
    </w:p>
    <w:p>
      <w:pPr>
        <w:pStyle w:val="ListNumber"/>
        <w:spacing w:line="240" w:lineRule="auto"/>
        <w:ind w:left="720"/>
      </w:pPr>
      <w:r/>
      <w:hyperlink r:id="rId14">
        <w:r>
          <w:rPr>
            <w:color w:val="0000EE"/>
            <w:u w:val="single"/>
          </w:rPr>
          <w:t>https://renovateai.app</w:t>
        </w:r>
      </w:hyperlink>
      <w:r>
        <w:t xml:space="preserve"> - Details the app's use of advanced AI and generative models for home renovation planning and visualization.</w:t>
      </w:r>
      <w:r/>
    </w:p>
    <w:p>
      <w:pPr>
        <w:pStyle w:val="ListNumber"/>
        <w:spacing w:line="240" w:lineRule="auto"/>
        <w:ind w:left="720"/>
      </w:pPr>
      <w:r/>
      <w:hyperlink r:id="rId10">
        <w:r>
          <w:rPr>
            <w:color w:val="0000EE"/>
            <w:u w:val="single"/>
          </w:rPr>
          <w:t>https://renovateai.app/enterprise/usecase/remodel-home</w:t>
        </w:r>
      </w:hyperlink>
      <w:r>
        <w:t xml:space="preserve"> - Explains how the app helps in increasing sales by enhancing home listings with better visualizations.</w:t>
      </w:r>
      <w:r/>
    </w:p>
    <w:p>
      <w:pPr>
        <w:pStyle w:val="ListNumber"/>
        <w:spacing w:line="240" w:lineRule="auto"/>
        <w:ind w:left="720"/>
      </w:pPr>
      <w:r/>
      <w:hyperlink r:id="rId11">
        <w:r>
          <w:rPr>
            <w:color w:val="0000EE"/>
            <w:u w:val="single"/>
          </w:rPr>
          <w:t>https://remodelai.app</w:t>
        </w:r>
      </w:hyperlink>
      <w:r>
        <w:t xml:space="preserve"> - Mentions the app's ability to change wall colors, swap materials, and adjust furniture arrangements, enhancing user personalization.</w:t>
      </w:r>
      <w:r/>
    </w:p>
    <w:p>
      <w:pPr>
        <w:pStyle w:val="ListNumber"/>
        <w:spacing w:line="240" w:lineRule="auto"/>
        <w:ind w:left="720"/>
      </w:pPr>
      <w:r/>
      <w:hyperlink r:id="rId12">
        <w:r>
          <w:rPr>
            <w:color w:val="0000EE"/>
            <w:u w:val="single"/>
          </w:rPr>
          <w:t>https://remodeled.ai</w:t>
        </w:r>
      </w:hyperlink>
      <w:r>
        <w:t xml:space="preserve"> - Discusses the app's potential to streamline workflows by reducing the need for physical samples and in-person consultations.</w:t>
      </w:r>
      <w:r/>
    </w:p>
    <w:p>
      <w:pPr>
        <w:pStyle w:val="ListNumber"/>
        <w:spacing w:line="240" w:lineRule="auto"/>
        <w:ind w:left="720"/>
      </w:pPr>
      <w:r/>
      <w:hyperlink r:id="rId13">
        <w:r>
          <w:rPr>
            <w:color w:val="0000EE"/>
            <w:u w:val="single"/>
          </w:rPr>
          <w:t>https://apps.apple.com/us/app/renovate-ai-home-design-ideas/id1661709494</w:t>
        </w:r>
      </w:hyperlink>
      <w:r>
        <w:t xml:space="preserve"> - Highlights the app's accessibility and intuitive user experience, ensuring it is accessible to a broad range of users.</w:t>
      </w:r>
      <w:r/>
    </w:p>
    <w:p>
      <w:pPr>
        <w:pStyle w:val="ListNumber"/>
        <w:spacing w:line="240" w:lineRule="auto"/>
        <w:ind w:left="720"/>
      </w:pPr>
      <w:r/>
      <w:hyperlink r:id="rId14">
        <w:r>
          <w:rPr>
            <w:color w:val="0000EE"/>
            <w:u w:val="single"/>
          </w:rPr>
          <w:t>https://renovateai.app</w:t>
        </w:r>
      </w:hyperlink>
      <w:r>
        <w:t xml:space="preserve"> - Supports the app's availability on both iOS and Android platforms, making it accessible to a global audience.</w:t>
      </w:r>
      <w:r/>
    </w:p>
    <w:p>
      <w:pPr>
        <w:pStyle w:val="ListNumber"/>
        <w:spacing w:line="240" w:lineRule="auto"/>
        <w:ind w:left="720"/>
      </w:pPr>
      <w:r/>
      <w:hyperlink r:id="rId11">
        <w:r>
          <w:rPr>
            <w:color w:val="0000EE"/>
            <w:u w:val="single"/>
          </w:rPr>
          <w:t>https://remodelai.app</w:t>
        </w:r>
      </w:hyperlink>
      <w:r>
        <w:t xml:space="preserve"> - Reflects the growing trend of using AI to enhance and simplify traditionally intricate home remodeling and design processes.</w:t>
      </w:r>
      <w:r/>
    </w:p>
    <w:p>
      <w:pPr>
        <w:pStyle w:val="ListNumber"/>
        <w:spacing w:line="240" w:lineRule="auto"/>
        <w:ind w:left="720"/>
      </w:pPr>
      <w:r/>
      <w:hyperlink r:id="rId15">
        <w:r>
          <w:rPr>
            <w:color w:val="0000EE"/>
            <w:u w:val="single"/>
          </w:rPr>
          <w:t>https://www.residentialcontractormag.com/renovateai-launches-ai-powered-tool-for-streamlining-home-remodeling-and-design-visualization/?utm_source=rss&amp;utm_medium=rss&amp;utm_campaign=renovateai-launches-ai-powered-tool-for-streamlining-home-remodeling-and-design-visual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novateai.app/enterprise/usecase/remodel-home" TargetMode="External"/><Relationship Id="rId11" Type="http://schemas.openxmlformats.org/officeDocument/2006/relationships/hyperlink" Target="https://remodelai.app" TargetMode="External"/><Relationship Id="rId12" Type="http://schemas.openxmlformats.org/officeDocument/2006/relationships/hyperlink" Target="https://remodeled.ai" TargetMode="External"/><Relationship Id="rId13" Type="http://schemas.openxmlformats.org/officeDocument/2006/relationships/hyperlink" Target="https://apps.apple.com/us/app/renovate-ai-home-design-ideas/id1661709494" TargetMode="External"/><Relationship Id="rId14" Type="http://schemas.openxmlformats.org/officeDocument/2006/relationships/hyperlink" Target="https://renovateai.app" TargetMode="External"/><Relationship Id="rId15" Type="http://schemas.openxmlformats.org/officeDocument/2006/relationships/hyperlink" Target="https://www.residentialcontractormag.com/renovateai-launches-ai-powered-tool-for-streamlining-home-remodeling-and-design-visualization/?utm_source=rss&amp;utm_medium=rss&amp;utm_campaign=renovateai-launches-ai-powered-tool-for-streamlining-home-remodeling-and-design-visual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