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Salesforce announces acquisition of Zoomin to enhance AI capabilities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Salesforce, the leading global customer relationship management (CRM) platform known for its artificial intelligence (AI) capabilities, has announced its intention to acquire Zoomin. Zoomin is a prominent firm specialising in data management solutions, particularly in handling unstructured data. This strategic acquisition aims to enhance Salesforce's existing Data Cloud by integrating Zoomin's technologies to further empower AI-driven agents with heightened personalisation and context-awareness.</w:t>
      </w:r>
      <w:r/>
    </w:p>
    <w:p>
      <w:r/>
      <w:r>
        <w:t>The acquisition deal is anticipated to finalise in the fourth quarter of Salesforce's fiscal year 2025, subject to the usual regulatory and corporate conditions. This merger promises to bolster Salesforce’s Agentforce, an AI-powered service, allowing it to deliver more intelligent, real-time responses. This enhancement is set to tailor interactions in a manner that specifically addresses the nuanced requirements of individual customers.</w:t>
      </w:r>
      <w:r/>
    </w:p>
    <w:p>
      <w:r/>
      <w:r>
        <w:t>Dr. Rahul Auradkar, Executive Vice President and General Manager at Salesforce, highlighted the transformative potential of this merger. He elaborated that Zoomin’s proficiency in managing and exploiting unstructured data dovetails perfectly with Salesforce's vision of extending the capabilities of its Data Cloud. “The integration will not only accelerate Data Cloud's innovation but also enhance the customer’s ability to gain value from unstructured data within the #1 AI CRM framework,” Auradkar stated.</w:t>
      </w:r>
      <w:r/>
    </w:p>
    <w:p>
      <w:r/>
      <w:r>
        <w:t>Zoomin's CEO, Gal Oron, expressed enthusiasm for joining forces with Salesforce. Oron remarked, “This collaboration is a logical progression of our longstanding partnership with Salesforce. It signifies our mutual goal of ensuring that enterprise AI transformation does not face data limitations." Through this partnership, companies will have unprecedented opportunities to utilise their existing enterprise data effectively.</w:t>
      </w:r>
      <w:r/>
    </w:p>
    <w:p>
      <w:r/>
      <w:r>
        <w:t>The partnership between Salesforce and Zoomin is not novel. Since 2018, Zoomin had been a part of Salesforce’s AppExchange, and since 2019, it has been included in the Salesforce Ventures portfolio. This existing relationship means that numerous Salesforce clients already benefit from Zoomin's unified knowledge solutions, which are designed to provide intuitive user experiences for customers, partners, and employees.</w:t>
      </w:r>
      <w:r/>
    </w:p>
    <w:p>
      <w:r/>
      <w:r>
        <w:t>The integration of Zoomin is expected to introduce new possibilities for Salesforce's clientele across various customer interaction points. A notable example includes the Service Cloud, which will be equipped to utilise comprehensive enterprise knowledge to automate customer service interactions. This advancement will enhance the capabilities of service representatives, enabling them to achieve faster resolutions and higher customer satisfaction while simultaneously reducing operational costs.</w:t>
      </w:r>
      <w:r/>
    </w:p>
    <w:p>
      <w:r/>
      <w:r>
        <w:t>The acquisition will maintain Salesforce's financial guidance for the remainder of 2024 as previously outlined. However, specific financial details regarding the acquisition have not been disclosed.</w:t>
      </w:r>
      <w:r/>
    </w:p>
    <w:p>
      <w:r/>
      <w:r>
        <w:t>The acquisition of Zoomin by Salesforce reflects a significant step forward in the realm of customer relationship management and AI integration. As both companies look towards the future, the merger promises exciting innovations and improvements in how enterprises interact and serve their customers. Readers can find more details about this announcement on Salesforce's official website.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https://www.salesforce.com/news/stories/salesforce-signs-definitive-agreement-to-acquire-zoomin/</w:t>
        </w:r>
      </w:hyperlink>
      <w:r>
        <w:t xml:space="preserve"> - Corroborates the announcement of Salesforce's intention to acquire Zoomin and the expected closing date in the fourth quarter of Salesforce's fiscal year 2025.</w:t>
      </w:r>
      <w:r/>
    </w:p>
    <w:p>
      <w:pPr>
        <w:pStyle w:val="ListNumber"/>
        <w:spacing w:line="240" w:lineRule="auto"/>
        <w:ind w:left="720"/>
      </w:pPr>
      <w:r/>
      <w:hyperlink r:id="rId11">
        <w:r>
          <w:rPr>
            <w:color w:val="0000EE"/>
            <w:u w:val="single"/>
          </w:rPr>
          <w:t>https://www.mi-3.com.au/26-09-2024/salesforce-buys-data-management-firm-zoomin-boost-data-cloud</w:t>
        </w:r>
      </w:hyperlink>
      <w:r>
        <w:t xml:space="preserve"> - Supports the information about Zoomin's role in managing unstructured data and its integration into Salesforce's Data Cloud.</w:t>
      </w:r>
      <w:r/>
    </w:p>
    <w:p>
      <w:pPr>
        <w:pStyle w:val="ListNumber"/>
        <w:spacing w:line="240" w:lineRule="auto"/>
        <w:ind w:left="720"/>
      </w:pPr>
      <w:r/>
      <w:hyperlink r:id="rId12">
        <w:r>
          <w:rPr>
            <w:color w:val="0000EE"/>
            <w:u w:val="single"/>
          </w:rPr>
          <w:t>https://techcrunch.com/2024/09/24/salesforce-snatches-up-zoomin-a-tool-for-organizing-company-knowledge/</w:t>
        </w:r>
      </w:hyperlink>
      <w:r>
        <w:t xml:space="preserve"> - Provides details on Zoomin's technology and its application in organizing company knowledge, as well as the financial backing Zoomin received.</w:t>
      </w:r>
      <w:r/>
    </w:p>
    <w:p>
      <w:pPr>
        <w:pStyle w:val="ListNumber"/>
        <w:spacing w:line="240" w:lineRule="auto"/>
        <w:ind w:left="720"/>
      </w:pPr>
      <w:r/>
      <w:hyperlink r:id="rId13">
        <w:r>
          <w:rPr>
            <w:color w:val="0000EE"/>
            <w:u w:val="single"/>
          </w:rPr>
          <w:t>https://gettectonic.com/salesforce-continues-to-push-the-boundaries-of-ai-innovation/</w:t>
        </w:r>
      </w:hyperlink>
      <w:r>
        <w:t xml:space="preserve"> - Explains how the acquisition aligns with Salesforce's mission to enhance AI capabilities and the impact on customer service and other business operations.</w:t>
      </w:r>
      <w:r/>
    </w:p>
    <w:p>
      <w:pPr>
        <w:pStyle w:val="ListNumber"/>
        <w:spacing w:line="240" w:lineRule="auto"/>
        <w:ind w:left="720"/>
      </w:pPr>
      <w:r/>
      <w:hyperlink r:id="rId14">
        <w:r>
          <w:rPr>
            <w:color w:val="0000EE"/>
            <w:u w:val="single"/>
          </w:rPr>
          <w:t>https://www.finsmes.com/2024/09/salesforce-to-acquire-zoomin.html</w:t>
        </w:r>
      </w:hyperlink>
      <w:r>
        <w:t xml:space="preserve"> - Corroborates the acquisition details, including the expected closing date and the benefits of integrating Zoomin's technologies into Salesforce's Data Cloud.</w:t>
      </w:r>
      <w:r/>
    </w:p>
    <w:p>
      <w:pPr>
        <w:pStyle w:val="ListNumber"/>
        <w:spacing w:line="240" w:lineRule="auto"/>
        <w:ind w:left="720"/>
      </w:pPr>
      <w:r/>
      <w:hyperlink r:id="rId10">
        <w:r>
          <w:rPr>
            <w:color w:val="0000EE"/>
            <w:u w:val="single"/>
          </w:rPr>
          <w:t>https://www.salesforce.com/news/stories/salesforce-signs-definitive-agreement-to-acquire-zoomin/</w:t>
        </w:r>
      </w:hyperlink>
      <w:r>
        <w:t xml:space="preserve"> - Quotes from Dr. Rahul Auradkar on the transformative potential of the merger and the integration of Zoomin's technologies.</w:t>
      </w:r>
      <w:r/>
    </w:p>
    <w:p>
      <w:pPr>
        <w:pStyle w:val="ListNumber"/>
        <w:spacing w:line="240" w:lineRule="auto"/>
        <w:ind w:left="720"/>
      </w:pPr>
      <w:r/>
      <w:hyperlink r:id="rId11">
        <w:r>
          <w:rPr>
            <w:color w:val="0000EE"/>
            <w:u w:val="single"/>
          </w:rPr>
          <w:t>https://www.mi-3.com.au/26-09-2024/salesforce-buys-data-management-firm-zoomin-boost-data-cloud</w:t>
        </w:r>
      </w:hyperlink>
      <w:r>
        <w:t xml:space="preserve"> - Quotes from Gal Oron, Zoomin's CEO, on the logical progression of the partnership and the mutual goal of ensuring enterprise AI transformation.</w:t>
      </w:r>
      <w:r/>
    </w:p>
    <w:p>
      <w:pPr>
        <w:pStyle w:val="ListNumber"/>
        <w:spacing w:line="240" w:lineRule="auto"/>
        <w:ind w:left="720"/>
      </w:pPr>
      <w:r/>
      <w:hyperlink r:id="rId12">
        <w:r>
          <w:rPr>
            <w:color w:val="0000EE"/>
            <w:u w:val="single"/>
          </w:rPr>
          <w:t>https://techcrunch.com/2024/09/24/salesforce-snatches-up-zoomin-a-tool-for-organizing-company-knowledge/</w:t>
        </w:r>
      </w:hyperlink>
      <w:r>
        <w:t xml:space="preserve"> - Details on the existing relationship between Salesforce and Zoomin, including their partnership since 2018 and investment since 2019.</w:t>
      </w:r>
      <w:r/>
    </w:p>
    <w:p>
      <w:pPr>
        <w:pStyle w:val="ListNumber"/>
        <w:spacing w:line="240" w:lineRule="auto"/>
        <w:ind w:left="720"/>
      </w:pPr>
      <w:r/>
      <w:hyperlink r:id="rId13">
        <w:r>
          <w:rPr>
            <w:color w:val="0000EE"/>
            <w:u w:val="single"/>
          </w:rPr>
          <w:t>https://gettectonic.com/salesforce-continues-to-push-the-boundaries-of-ai-innovation/</w:t>
        </w:r>
      </w:hyperlink>
      <w:r>
        <w:t xml:space="preserve"> - Explains how the integration of Zoomin will introduce new possibilities for Salesforce's clientele, particularly in the Service Cloud.</w:t>
      </w:r>
      <w:r/>
    </w:p>
    <w:p>
      <w:pPr>
        <w:pStyle w:val="ListNumber"/>
        <w:spacing w:line="240" w:lineRule="auto"/>
        <w:ind w:left="720"/>
      </w:pPr>
      <w:r/>
      <w:hyperlink r:id="rId14">
        <w:r>
          <w:rPr>
            <w:color w:val="0000EE"/>
            <w:u w:val="single"/>
          </w:rPr>
          <w:t>https://www.finsmes.com/2024/09/salesforce-to-acquire-zoomin.html</w:t>
        </w:r>
      </w:hyperlink>
      <w:r>
        <w:t xml:space="preserve"> - Confirms that the acquisition will not affect Salesforce's current financial guidance for the remainder of 2024.</w:t>
      </w:r>
      <w:r/>
    </w:p>
    <w:p>
      <w:pPr>
        <w:pStyle w:val="ListNumber"/>
        <w:spacing w:line="240" w:lineRule="auto"/>
        <w:ind w:left="720"/>
      </w:pPr>
      <w:r/>
      <w:hyperlink r:id="rId13">
        <w:r>
          <w:rPr>
            <w:color w:val="0000EE"/>
            <w:u w:val="single"/>
          </w:rPr>
          <w:t>https://gettectonic.com/salesforce-continues-to-push-the-boundaries-of-ai-innovation/</w:t>
        </w:r>
      </w:hyperlink>
      <w:r>
        <w:t xml:space="preserve"> - Discusses the broader implications of the acquisition in the realm of customer relationship management and AI integration.</w:t>
      </w:r>
      <w:r/>
    </w:p>
    <w:p>
      <w:pPr>
        <w:pStyle w:val="ListNumber"/>
        <w:spacing w:line="240" w:lineRule="auto"/>
        <w:ind w:left="720"/>
      </w:pPr>
      <w:r/>
      <w:hyperlink r:id="rId15">
        <w:r>
          <w:rPr>
            <w:color w:val="0000EE"/>
            <w:u w:val="single"/>
          </w:rPr>
          <w:t>https://www.kmworld.com/Articles/ReadArticle.aspx?ArticleID=166156</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alesforce.com/news/stories/salesforce-signs-definitive-agreement-to-acquire-zoomin/" TargetMode="External"/><Relationship Id="rId11" Type="http://schemas.openxmlformats.org/officeDocument/2006/relationships/hyperlink" Target="https://www.mi-3.com.au/26-09-2024/salesforce-buys-data-management-firm-zoomin-boost-data-cloud" TargetMode="External"/><Relationship Id="rId12" Type="http://schemas.openxmlformats.org/officeDocument/2006/relationships/hyperlink" Target="https://techcrunch.com/2024/09/24/salesforce-snatches-up-zoomin-a-tool-for-organizing-company-knowledge/" TargetMode="External"/><Relationship Id="rId13" Type="http://schemas.openxmlformats.org/officeDocument/2006/relationships/hyperlink" Target="https://gettectonic.com/salesforce-continues-to-push-the-boundaries-of-ai-innovation/" TargetMode="External"/><Relationship Id="rId14" Type="http://schemas.openxmlformats.org/officeDocument/2006/relationships/hyperlink" Target="https://www.finsmes.com/2024/09/salesforce-to-acquire-zoomin.html" TargetMode="External"/><Relationship Id="rId15" Type="http://schemas.openxmlformats.org/officeDocument/2006/relationships/hyperlink" Target="https://www.kmworld.com/Articles/ReadArticle.aspx?ArticleID=16615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