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hints at potential charges for AI features in future Galaxy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Samsung has made significant strides in enhancing the artificial intelligence (AI) capabilities across its latest range of Galaxy devices. This development forms part of the tech giant’s broader strategy to integrate advanced technology features into its consumer products. As of now, users have been able to access these AI features without incurring any additional costs, allowing for a seamless and enriched user experience.</w:t>
      </w:r>
      <w:r/>
    </w:p>
    <w:p>
      <w:r/>
      <w:r>
        <w:t>In a recent press release, coinciding with the launch of the Galaxy Tab S10 series and the Galaxy S24 FE, Samsung hinted at a potential shift in this offering. The statement noted that "fees may apply to certain AI features at the end of 2025." This suggests that while the features are currently free, Samsung is contemplating introducing charges for certain functionalities in the future.</w:t>
      </w:r>
      <w:r/>
    </w:p>
    <w:p>
      <w:r/>
      <w:r>
        <w:t>The same message has been reiterated for other products within Samsung's portfolio, including the Galaxy S24 range, and the Galaxy Z Fold 6 and Z Flip 6 foldable phones. These remarks have sparked curiosity and speculation among users and analysts alike, as they attempt to decipher which aspects of the AI features could potentially become paid.</w:t>
      </w:r>
      <w:r/>
    </w:p>
    <w:p>
      <w:r/>
      <w:r>
        <w:t>At this juncture, Samsung has not specified which of its AI features may transition to a paid model, nor has it provided any indication of the possible pricing. The AI functionalities in Samsung devices cover a broad range of capabilities, from enhancing photographic quality to optimising battery usage and offering personalised user experiences. The lack of clarity on which features might be affected leaves users guessing about the future value proposition of Samsung’s AI enhancements.</w:t>
      </w:r>
      <w:r/>
    </w:p>
    <w:p>
      <w:r/>
      <w:r>
        <w:t>This development follows the broader industry trend where major tech companies are increasingly monetising their AI technologies. While some consumers may see potential charges as a hurdle, others might view them as a reflection of added value and innovation that merit the costs.</w:t>
      </w:r>
      <w:r/>
    </w:p>
    <w:p>
      <w:r/>
      <w:r>
        <w:t>Samsung's decision to potentially implement fees for AI features underscores the company's commitment to evolving its technology offerings while also adapting its business models to the changing landscape of tech consumption. As technology advances, companies seek to balance providing cutting-edge innovations with sustaining development efforts through monetisation strategies.</w:t>
      </w:r>
      <w:r/>
    </w:p>
    <w:p>
      <w:r/>
      <w:r>
        <w:t>The precise details and implications of this shift will likely become clearer as 2025 approaches, thereby paving the way for further discussion and analysis within the tech community. For consumers and analysts alike, the anticipation may heighten interest in Samsung’s subsequent announcements and strategic decisions regarding AI monetisation.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https://www.techradar.com/phones/samsung-galaxy-phones/samsung-galaxy-ai-compatibility-explained</w:t>
        </w:r>
      </w:hyperlink>
      <w:r>
        <w:t xml:space="preserve"> - Corroborates the availability of Galaxy AI features on various Samsung devices and the potential for older devices to receive these features.</w:t>
      </w:r>
      <w:r/>
    </w:p>
    <w:p>
      <w:pPr>
        <w:pStyle w:val="ListNumber"/>
        <w:spacing w:line="240" w:lineRule="auto"/>
        <w:ind w:left="720"/>
      </w:pPr>
      <w:r/>
      <w:hyperlink r:id="rId11">
        <w:r>
          <w:rPr>
            <w:color w:val="0000EE"/>
            <w:u w:val="single"/>
          </w:rPr>
          <w:t>https://www.forbes.com/sites/jaymcgregor/2024/03/29/samsung-galaxy-ai-one-ui-61-release-date-features-galaxy-s23/</w:t>
        </w:r>
      </w:hyperlink>
      <w:r>
        <w:t xml:space="preserve"> - Provides details on the rollout of Galaxy AI features with the One UI 6.1 update and mentions the possibility of charging for these features after 2025.</w:t>
      </w:r>
      <w:r/>
    </w:p>
    <w:p>
      <w:pPr>
        <w:pStyle w:val="ListNumber"/>
        <w:spacing w:line="240" w:lineRule="auto"/>
        <w:ind w:left="720"/>
      </w:pPr>
      <w:r/>
      <w:hyperlink r:id="rId12">
        <w:r>
          <w:rPr>
            <w:color w:val="0000EE"/>
            <w:u w:val="single"/>
          </w:rPr>
          <w:t>https://www.androidpolice.com/galaxy-ai-guide/</w:t>
        </w:r>
      </w:hyperlink>
      <w:r>
        <w:t xml:space="preserve"> - Explains the capabilities of Galaxy AI, including its integration with various apps and the use of generative AI models, and mentions the free availability of these features until 2025.</w:t>
      </w:r>
      <w:r/>
    </w:p>
    <w:p>
      <w:pPr>
        <w:pStyle w:val="ListNumber"/>
        <w:spacing w:line="240" w:lineRule="auto"/>
        <w:ind w:left="720"/>
      </w:pPr>
      <w:r/>
      <w:hyperlink r:id="rId13">
        <w:r>
          <w:rPr>
            <w:color w:val="0000EE"/>
            <w:u w:val="single"/>
          </w:rPr>
          <w:t>https://www.cnet.com/tech/mobile/my-favorite-samsung-galaxy-ai-features/</w:t>
        </w:r>
      </w:hyperlink>
      <w:r>
        <w:t xml:space="preserve"> - Discusses the various AI features available on Samsung devices, such as Live Translate and Circle to Search, and the potential for future monetization of these features.</w:t>
      </w:r>
      <w:r/>
    </w:p>
    <w:p>
      <w:pPr>
        <w:pStyle w:val="ListNumber"/>
        <w:spacing w:line="240" w:lineRule="auto"/>
        <w:ind w:left="720"/>
      </w:pPr>
      <w:r/>
      <w:hyperlink r:id="rId14">
        <w:r>
          <w:rPr>
            <w:color w:val="0000EE"/>
            <w:u w:val="single"/>
          </w:rPr>
          <w:t>https://www.samsung.com/us/support/answer/ANS10001639/</w:t>
        </w:r>
      </w:hyperlink>
      <w:r>
        <w:t xml:space="preserve"> - Details the process of getting Galaxy AI features through the One UI 6.1 update and confirms that these features are free until the end of 2025.</w:t>
      </w:r>
      <w:r/>
    </w:p>
    <w:p>
      <w:pPr>
        <w:pStyle w:val="ListNumber"/>
        <w:spacing w:line="240" w:lineRule="auto"/>
        <w:ind w:left="720"/>
      </w:pPr>
      <w:r/>
      <w:hyperlink r:id="rId10">
        <w:r>
          <w:rPr>
            <w:color w:val="0000EE"/>
            <w:u w:val="single"/>
          </w:rPr>
          <w:t>https://www.techradar.com/phones/samsung-galaxy-phones/samsung-galaxy-ai-compatibility-explained</w:t>
        </w:r>
      </w:hyperlink>
      <w:r>
        <w:t xml:space="preserve"> - Lists the compatible devices for Galaxy AI features, including the Galaxy S24, S23, and S21 series, as well as various tablets and foldable phones.</w:t>
      </w:r>
      <w:r/>
    </w:p>
    <w:p>
      <w:pPr>
        <w:pStyle w:val="ListNumber"/>
        <w:spacing w:line="240" w:lineRule="auto"/>
        <w:ind w:left="720"/>
      </w:pPr>
      <w:r/>
      <w:hyperlink r:id="rId11">
        <w:r>
          <w:rPr>
            <w:color w:val="0000EE"/>
            <w:u w:val="single"/>
          </w:rPr>
          <w:t>https://www.forbes.com/sites/jaymcgregor/2024/03/29/samsung-galaxy-ai-one-ui-61-release-date-features-galaxy-s23/</w:t>
        </w:r>
      </w:hyperlink>
      <w:r>
        <w:t xml:space="preserve"> - Mentions the broader industry trend of monetizing AI technologies and Samsung's potential shift towards charging for AI features.</w:t>
      </w:r>
      <w:r/>
    </w:p>
    <w:p>
      <w:pPr>
        <w:pStyle w:val="ListNumber"/>
        <w:spacing w:line="240" w:lineRule="auto"/>
        <w:ind w:left="720"/>
      </w:pPr>
      <w:r/>
      <w:hyperlink r:id="rId12">
        <w:r>
          <w:rPr>
            <w:color w:val="0000EE"/>
            <w:u w:val="single"/>
          </w:rPr>
          <w:t>https://www.androidpolice.com/galaxy-ai-guide/</w:t>
        </w:r>
      </w:hyperlink>
      <w:r>
        <w:t xml:space="preserve"> - Describes the range of AI functionalities in Samsung devices, including photo enhancement, battery optimization, and personalized user experiences.</w:t>
      </w:r>
      <w:r/>
    </w:p>
    <w:p>
      <w:pPr>
        <w:pStyle w:val="ListNumber"/>
        <w:spacing w:line="240" w:lineRule="auto"/>
        <w:ind w:left="720"/>
      </w:pPr>
      <w:r/>
      <w:hyperlink r:id="rId13">
        <w:r>
          <w:rPr>
            <w:color w:val="0000EE"/>
            <w:u w:val="single"/>
          </w:rPr>
          <w:t>https://www.cnet.com/tech/mobile/my-favorite-samsung-galaxy-ai-features/</w:t>
        </w:r>
      </w:hyperlink>
      <w:r>
        <w:t xml:space="preserve"> - Highlights the user experience and practical applications of Galaxy AI features, such as Live Translate and Generative Edit.</w:t>
      </w:r>
      <w:r/>
    </w:p>
    <w:p>
      <w:pPr>
        <w:pStyle w:val="ListNumber"/>
        <w:spacing w:line="240" w:lineRule="auto"/>
        <w:ind w:left="720"/>
      </w:pPr>
      <w:r/>
      <w:hyperlink r:id="rId14">
        <w:r>
          <w:rPr>
            <w:color w:val="0000EE"/>
            <w:u w:val="single"/>
          </w:rPr>
          <w:t>https://www.samsung.com/us/support/answer/ANS10001639/</w:t>
        </w:r>
      </w:hyperlink>
      <w:r>
        <w:t xml:space="preserve"> - Clarifies that Galaxy AI features are not supported on all Samsung devices, such as the Galaxy Tab S9 FE and A series tablets.</w:t>
      </w:r>
      <w:r/>
    </w:p>
    <w:p>
      <w:pPr>
        <w:pStyle w:val="ListNumber"/>
        <w:spacing w:line="240" w:lineRule="auto"/>
        <w:ind w:left="720"/>
      </w:pPr>
      <w:r/>
      <w:hyperlink r:id="rId11">
        <w:r>
          <w:rPr>
            <w:color w:val="0000EE"/>
            <w:u w:val="single"/>
          </w:rPr>
          <w:t>https://www.forbes.com/sites/jaymcgregor/2024/03/29/samsung-galaxy-ai-one-ui-61-release-date-features-galaxy-s23/</w:t>
        </w:r>
      </w:hyperlink>
      <w:r>
        <w:t xml:space="preserve"> - Discusses Samsung's commitment to evolving its technology offerings and adapting its business models to the changing tech landscape.</w:t>
      </w:r>
      <w:r/>
    </w:p>
    <w:p>
      <w:pPr>
        <w:pStyle w:val="ListNumber"/>
        <w:spacing w:line="240" w:lineRule="auto"/>
        <w:ind w:left="720"/>
      </w:pPr>
      <w:r/>
      <w:hyperlink r:id="rId15">
        <w:r>
          <w:rPr>
            <w:color w:val="0000EE"/>
            <w:u w:val="single"/>
          </w:rPr>
          <w:t>https://www.techadvisor.com/article/2476382/samsung-may-start-charging-for-galaxy-ai.html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radar.com/phones/samsung-galaxy-phones/samsung-galaxy-ai-compatibility-explained" TargetMode="External"/><Relationship Id="rId11" Type="http://schemas.openxmlformats.org/officeDocument/2006/relationships/hyperlink" Target="https://www.forbes.com/sites/jaymcgregor/2024/03/29/samsung-galaxy-ai-one-ui-61-release-date-features-galaxy-s23/" TargetMode="External"/><Relationship Id="rId12" Type="http://schemas.openxmlformats.org/officeDocument/2006/relationships/hyperlink" Target="https://www.androidpolice.com/galaxy-ai-guide/" TargetMode="External"/><Relationship Id="rId13" Type="http://schemas.openxmlformats.org/officeDocument/2006/relationships/hyperlink" Target="https://www.cnet.com/tech/mobile/my-favorite-samsung-galaxy-ai-features/" TargetMode="External"/><Relationship Id="rId14" Type="http://schemas.openxmlformats.org/officeDocument/2006/relationships/hyperlink" Target="https://www.samsung.com/us/support/answer/ANS10001639/" TargetMode="External"/><Relationship Id="rId15" Type="http://schemas.openxmlformats.org/officeDocument/2006/relationships/hyperlink" Target="https://www.techadvisor.com/article/2476382/samsung-may-start-charging-for-galaxy-ai.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