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set to unveil One UI 7 update at SDC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the South Korean multinational conglomerate, is poised to possibly reveal a much-anticipated update to its mobile user interface at its annual developer conference, SDC 2024, held in San Jose. Speculation had been mounting ever since it became apparent that the One UI 7 beta release, initially expected in late July, had been delayed. The conference, which draws developers and tech enthusiasts from around the world, is providing a platform for the company to showcase its advancements.</w:t>
      </w:r>
      <w:r/>
    </w:p>
    <w:p>
      <w:r/>
      <w:r>
        <w:t>One of the standout features of the rumoured One UI 7 update is a significant enhancement to Samsung’s Gallery app. A credible source, known only as Ice Universe, has suggested that Samsung plans to incorporate an innovative AI Search feature within the app. This addition is expected to bring the app closer in functionality to competitors like Google Photos, which utilises AI to allow users to conduct natural and descriptive searches for images. For instance, commands such as "show photos of me at the beach with my family" might soon become possible within Samsung's Gallery app.</w:t>
      </w:r>
      <w:r/>
    </w:p>
    <w:p>
      <w:r/>
      <w:r>
        <w:t>The potential AI Search capability would build on efforts seen in Samsung's previous One UI 6.1 update that integrated Google-inspired AI editing tools. This prior update aimed to improve the user experience by introducing a suite of features designed to simplify and enhance the editing of images directly within the app. With the inclusion of AI Search, the Gallery app would become not only a repository for storing memories but an intelligent assistant that helps users quickly retrieve specific moments captured in their digital archives.</w:t>
      </w:r>
      <w:r/>
    </w:p>
    <w:p>
      <w:r/>
      <w:r>
        <w:t>While details from Samsung itself have yet to be confirmed, these proposed updates reflect a larger trend in the tech industry toward harnessing artificial intelligence to improve user experience in everyday applications. If implemented, the AI Search would mark a key development for Samsung, potentially setting its Gallery app apart by offering a unique, refined feature that rivals even the most popular image management solutions currently available.</w:t>
      </w:r>
      <w:r/>
    </w:p>
    <w:p>
      <w:r/>
      <w:r>
        <w:t>For those attending the conference and others closely monitoring the live updates from SDC 2024, there is an air of anticipation as Samsung prepares to unveil its latest innovations. As the event unfolds, further confirmations and detailed presentations are expected, shedding light on how One UI 7 might revolutionise how users interact with and manage their digital media on Samsung devices.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https://sammyguru.com/galaxy-users-may-have-to-wait-longer-for-one-ui-7-0-beta/</w:t>
        </w:r>
      </w:hyperlink>
      <w:r>
        <w:t xml:space="preserve"> - Corroborates the delay in the One UI 7.0 beta release and the uncertainty around its announcement at SDC 2024.</w:t>
      </w:r>
      <w:r/>
    </w:p>
    <w:p>
      <w:pPr>
        <w:pStyle w:val="ListNumber"/>
        <w:spacing w:line="240" w:lineRule="auto"/>
        <w:ind w:left="720"/>
      </w:pPr>
      <w:r/>
      <w:hyperlink r:id="rId11">
        <w:r>
          <w:rPr>
            <w:color w:val="0000EE"/>
            <w:u w:val="single"/>
          </w:rPr>
          <w:t>https://www.youtube.com/watch?v=dSzetH56LOY</w:t>
        </w:r>
      </w:hyperlink>
      <w:r>
        <w:t xml:space="preserve"> - Provides details on the Samsung Developer Conference 2024, the focus on AI advancements, and the uncertainty around the One UI 7.0 announcement.</w:t>
      </w:r>
      <w:r/>
    </w:p>
    <w:p>
      <w:pPr>
        <w:pStyle w:val="ListNumber"/>
        <w:spacing w:line="240" w:lineRule="auto"/>
        <w:ind w:left="720"/>
      </w:pPr>
      <w:r/>
      <w:hyperlink r:id="rId12">
        <w:r>
          <w:rPr>
            <w:color w:val="0000EE"/>
            <w:u w:val="single"/>
          </w:rPr>
          <w:t>https://www.sammyfans.com/2024/10/02/samsung-one-ui-7-0-release-may-take-some-additional-time/</w:t>
        </w:r>
      </w:hyperlink>
      <w:r>
        <w:t xml:space="preserve"> - Supports the information about the delay in One UI 7.0 release and the lack of beta firmware on Samsung servers.</w:t>
      </w:r>
      <w:r/>
    </w:p>
    <w:p>
      <w:pPr>
        <w:pStyle w:val="ListNumber"/>
        <w:spacing w:line="240" w:lineRule="auto"/>
        <w:ind w:left="720"/>
      </w:pPr>
      <w:r/>
      <w:hyperlink r:id="rId13">
        <w:r>
          <w:rPr>
            <w:color w:val="0000EE"/>
            <w:u w:val="single"/>
          </w:rPr>
          <w:t>https://www.huaweicentral.com/samsung-one-ui-7-android-15-release-date-eligible-devices-and-features/</w:t>
        </w:r>
      </w:hyperlink>
      <w:r>
        <w:t xml:space="preserve"> - Discusses the expected features of One UI 7.0, including UI enhancements and potential new features like Dynamic Island and iOS-like battery health.</w:t>
      </w:r>
      <w:r/>
    </w:p>
    <w:p>
      <w:pPr>
        <w:pStyle w:val="ListNumber"/>
        <w:spacing w:line="240" w:lineRule="auto"/>
        <w:ind w:left="720"/>
      </w:pPr>
      <w:r/>
      <w:hyperlink r:id="rId14">
        <w:r>
          <w:rPr>
            <w:color w:val="0000EE"/>
            <w:u w:val="single"/>
          </w:rPr>
          <w:t>https://www.sammyfans.com/2024/10/02/sdc24-tomorrow-will-samsung-unveil-one-ui-7/</w:t>
        </w:r>
      </w:hyperlink>
      <w:r>
        <w:t xml:space="preserve"> - Details the focus on AI at SDC 2024 and the uncertainty around the One UI 7.0 announcement, as well as the expected enhancements to the Gallery app.</w:t>
      </w:r>
      <w:r/>
    </w:p>
    <w:p>
      <w:pPr>
        <w:pStyle w:val="ListNumber"/>
        <w:spacing w:line="240" w:lineRule="auto"/>
        <w:ind w:left="720"/>
      </w:pPr>
      <w:r/>
      <w:hyperlink r:id="rId10">
        <w:r>
          <w:rPr>
            <w:color w:val="0000EE"/>
            <w:u w:val="single"/>
          </w:rPr>
          <w:t>https://sammyguru.com/galaxy-users-may-have-to-wait-longer-for-one-ui-7-0-beta/</w:t>
        </w:r>
      </w:hyperlink>
      <w:r>
        <w:t xml:space="preserve"> - Mentions Ice Universe's comments on the delayed release of One UI 7.0 and the focus on making the update polished before release.</w:t>
      </w:r>
      <w:r/>
    </w:p>
    <w:p>
      <w:pPr>
        <w:pStyle w:val="ListNumber"/>
        <w:spacing w:line="240" w:lineRule="auto"/>
        <w:ind w:left="720"/>
      </w:pPr>
      <w:r/>
      <w:hyperlink r:id="rId11">
        <w:r>
          <w:rPr>
            <w:color w:val="0000EE"/>
            <w:u w:val="single"/>
          </w:rPr>
          <w:t>https://www.youtube.com/watch?v=dSzetH56LOY</w:t>
        </w:r>
      </w:hyperlink>
      <w:r>
        <w:t xml:space="preserve"> - Highlights the integration of AI features in One UI 7.0 and the comparison with Google Photos' AI search capabilities.</w:t>
      </w:r>
      <w:r/>
    </w:p>
    <w:p>
      <w:pPr>
        <w:pStyle w:val="ListNumber"/>
        <w:spacing w:line="240" w:lineRule="auto"/>
        <w:ind w:left="720"/>
      </w:pPr>
      <w:r/>
      <w:hyperlink r:id="rId12">
        <w:r>
          <w:rPr>
            <w:color w:val="0000EE"/>
            <w:u w:val="single"/>
          </w:rPr>
          <w:t>https://www.sammyfans.com/2024/10/02/samsung-one-ui-7-0-release-may-take-some-additional-time/</w:t>
        </w:r>
      </w:hyperlink>
      <w:r>
        <w:t xml:space="preserve"> - Explains the previous One UI 6.1 update's AI editing tools and how they set the stage for further AI integrations in One UI 7.0.</w:t>
      </w:r>
      <w:r/>
    </w:p>
    <w:p>
      <w:pPr>
        <w:pStyle w:val="ListNumber"/>
        <w:spacing w:line="240" w:lineRule="auto"/>
        <w:ind w:left="720"/>
      </w:pPr>
      <w:r/>
      <w:hyperlink r:id="rId13">
        <w:r>
          <w:rPr>
            <w:color w:val="0000EE"/>
            <w:u w:val="single"/>
          </w:rPr>
          <w:t>https://www.huaweicentral.com/samsung-one-ui-7-android-15-release-date-eligible-devices-and-features/</w:t>
        </w:r>
      </w:hyperlink>
      <w:r>
        <w:t xml:space="preserve"> - Details the broader trend in the tech industry towards using AI to enhance user experience, aligning with Samsung's potential AI Search feature in the Gallery app.</w:t>
      </w:r>
      <w:r/>
    </w:p>
    <w:p>
      <w:pPr>
        <w:pStyle w:val="ListNumber"/>
        <w:spacing w:line="240" w:lineRule="auto"/>
        <w:ind w:left="720"/>
      </w:pPr>
      <w:r/>
      <w:hyperlink r:id="rId14">
        <w:r>
          <w:rPr>
            <w:color w:val="0000EE"/>
            <w:u w:val="single"/>
          </w:rPr>
          <w:t>https://www.sammyfans.com/2024/10/02/sdc24-tomorrow-will-samsung-unveil-one-ui-7/</w:t>
        </w:r>
      </w:hyperlink>
      <w:r>
        <w:t xml:space="preserve"> - Provides context on the anticipation around SDC 2024 and the expected revelations about One UI 7.0 and its impact on user interaction with digital media.</w:t>
      </w:r>
      <w:r/>
    </w:p>
    <w:p>
      <w:pPr>
        <w:pStyle w:val="ListNumber"/>
        <w:spacing w:line="240" w:lineRule="auto"/>
        <w:ind w:left="720"/>
      </w:pPr>
      <w:r/>
      <w:hyperlink r:id="rId12">
        <w:r>
          <w:rPr>
            <w:color w:val="0000EE"/>
            <w:u w:val="single"/>
          </w:rPr>
          <w:t>https://www.sammyfans.com/2024/10/02/samsung-one-ui-7-0-release-may-take-some-additional-time/</w:t>
        </w:r>
      </w:hyperlink>
      <w:r>
        <w:t xml:space="preserve"> - Mentions the live updates and presentations expected at SDC 2024, which will shed light on how One UI 7 might revolutionize user interaction.</w:t>
      </w:r>
      <w:r/>
    </w:p>
    <w:p>
      <w:pPr>
        <w:pStyle w:val="ListNumber"/>
        <w:spacing w:line="240" w:lineRule="auto"/>
        <w:ind w:left="720"/>
      </w:pPr>
      <w:r/>
      <w:hyperlink r:id="rId15">
        <w:r>
          <w:rPr>
            <w:color w:val="0000EE"/>
            <w:u w:val="single"/>
          </w:rPr>
          <w:t>https://www.androidauthority.com/one-ui-7-ai-search-gallery-app-3487130/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mmyguru.com/galaxy-users-may-have-to-wait-longer-for-one-ui-7-0-beta/" TargetMode="External"/><Relationship Id="rId11" Type="http://schemas.openxmlformats.org/officeDocument/2006/relationships/hyperlink" Target="https://www.youtube.com/watch?v=dSzetH56LOY" TargetMode="External"/><Relationship Id="rId12" Type="http://schemas.openxmlformats.org/officeDocument/2006/relationships/hyperlink" Target="https://www.sammyfans.com/2024/10/02/samsung-one-ui-7-0-release-may-take-some-additional-time/" TargetMode="External"/><Relationship Id="rId13" Type="http://schemas.openxmlformats.org/officeDocument/2006/relationships/hyperlink" Target="https://www.huaweicentral.com/samsung-one-ui-7-android-15-release-date-eligible-devices-and-features/" TargetMode="External"/><Relationship Id="rId14" Type="http://schemas.openxmlformats.org/officeDocument/2006/relationships/hyperlink" Target="https://www.sammyfans.com/2024/10/02/sdc24-tomorrow-will-samsung-unveil-one-ui-7/" TargetMode="External"/><Relationship Id="rId15" Type="http://schemas.openxmlformats.org/officeDocument/2006/relationships/hyperlink" Target="https://www.androidauthority.com/one-ui-7-ai-search-gallery-app-34871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