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Scorebuddy set to unveil predictions for the future of call centres in virtual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4th December 2024, an insightful virtual event will be hosted by Scorebuddy, a leading provider of quality assurance solutions for call centres. This event, scheduled for 8am PST, 11am EST, and 4pm GMT, promises to unveil a series of forward-looking predictions that could reshape the landscape of contact centre operations in 2025.</w:t>
      </w:r>
      <w:r/>
    </w:p>
    <w:p>
      <w:r/>
      <w:r>
        <w:t>Notably, the year 2024 witnessed an unprecedented rise in customer expectations, challenging call centres to push the envelope with innovative solutions. Leveraging AI, increased automation, and human creativity, the industry managed to exceed the already impressive strides made in 2023. As this rapid evolution continues, Scorebuddy has gathered a panel of experts to provide a fresh, comprehensive outlook on the developments set to steer the industry next year.</w:t>
      </w:r>
      <w:r/>
    </w:p>
    <w:p>
      <w:r/>
      <w:r>
        <w:t>The panel will address several salient themes projected to dominate 2025. One significant highlight is the emergence of 'Hyper-Personalized Quality Assurance' (QA). This trend involves the application of AI and big data to create bespoke quality metrics, tailored for each individual customer interaction. Such advancements promise to refine the assessment process, ensuring higher customer satisfaction through more sophisticated, personalised evaluations.</w:t>
      </w:r>
      <w:r/>
    </w:p>
    <w:p>
      <w:r/>
      <w:r>
        <w:t>Further enhancing customer relations, 'Emotional Intelligence Analytics' will be discussed. The process employs advanced sentiment analysis, enabling organisations to real-time monitor and enhance customer satisfaction levels. By discerning emotional cues from customer interactions, businesses can adapt promptly, maintaining a favourable customer experience.</w:t>
      </w:r>
      <w:r/>
    </w:p>
    <w:p>
      <w:r/>
      <w:r>
        <w:t>The concept of the 'Augmented QA Analyst' also features prominently in the discussion. This refers to the symbiotic relationship between human evaluators and AI, which provides assistance in the quality assurance domain. By harnessing the analytical prowess of AI, human analysts can enhance their efficiency and accuracy, fostering improved operational standards.</w:t>
      </w:r>
      <w:r/>
    </w:p>
    <w:p>
      <w:r/>
      <w:r>
        <w:t>Further, the notion of 'Predictive Compliance' will be explored, highlighting how machine learning can anticipate and circumvent regulatory issues before they arise. This proactive measure not only saves resources but also ensures that organisations remain compliant, safeguarding them from potential legal pitfalls.</w:t>
      </w:r>
      <w:r/>
    </w:p>
    <w:p>
      <w:r/>
      <w:r>
        <w:t>Lastly, 'Gamification 2.0' promises to introduce innovative methods of motivating and upskilling contact centre agents. By integrating AI-driven experiences into training and motivation mechanisms, employees can engage with immersive learning environments, accelerating their skill development in an enjoyable manner.</w:t>
      </w:r>
      <w:r/>
    </w:p>
    <w:p>
      <w:r/>
      <w:r>
        <w:t>This virtual event seeks to provide a platform for industry stakeholders to explore these cutting-edge advancements. With the rapid progression in technology and consumer demands, Scorebuddy’s panel is prepared to offer solutions that ensure businesses remain at the forefront of quality assurance.</w:t>
      </w:r>
      <w:r/>
    </w:p>
    <w:p>
      <w:r/>
      <w:r>
        <w:t>The event is curated by Scorebuddy and reviewed by industry expert Robyn Coppell, and the announcement was published on 2nd October 2024. Those interested in exploring these transformative predictions and gaining insight into the future of quality assurance in contact centres are encouraged to register for the event through Scorebuddy’s platform.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https://www.scorebuddyqa.com/blog/text-analytics-for-call-centers</w:t>
        </w:r>
      </w:hyperlink>
      <w:r>
        <w:t xml:space="preserve"> - This article supports the use of AI and text analytics in call centers to enhance customer satisfaction and agent performance, aligning with the themes of 'Hyper-Personalized Quality Assurance' and 'Emotional Intelligence Analytics'.</w:t>
      </w:r>
      <w:r/>
    </w:p>
    <w:p>
      <w:pPr>
        <w:pStyle w:val="ListNumber"/>
        <w:spacing w:line="240" w:lineRule="auto"/>
        <w:ind w:left="720"/>
      </w:pPr>
      <w:r/>
      <w:hyperlink r:id="rId10">
        <w:r>
          <w:rPr>
            <w:color w:val="0000EE"/>
            <w:u w:val="single"/>
          </w:rPr>
          <w:t>https://www.scorebuddyqa.com/blog/text-analytics-for-call-centers</w:t>
        </w:r>
      </w:hyperlink>
      <w:r>
        <w:t xml:space="preserve"> - It discusses the importance of leveraging text analytics to monitor, analyze, and understand text-based interactions, which is relevant to the concept of the 'Augmented QA Analyst'.</w:t>
      </w:r>
      <w:r/>
    </w:p>
    <w:p>
      <w:pPr>
        <w:pStyle w:val="ListNumber"/>
        <w:spacing w:line="240" w:lineRule="auto"/>
        <w:ind w:left="720"/>
      </w:pPr>
      <w:r/>
      <w:hyperlink r:id="rId11">
        <w:r>
          <w:rPr>
            <w:color w:val="0000EE"/>
            <w:u w:val="single"/>
          </w:rPr>
          <w:t>https://www.scorebuddyqa.com</w:t>
        </w:r>
      </w:hyperlink>
      <w:r>
        <w:t xml:space="preserve"> - This page describes Scorebuddy's quality assurance software, which includes AI-powered automation and personalized agent dashboards, supporting the idea of 'Hyper-Personalized Quality Assurance' and the 'Augmented QA Analyst'.</w:t>
      </w:r>
      <w:r/>
    </w:p>
    <w:p>
      <w:pPr>
        <w:pStyle w:val="ListNumber"/>
        <w:spacing w:line="240" w:lineRule="auto"/>
        <w:ind w:left="720"/>
      </w:pPr>
      <w:r/>
      <w:hyperlink r:id="rId11">
        <w:r>
          <w:rPr>
            <w:color w:val="0000EE"/>
            <w:u w:val="single"/>
          </w:rPr>
          <w:t>https://www.scorebuddyqa.com</w:t>
        </w:r>
      </w:hyperlink>
      <w:r>
        <w:t xml:space="preserve"> - It highlights the use of AI and data to spot trends and patterns, which is crucial for 'Predictive Compliance' and maintaining regulatory standards.</w:t>
      </w:r>
      <w:r/>
    </w:p>
    <w:p>
      <w:pPr>
        <w:pStyle w:val="ListNumber"/>
        <w:spacing w:line="240" w:lineRule="auto"/>
        <w:ind w:left="720"/>
      </w:pPr>
      <w:r/>
      <w:hyperlink r:id="rId10">
        <w:r>
          <w:rPr>
            <w:color w:val="0000EE"/>
            <w:u w:val="single"/>
          </w:rPr>
          <w:t>https://www.scorebuddyqa.com/blog/text-analytics-for-call-centers</w:t>
        </w:r>
      </w:hyperlink>
      <w:r>
        <w:t xml:space="preserve"> - The article emphasizes the importance of real-time monitoring and adapting to customer sentiment, aligning with 'Emotional Intelligence Analytics'.</w:t>
      </w:r>
      <w:r/>
    </w:p>
    <w:p>
      <w:pPr>
        <w:pStyle w:val="ListNumber"/>
        <w:spacing w:line="240" w:lineRule="auto"/>
        <w:ind w:left="720"/>
      </w:pPr>
      <w:r/>
      <w:hyperlink r:id="rId11">
        <w:r>
          <w:rPr>
            <w:color w:val="0000EE"/>
            <w:u w:val="single"/>
          </w:rPr>
          <w:t>https://www.scorebuddyqa.com</w:t>
        </w:r>
      </w:hyperlink>
      <w:r>
        <w:t xml:space="preserve"> - Scorebuddy's platform includes features for personalized coaching plans and immediate feedback, which are elements of 'Gamification 2.0' in motivating and upskilling agents.</w:t>
      </w:r>
      <w:r/>
    </w:p>
    <w:p>
      <w:pPr>
        <w:pStyle w:val="ListNumber"/>
        <w:spacing w:line="240" w:lineRule="auto"/>
        <w:ind w:left="720"/>
      </w:pPr>
      <w:r/>
      <w:hyperlink r:id="rId10">
        <w:r>
          <w:rPr>
            <w:color w:val="0000EE"/>
            <w:u w:val="single"/>
          </w:rPr>
          <w:t>https://www.scorebuddyqa.com/blog/text-analytics-for-call-centers</w:t>
        </w:r>
      </w:hyperlink>
      <w:r>
        <w:t xml:space="preserve"> - The blog discusses how text analytics can help in forecasting future events and creating contingency plans, relevant to 'Predictive Compliance'.</w:t>
      </w:r>
      <w:r/>
    </w:p>
    <w:p>
      <w:pPr>
        <w:pStyle w:val="ListNumber"/>
        <w:spacing w:line="240" w:lineRule="auto"/>
        <w:ind w:left="720"/>
      </w:pPr>
      <w:r/>
      <w:hyperlink r:id="rId11">
        <w:r>
          <w:rPr>
            <w:color w:val="0000EE"/>
            <w:u w:val="single"/>
          </w:rPr>
          <w:t>https://www.scorebuddyqa.com</w:t>
        </w:r>
      </w:hyperlink>
      <w:r>
        <w:t xml:space="preserve"> - The page explains how Scorebuddy's software helps in reducing repetitive tasks and enhancing evaluation times, supporting the efficiency gains from the 'Augmented QA Analyst'.</w:t>
      </w:r>
      <w:r/>
    </w:p>
    <w:p>
      <w:pPr>
        <w:pStyle w:val="ListNumber"/>
        <w:spacing w:line="240" w:lineRule="auto"/>
        <w:ind w:left="720"/>
      </w:pPr>
      <w:r/>
      <w:hyperlink r:id="rId10">
        <w:r>
          <w:rPr>
            <w:color w:val="0000EE"/>
            <w:u w:val="single"/>
          </w:rPr>
          <w:t>https://www.scorebuddyqa.com/blog/text-analytics-for-call-centers</w:t>
        </w:r>
      </w:hyperlink>
      <w:r>
        <w:t xml:space="preserve"> - It highlights the importance of detailed analysis of text interactions to understand customer feedback and improve services, aligning with 'Hyper-Personalized Quality Assurance'.</w:t>
      </w:r>
      <w:r/>
    </w:p>
    <w:p>
      <w:pPr>
        <w:pStyle w:val="ListNumber"/>
        <w:spacing w:line="240" w:lineRule="auto"/>
        <w:ind w:left="720"/>
      </w:pPr>
      <w:r/>
      <w:hyperlink r:id="rId11">
        <w:r>
          <w:rPr>
            <w:color w:val="0000EE"/>
            <w:u w:val="single"/>
          </w:rPr>
          <w:t>https://www.scorebuddyqa.com</w:t>
        </w:r>
      </w:hyperlink>
      <w:r>
        <w:t xml:space="preserve"> - The platform's ability to visualize data with custom dashboards supports the theme of using advanced analytics for quality assurance and predictive compliance.</w:t>
      </w:r>
      <w:r/>
    </w:p>
    <w:p>
      <w:pPr>
        <w:pStyle w:val="ListNumber"/>
        <w:spacing w:line="240" w:lineRule="auto"/>
        <w:ind w:left="720"/>
      </w:pPr>
      <w:r/>
      <w:hyperlink r:id="rId10">
        <w:r>
          <w:rPr>
            <w:color w:val="0000EE"/>
            <w:u w:val="single"/>
          </w:rPr>
          <w:t>https://www.scorebuddyqa.com/blog/text-analytics-for-call-centers</w:t>
        </w:r>
      </w:hyperlink>
      <w:r>
        <w:t xml:space="preserve"> - The article discusses the role of AI in enhancing agent performance and customer satisfaction, which is central to the concepts of 'Augmented QA Analyst' and 'Gamification 2.0'.</w:t>
      </w:r>
      <w:r/>
    </w:p>
    <w:p>
      <w:pPr>
        <w:pStyle w:val="ListNumber"/>
        <w:spacing w:line="240" w:lineRule="auto"/>
        <w:ind w:left="720"/>
      </w:pPr>
      <w:r/>
      <w:hyperlink r:id="rId12">
        <w:r>
          <w:rPr>
            <w:color w:val="0000EE"/>
            <w:u w:val="single"/>
          </w:rPr>
          <w:t>https://www.callcentrehelper.com/2025-predictions-qa-ai-webinar-245767.htm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orebuddyqa.com/blog/text-analytics-for-call-centers" TargetMode="External"/><Relationship Id="rId11" Type="http://schemas.openxmlformats.org/officeDocument/2006/relationships/hyperlink" Target="https://www.scorebuddyqa.com" TargetMode="External"/><Relationship Id="rId12" Type="http://schemas.openxmlformats.org/officeDocument/2006/relationships/hyperlink" Target="https://www.callcentrehelper.com/2025-predictions-qa-ai-webinar-245767.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