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Security concerns surrounding AI-powered chatbots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Security Concerns Surrounding AI-Powered Chatbots Unveiled</w:t>
      </w:r>
      <w:r/>
    </w:p>
    <w:p>
      <w:r/>
      <w:r>
        <w:t>Artificial Intelligence (AI) chatbots are becoming increasingly prevalent in everyday digital interactions, offering convenience and assistance across various platforms, including popular messaging apps like WhatsApp and Facebook Messenger. However, leading cybersecurity experts have raised concerns about the potential risks associated with these AI tools, urging users to exercise caution when engaging with them.</w:t>
      </w:r>
      <w:r/>
    </w:p>
    <w:p>
      <w:r/>
      <w:r>
        <w:t>Stuart Green, a cybersecurity professional specialising in cloud security architecture at Check Point Software, has highlighted the importance of treating AI chatbots with the same level of caution as one would exercise with a stranger. Green warns that despite their human-like interfaces, these chatbots are not trustworthy companions and can inadvertently become conduits for sensitive information leaks.</w:t>
      </w:r>
      <w:r/>
    </w:p>
    <w:p>
      <w:r/>
      <w:r>
        <w:t>The core advice from security experts revolves around avoiding the sharing of Personally Identifiable Information (PII). This term encompasses key pieces of information such as full names, home addresses, email addresses, phone numbers, and forms of identification like passport details. Green stresses that sharing such data heightens the risk of identity theft, doxxing, and unauthorised access to personal accounts. The dangers are further compounded by the possibility of data breaches, even if platforms claim to anonymise user data.</w:t>
      </w:r>
      <w:r/>
    </w:p>
    <w:p>
      <w:r/>
      <w:r>
        <w:t>Financial data is another category of information that should be closely guarded. Given the humanlike demeanour of AI chatbots, users can be easily deceived into divulging critical financial information. Cybercriminals can exploit leaked data for fraud, theft, or orchestrating scams. Green specifically advises against sharing credit card numbers, bank account details, and passwords. Additionally, sharing login credentials, including usernames, passwords, or multi-factor authentication codes, can lead to account hijackings and data theft.</w:t>
      </w:r>
      <w:r/>
    </w:p>
    <w:p>
      <w:r/>
      <w:r>
        <w:t>The advice extends to sensitive health-related data, with experts cautioning against sharing medical histories, prescriptions, and mental health details. If such information were to be exposed, it could lead to severe privacy breaches, discrimination, or be manipulated by malicious entities.</w:t>
      </w:r>
      <w:r/>
    </w:p>
    <w:p>
      <w:r/>
      <w:r>
        <w:t>In light of these potential security threats, tech insider Sean Keach reiterates the necessity of maintaining a sceptical stance towards AI chatbots. Describing these tools as lines of code mimicking human conversation, rather than actual human allies, Keach advises users to refrain from sharing personal details, including their full names. Despite the robust security measures claimed by renowned tech giants, no system is infallible against hacking attempts or data breaches.</w:t>
      </w:r>
      <w:r/>
    </w:p>
    <w:p>
      <w:r/>
      <w:r>
        <w:t>As AI chatbots continue to evolve and integrate into countless facets of digital life, users are encouraged to remain vigilant. Though these tools can enhance productivity and provide assistance, understanding the risks and safeguarding personal information remains paramount to ensuring one’s digital privacy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https://www.cshub.com/attacks/articles/understanding-and-mitigating-the-security-risks-of-chatbots</w:t>
        </w:r>
      </w:hyperlink>
      <w:r>
        <w:t xml:space="preserve"> - This article discusses the various security risks associated with AI-powered chatbots, including prompt injection, jailbreak attacks, API vulnerabilities, and source code vulnerabilities, which corroborate the concerns about data leaks and unauthorized access.</w:t>
      </w:r>
      <w:r/>
    </w:p>
    <w:p>
      <w:pPr>
        <w:pStyle w:val="ListNumber"/>
        <w:spacing w:line="240" w:lineRule="auto"/>
        <w:ind w:left="720"/>
      </w:pPr>
      <w:r/>
      <w:hyperlink r:id="rId11">
        <w:r>
          <w:rPr>
            <w:color w:val="0000EE"/>
            <w:u w:val="single"/>
          </w:rPr>
          <w:t>https://layerxsecurity.com/learn/chatbot-security/</w:t>
        </w:r>
      </w:hyperlink>
      <w:r>
        <w:t xml:space="preserve"> - This resource outlines the security vulnerabilities of chatbots, such as data breaches, information gathering, and dissemination of misinformation, highlighting the need for strong security measures like encryption and access controls.</w:t>
      </w:r>
      <w:r/>
    </w:p>
    <w:p>
      <w:pPr>
        <w:pStyle w:val="ListNumber"/>
        <w:spacing w:line="240" w:lineRule="auto"/>
        <w:ind w:left="720"/>
      </w:pPr>
      <w:r/>
      <w:hyperlink r:id="rId12">
        <w:r>
          <w:rPr>
            <w:color w:val="0000EE"/>
            <w:u w:val="single"/>
          </w:rPr>
          <w:t>https://www.technologyreview.com/2023/04/03/1070893/three-ways-ai-chatbots-are-a-security-disaster/</w:t>
        </w:r>
      </w:hyperlink>
      <w:r>
        <w:t xml:space="preserve"> - This article details how AI chatbots can be misused for malicious tasks like phishing, scamming, and leaking private information, emphasizing the risks of prompt injections and the vulnerability of these systems to attacks.</w:t>
      </w:r>
      <w:r/>
    </w:p>
    <w:p>
      <w:pPr>
        <w:pStyle w:val="ListNumber"/>
        <w:spacing w:line="240" w:lineRule="auto"/>
        <w:ind w:left="720"/>
      </w:pPr>
      <w:r/>
      <w:hyperlink r:id="rId13">
        <w:r>
          <w:rPr>
            <w:color w:val="0000EE"/>
            <w:u w:val="single"/>
          </w:rPr>
          <w:t>https://usa.kaspersky.com/resource-center/preemptive-safety/chatbots</w:t>
        </w:r>
      </w:hyperlink>
      <w:r>
        <w:t xml:space="preserve"> - This article discusses the threats and vulnerabilities associated with chatbots, including malware, ransomware, and data theft, and advises on proper encryption and authentication to mitigate these risks.</w:t>
      </w:r>
      <w:r/>
    </w:p>
    <w:p>
      <w:pPr>
        <w:pStyle w:val="ListNumber"/>
        <w:spacing w:line="240" w:lineRule="auto"/>
        <w:ind w:left="720"/>
      </w:pPr>
      <w:r/>
      <w:hyperlink r:id="rId14">
        <w:r>
          <w:rPr>
            <w:color w:val="0000EE"/>
            <w:u w:val="single"/>
          </w:rPr>
          <w:t>https://www.sitelock.com/blog/chatbot-security-risks/</w:t>
        </w:r>
      </w:hyperlink>
      <w:r>
        <w:t xml:space="preserve"> - This blog post highlights the security risks of chatbots, such as spoofing, tampering with data, and data theft, and recommends security protocols like two-factor authentication and end-to-end encryption.</w:t>
      </w:r>
      <w:r/>
    </w:p>
    <w:p>
      <w:pPr>
        <w:pStyle w:val="ListNumber"/>
        <w:spacing w:line="240" w:lineRule="auto"/>
        <w:ind w:left="720"/>
      </w:pPr>
      <w:r/>
      <w:hyperlink r:id="rId10">
        <w:r>
          <w:rPr>
            <w:color w:val="0000EE"/>
            <w:u w:val="single"/>
          </w:rPr>
          <w:t>https://www.cshub.com/attacks/articles/understanding-and-mitigating-the-security-risks-of-chatbots</w:t>
        </w:r>
      </w:hyperlink>
      <w:r>
        <w:t xml:space="preserve"> - This article emphasizes the importance of protecting sensitive information, including financial and health-related data, from being exposed through chatbot interactions.</w:t>
      </w:r>
      <w:r/>
    </w:p>
    <w:p>
      <w:pPr>
        <w:pStyle w:val="ListNumber"/>
        <w:spacing w:line="240" w:lineRule="auto"/>
        <w:ind w:left="720"/>
      </w:pPr>
      <w:r/>
      <w:hyperlink r:id="rId11">
        <w:r>
          <w:rPr>
            <w:color w:val="0000EE"/>
            <w:u w:val="single"/>
          </w:rPr>
          <w:t>https://layerxsecurity.com/learn/chatbot-security/</w:t>
        </w:r>
      </w:hyperlink>
      <w:r>
        <w:t xml:space="preserve"> - This resource cautions against sharing personal details with AI chatbots due to the risk of identity theft, doxxing, and unauthorized access to personal accounts.</w:t>
      </w:r>
      <w:r/>
    </w:p>
    <w:p>
      <w:pPr>
        <w:pStyle w:val="ListNumber"/>
        <w:spacing w:line="240" w:lineRule="auto"/>
        <w:ind w:left="720"/>
      </w:pPr>
      <w:r/>
      <w:hyperlink r:id="rId12">
        <w:r>
          <w:rPr>
            <w:color w:val="0000EE"/>
            <w:u w:val="single"/>
          </w:rPr>
          <w:t>https://www.technologyreview.com/2023/04/03/1070893/three-ways-ai-chatbots-are-a-security-disaster/</w:t>
        </w:r>
      </w:hyperlink>
      <w:r>
        <w:t xml:space="preserve"> - This article warns about the human-like demeanor of AI chatbots that can deceive users into divulging critical financial information, which can be exploited for fraud and theft.</w:t>
      </w:r>
      <w:r/>
    </w:p>
    <w:p>
      <w:pPr>
        <w:pStyle w:val="ListNumber"/>
        <w:spacing w:line="240" w:lineRule="auto"/>
        <w:ind w:left="720"/>
      </w:pPr>
      <w:r/>
      <w:hyperlink r:id="rId13">
        <w:r>
          <w:rPr>
            <w:color w:val="0000EE"/>
            <w:u w:val="single"/>
          </w:rPr>
          <w:t>https://usa.kaspersky.com/resource-center/preemptive-safety/chatbots</w:t>
        </w:r>
      </w:hyperlink>
      <w:r>
        <w:t xml:space="preserve"> - This article advises against sharing login credentials, including usernames, passwords, or multi-factor authentication codes, to prevent account hijackings and data theft.</w:t>
      </w:r>
      <w:r/>
    </w:p>
    <w:p>
      <w:pPr>
        <w:pStyle w:val="ListNumber"/>
        <w:spacing w:line="240" w:lineRule="auto"/>
        <w:ind w:left="720"/>
      </w:pPr>
      <w:r/>
      <w:hyperlink r:id="rId14">
        <w:r>
          <w:rPr>
            <w:color w:val="0000EE"/>
            <w:u w:val="single"/>
          </w:rPr>
          <w:t>https://www.sitelock.com/blog/chatbot-security-risks/</w:t>
        </w:r>
      </w:hyperlink>
      <w:r>
        <w:t xml:space="preserve"> - This blog post emphasizes the necessity of maintaining a sceptical stance towards AI chatbots and advises users to refrain from sharing personal details to protect against privacy breaches and discrimination.</w:t>
      </w:r>
      <w:r/>
    </w:p>
    <w:p>
      <w:pPr>
        <w:pStyle w:val="ListNumber"/>
        <w:spacing w:line="240" w:lineRule="auto"/>
        <w:ind w:left="720"/>
      </w:pPr>
      <w:r/>
      <w:hyperlink r:id="rId11">
        <w:r>
          <w:rPr>
            <w:color w:val="0000EE"/>
            <w:u w:val="single"/>
          </w:rPr>
          <w:t>https://layerxsecurity.com/learn/chatbot-security/</w:t>
        </w:r>
      </w:hyperlink>
      <w:r>
        <w:t xml:space="preserve"> - This resource underscores the importance of robust security measures, including regular security audits and penetration testing, to ensure the security of AI chatbots despite their evolving nature.</w:t>
      </w:r>
      <w:r/>
    </w:p>
    <w:p>
      <w:pPr>
        <w:pStyle w:val="ListNumber"/>
        <w:spacing w:line="240" w:lineRule="auto"/>
        <w:ind w:left="720"/>
      </w:pPr>
      <w:r/>
      <w:hyperlink r:id="rId15">
        <w:r>
          <w:rPr>
            <w:color w:val="0000EE"/>
            <w:u w:val="single"/>
          </w:rPr>
          <w:t>https://www.thesun.co.uk/tech/30817695/ai-artificial-intelligence-chatbot-identity-theft-warning/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hub.com/attacks/articles/understanding-and-mitigating-the-security-risks-of-chatbots" TargetMode="External"/><Relationship Id="rId11" Type="http://schemas.openxmlformats.org/officeDocument/2006/relationships/hyperlink" Target="https://layerxsecurity.com/learn/chatbot-security/" TargetMode="External"/><Relationship Id="rId12" Type="http://schemas.openxmlformats.org/officeDocument/2006/relationships/hyperlink" Target="https://www.technologyreview.com/2023/04/03/1070893/three-ways-ai-chatbots-are-a-security-disaster/" TargetMode="External"/><Relationship Id="rId13" Type="http://schemas.openxmlformats.org/officeDocument/2006/relationships/hyperlink" Target="https://usa.kaspersky.com/resource-center/preemptive-safety/chatbots" TargetMode="External"/><Relationship Id="rId14" Type="http://schemas.openxmlformats.org/officeDocument/2006/relationships/hyperlink" Target="https://www.sitelock.com/blog/chatbot-security-risks/" TargetMode="External"/><Relationship Id="rId15" Type="http://schemas.openxmlformats.org/officeDocument/2006/relationships/hyperlink" Target="https://www.thesun.co.uk/tech/30817695/ai-artificial-intelligence-chatbot-identity-theft-w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