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Simplilearn and Degreed join forces for transformative AI-powered learning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Simplilearn and Degreed Join Forces for Transformative AI-Powered Learning</w:t>
      </w:r>
      <w:r/>
    </w:p>
    <w:p>
      <w:r/>
      <w:r>
        <w:t>SAN FRANCISCO, October 2, 2024 — In a groundbreaking collaboration, Simplilearn, a leader in the digital skills training sector, and Degreed, an innovative learning platform, have announced a strategic partnership aimed at revolutionising skill-based learning. This union sees Simplilearn joining Degreed’s AI-Ready partner category, marking a significant advancement in the integration of digital learning experiences.</w:t>
      </w:r>
      <w:r/>
    </w:p>
    <w:p>
      <w:r/>
      <w:r>
        <w:t>Simplilearn, with over a decade of expertise, has distinguished itself as a frontrunner in digital skills training, serving professionals and enterprises worldwide with instructor-led and interactive learning experiences. The training giant boasts a comprehensive range of courses, including artificial intelligence, machine learning, cloud computing, data science, and digital marketing. These educational offerings are now seamlessly integrated within the Degreed platform, demonstrating a blend of advanced technology and educational expertise aimed at providing enhanced learning experiences for individuals and organisations.</w:t>
      </w:r>
      <w:r/>
    </w:p>
    <w:p>
      <w:r/>
      <w:r>
        <w:t>Degreed's platform, known for its capacity to facilitate skill-driven development, significantly benefits from this partnership by incorporating Simplilearn’s extensive course library. As industries continue to evolve with technological advancements, there is a growing need for advanced training that is both practical and timely. The Degreed platform, enhanced by AI, promises to offer personalised course recommendations tailored to each learner's unique background and experience. This approach is designed to keep training relevant, aligning with both individual career aspirations and organisational objectives.</w:t>
      </w:r>
      <w:r/>
    </w:p>
    <w:p>
      <w:r/>
      <w:r>
        <w:t>A standout feature of this collaboration is the introduction of over 700 live classes each month, alongside a catalogue of more than 500 courses and role-based learning paths. These resources cover vital areas such as AI, cybersecurity, and machine learning, ensuring that participants stay current with industry trends and technological developments.</w:t>
      </w:r>
      <w:r/>
    </w:p>
    <w:p>
      <w:r/>
      <w:r>
        <w:t>Mr. Krishna Kumar, Founder and CEO of Simplilearn, expressed enthusiasm about the partnership, stating, "Partnering with Degreed represents a pivotal moment in our journey at Simplilearn. This collaboration underscores our commitment to harnessing cutting-edge technology and tailored learning experiences. By integrating Degreed's advanced AI capabilities with our industry-leading programs, we are poised to redefine how individuals and organisations approach skill development, ensuring a more agile and role-ready workforce."</w:t>
      </w:r>
      <w:r/>
    </w:p>
    <w:p>
      <w:r/>
      <w:r>
        <w:t>Echoing this sentiment, Mr. Max Wessel, co-CEO of Degreed, remarked, "Our partnership with Simplilearn shows our dedication to equipping professionals with the most relevant skills for today’s fast-paced technology landscape. By using AI to power the integration of Simplilearn's top-tier courses into Degreed, we enhance our ability to offer personalised, precise, and high-impact learning experiences – helping organisations turn the talent they have into the talent they need."</w:t>
      </w:r>
      <w:r/>
    </w:p>
    <w:p>
      <w:r/>
      <w:r>
        <w:t>Founded in 2010, Simplilearn has established itself as a global leader in digital skill education, impacting over 8 million learners globally. The company operates out of San Francisco, California, and Bangalore, India, and provides a wide variety of training programs that are designed in collaboration with renowned universities and top industry practitioners. Degreed, headquartered in San Francisco as well, continues its mission to facilitate skill-driven development, maintaining a focus on enabling organisations to collect, understand, and build essential skills.</w:t>
      </w:r>
      <w:r/>
    </w:p>
    <w:p>
      <w:r/>
      <w:r>
        <w:t>The announcement marks a significant venture into the future of learning and development, offering powerful tools to tackle the ever-evolving challenges of the modern tech-driven workplace.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https://www.simplilearn.com/artificial-intelligence-masters-program-training-course</w:t>
        </w:r>
      </w:hyperlink>
      <w:r>
        <w:t xml:space="preserve"> - This link corroborates Simplilearn's expertise in digital skills training, including courses in artificial intelligence, machine learning, and other relevant areas.</w:t>
      </w:r>
      <w:r/>
    </w:p>
    <w:p>
      <w:pPr>
        <w:pStyle w:val="ListNumber"/>
        <w:spacing w:line="240" w:lineRule="auto"/>
        <w:ind w:left="720"/>
      </w:pPr>
      <w:r/>
      <w:hyperlink r:id="rId11">
        <w:r>
          <w:rPr>
            <w:color w:val="0000EE"/>
            <w:u w:val="single"/>
          </w:rPr>
          <w:t>https://www.simplilearn.com/pgp-ai-machine-learning-certification-training-course</w:t>
        </w:r>
      </w:hyperlink>
      <w:r>
        <w:t xml:space="preserve"> - This link supports the comprehensive range of courses offered by Simplilearn, including AI and machine learning, and their collaboration with renowned universities like Purdue University and IBM.</w:t>
      </w:r>
      <w:r/>
    </w:p>
    <w:p>
      <w:pPr>
        <w:pStyle w:val="ListNumber"/>
        <w:spacing w:line="240" w:lineRule="auto"/>
        <w:ind w:left="720"/>
      </w:pPr>
      <w:r/>
      <w:hyperlink r:id="rId11">
        <w:r>
          <w:rPr>
            <w:color w:val="0000EE"/>
            <w:u w:val="single"/>
          </w:rPr>
          <w:t>https://www.simplilearn.com/pgp-ai-machine-learning-certification-training-course</w:t>
        </w:r>
      </w:hyperlink>
      <w:r>
        <w:t xml:space="preserve"> - This link highlights the integration of live classes, hands-on projects, and role-based learning paths, which are key features of the partnership between Simplilearn and Degreed.</w:t>
      </w:r>
      <w:r/>
    </w:p>
    <w:p>
      <w:pPr>
        <w:pStyle w:val="ListNumber"/>
        <w:spacing w:line="240" w:lineRule="auto"/>
        <w:ind w:left="720"/>
      </w:pPr>
      <w:r/>
      <w:hyperlink r:id="rId12">
        <w:r>
          <w:rPr>
            <w:color w:val="0000EE"/>
            <w:u w:val="single"/>
          </w:rPr>
          <w:t>https://explore.degreed.com/newsroom/degreed-announces-ai-product-enhancements-partnerships/</w:t>
        </w:r>
      </w:hyperlink>
      <w:r>
        <w:t xml:space="preserve"> - This link explains Degreed's platform and its capacity to facilitate skill-driven development, including the use of AI for personalized course recommendations and enhanced learning experiences.</w:t>
      </w:r>
      <w:r/>
    </w:p>
    <w:p>
      <w:pPr>
        <w:pStyle w:val="ListNumber"/>
        <w:spacing w:line="240" w:lineRule="auto"/>
        <w:ind w:left="720"/>
      </w:pPr>
      <w:r/>
      <w:hyperlink r:id="rId12">
        <w:r>
          <w:rPr>
            <w:color w:val="0000EE"/>
            <w:u w:val="single"/>
          </w:rPr>
          <w:t>https://explore.degreed.com/newsroom/degreed-announces-ai-product-enhancements-partnerships/</w:t>
        </w:r>
      </w:hyperlink>
      <w:r>
        <w:t xml:space="preserve"> - This link details Degreed's AI-powered features, such as the Degreed App for Microsoft Teams and the Content Marketplace, which align with the partnership's goals of providing advanced and relevant training.</w:t>
      </w:r>
      <w:r/>
    </w:p>
    <w:p>
      <w:pPr>
        <w:pStyle w:val="ListNumber"/>
        <w:spacing w:line="240" w:lineRule="auto"/>
        <w:ind w:left="720"/>
      </w:pPr>
      <w:r/>
      <w:hyperlink r:id="rId13">
        <w:r>
          <w:rPr>
            <w:color w:val="0000EE"/>
            <w:u w:val="single"/>
          </w:rPr>
          <w:t>https://degreed.com/experience/en-gb/</w:t>
        </w:r>
      </w:hyperlink>
      <w:r>
        <w:t xml:space="preserve"> - This link provides an overview of Degreed's learning platform, its focus on skill development, and its ability to integrate various types of content and learning experiences.</w:t>
      </w:r>
      <w:r/>
    </w:p>
    <w:p>
      <w:pPr>
        <w:pStyle w:val="ListNumber"/>
        <w:spacing w:line="240" w:lineRule="auto"/>
        <w:ind w:left="720"/>
      </w:pPr>
      <w:r/>
      <w:hyperlink r:id="rId10">
        <w:r>
          <w:rPr>
            <w:color w:val="0000EE"/>
            <w:u w:val="single"/>
          </w:rPr>
          <w:t>https://www.simplilearn.com/artificial-intelligence-masters-program-training-course</w:t>
        </w:r>
      </w:hyperlink>
      <w:r>
        <w:t xml:space="preserve"> - This link supports the statement about Simplilearn's global impact, having trained over 8 million learners and operating out of San Francisco and Bangalore.</w:t>
      </w:r>
      <w:r/>
    </w:p>
    <w:p>
      <w:pPr>
        <w:pStyle w:val="ListNumber"/>
        <w:spacing w:line="240" w:lineRule="auto"/>
        <w:ind w:left="720"/>
      </w:pPr>
      <w:r/>
      <w:hyperlink r:id="rId11">
        <w:r>
          <w:rPr>
            <w:color w:val="0000EE"/>
            <w:u w:val="single"/>
          </w:rPr>
          <w:t>https://www.simplilearn.com/pgp-ai-machine-learning-certification-training-course</w:t>
        </w:r>
      </w:hyperlink>
      <w:r>
        <w:t xml:space="preserve"> - This link corroborates the collaboration between Simplilearn and renowned universities and industry practitioners, such as Purdue University and IBM, to design training programs.</w:t>
      </w:r>
      <w:r/>
    </w:p>
    <w:p>
      <w:pPr>
        <w:pStyle w:val="ListNumber"/>
        <w:spacing w:line="240" w:lineRule="auto"/>
        <w:ind w:left="720"/>
      </w:pPr>
      <w:r/>
      <w:hyperlink r:id="rId12">
        <w:r>
          <w:rPr>
            <w:color w:val="0000EE"/>
            <w:u w:val="single"/>
          </w:rPr>
          <w:t>https://explore.degreed.com/newsroom/degreed-announces-ai-product-enhancements-partnerships/</w:t>
        </w:r>
      </w:hyperlink>
      <w:r>
        <w:t xml:space="preserve"> - This link explains how Degreed's platform uses AI to enhance the learning experience, including personalized recommendations and real-time data analysis.</w:t>
      </w:r>
      <w:r/>
    </w:p>
    <w:p>
      <w:pPr>
        <w:pStyle w:val="ListNumber"/>
        <w:spacing w:line="240" w:lineRule="auto"/>
        <w:ind w:left="720"/>
      </w:pPr>
      <w:r/>
      <w:hyperlink r:id="rId13">
        <w:r>
          <w:rPr>
            <w:color w:val="0000EE"/>
            <w:u w:val="single"/>
          </w:rPr>
          <w:t>https://degreed.com/experience/en-gb/</w:t>
        </w:r>
      </w:hyperlink>
      <w:r>
        <w:t xml:space="preserve"> - This link highlights Degreed's mission to facilitate skill-driven development and its focus on enabling organizations to collect, understand, and build essential skills.</w:t>
      </w:r>
      <w:r/>
    </w:p>
    <w:p>
      <w:pPr>
        <w:pStyle w:val="ListNumber"/>
        <w:spacing w:line="240" w:lineRule="auto"/>
        <w:ind w:left="720"/>
      </w:pPr>
      <w:r/>
      <w:hyperlink r:id="rId11">
        <w:r>
          <w:rPr>
            <w:color w:val="0000EE"/>
            <w:u w:val="single"/>
          </w:rPr>
          <w:t>https://www.simplilearn.com/pgp-ai-machine-learning-certification-training-course</w:t>
        </w:r>
      </w:hyperlink>
      <w:r>
        <w:t xml:space="preserve"> - This link supports the introduction of over 700 live classes and a catalogue of more than 500 courses, ensuring participants stay current with industry trends and technological developments.</w:t>
      </w:r>
      <w:r/>
    </w:p>
    <w:p>
      <w:pPr>
        <w:pStyle w:val="ListNumber"/>
        <w:spacing w:line="240" w:lineRule="auto"/>
        <w:ind w:left="720"/>
      </w:pPr>
      <w:r/>
      <w:hyperlink r:id="rId14">
        <w:r>
          <w:rPr>
            <w:color w:val="0000EE"/>
            <w:u w:val="single"/>
          </w:rPr>
          <w:t>https://www.prnewswire.com/news-releases/simplilearn-and-degreed-collaborate-to-transform-workforce-development-with-ai-enhanced-learning-302265776.html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implilearn.com/artificial-intelligence-masters-program-training-course" TargetMode="External"/><Relationship Id="rId11" Type="http://schemas.openxmlformats.org/officeDocument/2006/relationships/hyperlink" Target="https://www.simplilearn.com/pgp-ai-machine-learning-certification-training-course" TargetMode="External"/><Relationship Id="rId12" Type="http://schemas.openxmlformats.org/officeDocument/2006/relationships/hyperlink" Target="https://explore.degreed.com/newsroom/degreed-announces-ai-product-enhancements-partnerships/" TargetMode="External"/><Relationship Id="rId13" Type="http://schemas.openxmlformats.org/officeDocument/2006/relationships/hyperlink" Target="https://degreed.com/experience/en-gb/" TargetMode="External"/><Relationship Id="rId14" Type="http://schemas.openxmlformats.org/officeDocument/2006/relationships/hyperlink" Target="https://www.prnewswire.com/news-releases/simplilearn-and-degreed-collaborate-to-transform-workforce-development-with-ai-enhanced-learning-30226577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