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Vera AI launches new platform to enable safer business adoption of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Vera AI Inc., a burgeoning startup headquartered in the United States, has officially launched its AI Gateway platform, a system designed to assist businesses in adopting artificial intelligence more safely and efficiently. This move comes at a critical time when companies are increasingly interested in harnessing the power of AI technologies but are cautious due to the inherent risks and challenges associated with their implementation.</w:t>
      </w:r>
      <w:r/>
    </w:p>
    <w:p>
      <w:r/>
      <w:r>
        <w:t>The AI Gateway platform introduces customizable guardrails and model routing capabilities to streamline the AI integration process for enterprises. Liz O’Sullivan, CEO and co-founder of Vera AI, highlighted the platform’s potential during an interview, stating, "We’ve been hard at work over the last year building something that could scalably and repeatably accelerate time to production for the kinds of business use cases that actually stand to generate a lot of excitement.”</w:t>
      </w:r>
      <w:r/>
    </w:p>
    <w:p>
      <w:r/>
      <w:r>
        <w:t>Central to Vera AI's offering is a comprehensive policy configuration interface that gives organizations the ability to tailor AI safeguards according to their specific needs. This interface is pivotal in striking a balance between fostering innovation and maintaining responsible content management, reflecting the company’s vision of facilitating both efficient and ethical AI deployment.</w:t>
      </w:r>
      <w:r/>
    </w:p>
    <w:p>
      <w:r/>
      <w:r>
        <w:t>The launch highlights Vera AI's endeavor to address what are colloquially known as last-mile challenges. These are often underestimated elements of AI deployment that involve nuanced decision-making around risk reduction, including mitigating issues like misinformation and inappropriate content. As Justin Norman, Vera’s CTO and co-founder, noted, the platform allows clients to set their own parameters and policies without external influence, thus maintaining independence in decision-making.</w:t>
      </w:r>
      <w:r/>
    </w:p>
    <w:p>
      <w:r/>
      <w:r>
        <w:t>Vera AI has already begun to make its mark in the industry, processing tens of thousands of model requests monthly from a select group of paying clients. The company operates on an API-based pricing model, charging one cent per call, which underscores its commitment to providing cost-efficient solutions aligned with client success.</w:t>
      </w:r>
      <w:r/>
    </w:p>
    <w:p>
      <w:r/>
      <w:r>
        <w:t>The foundation of Vera AI is deeply rooted in the founders’ extensive experience in AI and technology. Liz O’Sullivan’s prior involvement in AI safety activism, coupled with her contributions to the National AI Advisory Committee, alongside Justin Norman’s academic and industry background, including his PhD work focusing on AI robustness at UC Berkeley, bolster the company’s credibility and innovative edge.</w:t>
      </w:r>
      <w:r/>
    </w:p>
    <w:p>
      <w:r/>
      <w:r>
        <w:t>Vera's platform aims to bridge the gap, ensuring that organizations can fully leverage AI technologies while adhering to safety and ethics. With the AI landscape rapidly advancing, Vera is poised to distinguish itself by prioritising customizable guardrails and effective model routing, making it a compelling choice for both enterprise clients deploying internal AI solutions and those creating consumer-facing applications.</w:t>
      </w:r>
      <w:r/>
    </w:p>
    <w:p>
      <w:r/>
      <w:r>
        <w:t>Despite its promising start, Vera AI operates within a competitive field where numerous companies are striving to capture the AI safety market. Demonstrating tangible value to clients in such a dynamic environment will be crucial for Vera's continued growth and influence. O’Sullivan encapsulated this ambition, stating, “We’re here to make it as easy as possible to enjoy the benefits of AI while reducing the risks that things do go wrong.”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https://beamstart.com/news/vera-ai-launches-ai-gateway-17278973139101</w:t>
        </w:r>
      </w:hyperlink>
      <w:r>
        <w:t xml:space="preserve"> - Corroborates the launch of Vera AI's AI Gateway platform and its features such as customizable guardrails and model routing.</w:t>
      </w:r>
      <w:r/>
    </w:p>
    <w:p>
      <w:pPr>
        <w:pStyle w:val="ListNumber"/>
        <w:spacing w:line="240" w:lineRule="auto"/>
        <w:ind w:left="720"/>
      </w:pPr>
      <w:r/>
      <w:hyperlink r:id="rId11">
        <w:r>
          <w:rPr>
            <w:color w:val="0000EE"/>
            <w:u w:val="single"/>
          </w:rPr>
          <w:t>https://www.linkedin.com/posts/lizzosullivan_vera-ai-launches-ai-gateway-to-help-companies-activity-7247296123994783746-uf2C</w:t>
        </w:r>
      </w:hyperlink>
      <w:r>
        <w:t xml:space="preserve"> - Supports the official launch of Vera AI's AI Gateway platform and highlights the excitement around its potential.</w:t>
      </w:r>
      <w:r/>
    </w:p>
    <w:p>
      <w:pPr>
        <w:pStyle w:val="ListNumber"/>
        <w:spacing w:line="240" w:lineRule="auto"/>
        <w:ind w:left="720"/>
      </w:pPr>
      <w:r/>
      <w:hyperlink r:id="rId12">
        <w:r>
          <w:rPr>
            <w:color w:val="0000EE"/>
            <w:u w:val="single"/>
          </w:rPr>
          <w:t>https://www.askvera.io</w:t>
        </w:r>
      </w:hyperlink>
      <w:r>
        <w:t xml:space="preserve"> - Details the features of Vera AI's platform, including model security, cost optimization, and customizable guardrails.</w:t>
      </w:r>
      <w:r/>
    </w:p>
    <w:p>
      <w:pPr>
        <w:pStyle w:val="ListNumber"/>
        <w:spacing w:line="240" w:lineRule="auto"/>
        <w:ind w:left="720"/>
      </w:pPr>
      <w:r/>
      <w:hyperlink r:id="rId13">
        <w:r>
          <w:rPr>
            <w:color w:val="0000EE"/>
            <w:u w:val="single"/>
          </w:rPr>
          <w:t>https://venturebeat.com/ai/vera-ai-launches-ai-gateway-to-help-companies-safely-scale-ai-without-the-risks/</w:t>
        </w:r>
      </w:hyperlink>
      <w:r>
        <w:t xml:space="preserve"> - Provides information on the AI Gateway platform's ability to address last-mile challenges in AI deployment and ensure safe and responsible AI use.</w:t>
      </w:r>
      <w:r/>
    </w:p>
    <w:p>
      <w:pPr>
        <w:pStyle w:val="ListNumber"/>
        <w:spacing w:line="240" w:lineRule="auto"/>
        <w:ind w:left="720"/>
      </w:pPr>
      <w:r/>
      <w:hyperlink r:id="rId10">
        <w:r>
          <w:rPr>
            <w:color w:val="0000EE"/>
            <w:u w:val="single"/>
          </w:rPr>
          <w:t>https://beamstart.com/news/vera-ai-launches-ai-gateway-17278973139101</w:t>
        </w:r>
      </w:hyperlink>
      <w:r>
        <w:t xml:space="preserve"> - Mentions the founders' backgrounds and their contributions to AI safety and technology, adding credibility to Vera AI.</w:t>
      </w:r>
      <w:r/>
    </w:p>
    <w:p>
      <w:pPr>
        <w:pStyle w:val="ListNumber"/>
        <w:spacing w:line="240" w:lineRule="auto"/>
        <w:ind w:left="720"/>
      </w:pPr>
      <w:r/>
      <w:hyperlink r:id="rId12">
        <w:r>
          <w:rPr>
            <w:color w:val="0000EE"/>
            <w:u w:val="single"/>
          </w:rPr>
          <w:t>https://www.askvera.io</w:t>
        </w:r>
      </w:hyperlink>
      <w:r>
        <w:t xml:space="preserve"> - Explains how the platform helps in mitigating issues like misinformation and inappropriate content through customizable policies.</w:t>
      </w:r>
      <w:r/>
    </w:p>
    <w:p>
      <w:pPr>
        <w:pStyle w:val="ListNumber"/>
        <w:spacing w:line="240" w:lineRule="auto"/>
        <w:ind w:left="720"/>
      </w:pPr>
      <w:r/>
      <w:hyperlink r:id="rId13">
        <w:r>
          <w:rPr>
            <w:color w:val="0000EE"/>
            <w:u w:val="single"/>
          </w:rPr>
          <w:t>https://venturebeat.com/ai/vera-ai-launches-ai-gateway-to-help-companies-safely-scale-ai-without-the-risks/</w:t>
        </w:r>
      </w:hyperlink>
      <w:r>
        <w:t xml:space="preserve"> - Discusses the platform's ability to allow clients to set their own parameters and policies without external influence.</w:t>
      </w:r>
      <w:r/>
    </w:p>
    <w:p>
      <w:pPr>
        <w:pStyle w:val="ListNumber"/>
        <w:spacing w:line="240" w:lineRule="auto"/>
        <w:ind w:left="720"/>
      </w:pPr>
      <w:r/>
      <w:hyperlink r:id="rId12">
        <w:r>
          <w:rPr>
            <w:color w:val="0000EE"/>
            <w:u w:val="single"/>
          </w:rPr>
          <w:t>https://www.askvera.io</w:t>
        </w:r>
      </w:hyperlink>
      <w:r>
        <w:t xml:space="preserve"> - Details the cost-efficient pricing model of Vera AI, charging one cent per API call.</w:t>
      </w:r>
      <w:r/>
    </w:p>
    <w:p>
      <w:pPr>
        <w:pStyle w:val="ListNumber"/>
        <w:spacing w:line="240" w:lineRule="auto"/>
        <w:ind w:left="720"/>
      </w:pPr>
      <w:r/>
      <w:hyperlink r:id="rId10">
        <w:r>
          <w:rPr>
            <w:color w:val="0000EE"/>
            <w:u w:val="single"/>
          </w:rPr>
          <w:t>https://beamstart.com/news/vera-ai-launches-ai-gateway-17278973139101</w:t>
        </w:r>
      </w:hyperlink>
      <w:r>
        <w:t xml:space="preserve"> - Highlights Vera AI's commitment to providing solutions that balance innovation and responsible content management.</w:t>
      </w:r>
      <w:r/>
    </w:p>
    <w:p>
      <w:pPr>
        <w:pStyle w:val="ListNumber"/>
        <w:spacing w:line="240" w:lineRule="auto"/>
        <w:ind w:left="720"/>
      </w:pPr>
      <w:r/>
      <w:hyperlink r:id="rId13">
        <w:r>
          <w:rPr>
            <w:color w:val="0000EE"/>
            <w:u w:val="single"/>
          </w:rPr>
          <w:t>https://venturebeat.com/ai/vera-ai-launches-ai-gateway-to-help-companies-safely-scale-ai-without-the-risks/</w:t>
        </w:r>
      </w:hyperlink>
      <w:r>
        <w:t xml:space="preserve"> - Emphasizes the competitive landscape of the AI safety market and the importance of demonstrating value to clients for Vera AI's growth.</w:t>
      </w:r>
      <w:r/>
    </w:p>
    <w:p>
      <w:pPr>
        <w:pStyle w:val="ListNumber"/>
        <w:spacing w:line="240" w:lineRule="auto"/>
        <w:ind w:left="720"/>
      </w:pPr>
      <w:r/>
      <w:hyperlink r:id="rId13">
        <w:r>
          <w:rPr>
            <w:color w:val="0000EE"/>
            <w:u w:val="single"/>
          </w:rPr>
          <w:t>https://venturebeat.com/ai/vera-ai-launches-ai-gateway-to-help-companies-safely-scale-ai-without-the-risks/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eamstart.com/news/vera-ai-launches-ai-gateway-17278973139101" TargetMode="External"/><Relationship Id="rId11" Type="http://schemas.openxmlformats.org/officeDocument/2006/relationships/hyperlink" Target="https://www.linkedin.com/posts/lizzosullivan_vera-ai-launches-ai-gateway-to-help-companies-activity-7247296123994783746-uf2C" TargetMode="External"/><Relationship Id="rId12" Type="http://schemas.openxmlformats.org/officeDocument/2006/relationships/hyperlink" Target="https://www.askvera.io" TargetMode="External"/><Relationship Id="rId13" Type="http://schemas.openxmlformats.org/officeDocument/2006/relationships/hyperlink" Target="https://venturebeat.com/ai/vera-ai-launches-ai-gateway-to-help-companies-safely-scale-ai-without-the-risk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