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Viral post against Meta's AI data use policy deemed ineffective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digital movement that has swept across social media platforms, numerous Instagram users, including well-known personalities such as actors Julianne Moore and Ashley Tisdale, shared a viral post claiming to revoke Meta’s permission to use their personal data for training its artificial intelligence tool. The post, which has circulated widely, suggests, "Goodbye Meta AI. I do not give Meta or anyone else permission to use any of personal data, profile information or photos".</w:t>
      </w:r>
      <w:r/>
    </w:p>
    <w:p>
      <w:r/>
      <w:r>
        <w:t>Despite its popularity, the message has been marked ineffective and is considered a reiteration of an outdated meme. Meta confirmed to Sky News that the post does not constitute a legitimate refusal of their AI data use policy. Instagram's fact-checkers have since tagged the post as "false information" in an effort to curtail the dissemination of misinformation.</w:t>
      </w:r>
      <w:r/>
    </w:p>
    <w:p>
      <w:r/>
      <w:r>
        <w:t>The viral post emerged as Meta, the parent company of Instagram and Facebook, prepares to implement new guidelines allowing the use of public posts and profile details from users within the UK to enhance its AI tool, Meta AI. Initially aimed for release in June, the introduction of these new guidelines has encountered delays due to modifications necessitated by the Information Commissioner's Office (ICO).</w:t>
      </w:r>
      <w:r/>
    </w:p>
    <w:p>
      <w:r/>
      <w:r>
        <w:t>In light of these adjustments, Meta has simplified the process for users to object to these changes, claiming it is now "even simpler, more prominent and easier to find". Users of Facebook and Instagram will soon receive notifications with details about the updates and guidance on how to submit objections. For users who have utilized previous methods to register objections, updates will not be directly communicated.</w:t>
      </w:r>
      <w:r/>
    </w:p>
    <w:p>
      <w:r/>
      <w:r>
        <w:t>Meta has assured users that their preference to opt-out will be respected, with affected data being excluded from AI training datasets by default. The process now involves a straightforward objection form that demands just three clicks and an email address to prevent data inclusion. Importantly, the data considered excludes private posts, messages, private accounts, and all data relating to individuals under 18 years of age.</w:t>
      </w:r>
      <w:r/>
    </w:p>
    <w:p>
      <w:r/>
      <w:r>
        <w:t>Users can pre-emptively object before receiving notifications by visiting Meta’s "privacy centre" in their settings and selecting the "object" option. Although these policy adjustments are being applied to UK accounts, Meta is reportedly withholding similar measures in the European Union (EU) due to the absence of a participation agreement under the EU's new AI regulatory framework.</w:t>
      </w:r>
      <w:r/>
    </w:p>
    <w:p>
      <w:r/>
      <w:r>
        <w:t>The EU has recently established an AI Act designed to regulate AI usage and assess its societal risk impact. Companies like Meta operating within the EU are expected to align with these gradually phased-in regulations. Despite this, Meta has not subscribed to a newly announced industry pledge on AI usage.</w:t>
      </w:r>
      <w:r/>
    </w:p>
    <w:p>
      <w:r/>
      <w:r>
        <w:t>A spokesperson for Meta has expressed the company’s support of the EU's "harmonised" rules and has over a hundred companies reportedly agreeing to the terms announced. However, the representative indicated that the company is currently concentrating on compliance with the AI Act, though it did not eliminate the possibility of joining the industry pledge in the future. They added that overlooking AI's capacity to stimulate European innovation and promote competition could result in a missed opportunity for the EU.</w:t>
      </w:r>
      <w:r/>
    </w:p>
    <w:p>
      <w:r/>
      <w:r>
        <w:t>As these developments unfold, the conversation around data privacy and AI usage continues to evolve, highlighting the ongoing complexities and negotiations within the realms of digital privacy and corporate accountability.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https://news.sky.com/story/viral-post-falsely-claims-to-stop-meta-using-your-data-to-train-ai-heres-how-to-actually-stop-it-13221827</w:t>
        </w:r>
      </w:hyperlink>
      <w:r>
        <w:t xml:space="preserve"> - Corroborates the viral post claiming to revoke Meta’s permission to use personal data and confirms it is ineffective.</w:t>
      </w:r>
      <w:r/>
    </w:p>
    <w:p>
      <w:pPr>
        <w:pStyle w:val="ListNumber"/>
        <w:spacing w:line="240" w:lineRule="auto"/>
        <w:ind w:left="720"/>
      </w:pPr>
      <w:r/>
      <w:hyperlink r:id="rId11">
        <w:r>
          <w:rPr>
            <w:color w:val="0000EE"/>
            <w:u w:val="single"/>
          </w:rPr>
          <w:t>https://nypost.com/2024/10/02/tech/facebook-instagram-users-outraged-over-ai-training-with-user-posts-f-k-right-off/</w:t>
        </w:r>
      </w:hyperlink>
      <w:r>
        <w:t xml:space="preserve"> - Mentions the outrage among Facebook and Instagram users over Meta using their data to train AI models.</w:t>
      </w:r>
      <w:r/>
    </w:p>
    <w:p>
      <w:pPr>
        <w:pStyle w:val="ListNumber"/>
        <w:spacing w:line="240" w:lineRule="auto"/>
        <w:ind w:left="720"/>
      </w:pPr>
      <w:r/>
      <w:hyperlink r:id="rId12">
        <w:r>
          <w:rPr>
            <w:color w:val="0000EE"/>
            <w:u w:val="single"/>
          </w:rPr>
          <w:t>https://nypost.com/2024/09/26/tech/viral-goodbye-meta-ai-post-is-a-hoax-wont-protect-data/</w:t>
        </w:r>
      </w:hyperlink>
      <w:r>
        <w:t xml:space="preserve"> - Confirms the viral 'Goodbye Meta AI' post is a hoax and does not protect user data.</w:t>
      </w:r>
      <w:r/>
    </w:p>
    <w:p>
      <w:pPr>
        <w:pStyle w:val="ListNumber"/>
        <w:spacing w:line="240" w:lineRule="auto"/>
        <w:ind w:left="720"/>
      </w:pPr>
      <w:r/>
      <w:hyperlink r:id="rId13">
        <w:r>
          <w:rPr>
            <w:color w:val="0000EE"/>
            <w:u w:val="single"/>
          </w:rPr>
          <w:t>https://uk.news.yahoo.com/hundreds-thousands-instagram-users-including-081312614.html</w:t>
        </w:r>
      </w:hyperlink>
      <w:r>
        <w:t xml:space="preserve"> - Reports on hundreds of thousands of Instagram users, including celebrities, sharing the ineffective viral post.</w:t>
      </w:r>
      <w:r/>
    </w:p>
    <w:p>
      <w:pPr>
        <w:pStyle w:val="ListNumber"/>
        <w:spacing w:line="240" w:lineRule="auto"/>
        <w:ind w:left="720"/>
      </w:pPr>
      <w:r/>
      <w:hyperlink r:id="rId10">
        <w:r>
          <w:rPr>
            <w:color w:val="0000EE"/>
            <w:u w:val="single"/>
          </w:rPr>
          <w:t>https://news.sky.com/story/viral-post-falsely-claims-to-stop-meta-using-your-data-to-train-ai-heres-how-to-actually-stop-it-13221827</w:t>
        </w:r>
      </w:hyperlink>
      <w:r>
        <w:t xml:space="preserve"> - Details the delay in implementing new guidelines due to modifications required by the Information Commissioner's Office (ICO).</w:t>
      </w:r>
      <w:r/>
    </w:p>
    <w:p>
      <w:pPr>
        <w:pStyle w:val="ListNumber"/>
        <w:spacing w:line="240" w:lineRule="auto"/>
        <w:ind w:left="720"/>
      </w:pPr>
      <w:r/>
      <w:hyperlink r:id="rId10">
        <w:r>
          <w:rPr>
            <w:color w:val="0000EE"/>
            <w:u w:val="single"/>
          </w:rPr>
          <w:t>https://news.sky.com/story/viral-post-falsely-claims-to-stop-meta-using-your-data-to-train-ai-heres-how-to-actually-stop-it-13221827</w:t>
        </w:r>
      </w:hyperlink>
      <w:r>
        <w:t xml:space="preserve"> - Explains the simplified process for users to object to the new AI data use policy and the exclusion of certain data types.</w:t>
      </w:r>
      <w:r/>
    </w:p>
    <w:p>
      <w:pPr>
        <w:pStyle w:val="ListNumber"/>
        <w:spacing w:line="240" w:lineRule="auto"/>
        <w:ind w:left="720"/>
      </w:pPr>
      <w:r/>
      <w:hyperlink r:id="rId10">
        <w:r>
          <w:rPr>
            <w:color w:val="0000EE"/>
            <w:u w:val="single"/>
          </w:rPr>
          <w:t>https://news.sky.com/story/viral-post-falsely-claims-to-stop-meta-using-your-data-to-train-ai-heres-how-to-actually-stop-it-13221827</w:t>
        </w:r>
      </w:hyperlink>
      <w:r>
        <w:t xml:space="preserve"> - Describes how users can pre-emptively object by visiting Meta’s 'privacy centre' and selecting the 'object' option.</w:t>
      </w:r>
      <w:r/>
    </w:p>
    <w:p>
      <w:pPr>
        <w:pStyle w:val="ListNumber"/>
        <w:spacing w:line="240" w:lineRule="auto"/>
        <w:ind w:left="720"/>
      </w:pPr>
      <w:r/>
      <w:hyperlink r:id="rId10">
        <w:r>
          <w:rPr>
            <w:color w:val="0000EE"/>
            <w:u w:val="single"/>
          </w:rPr>
          <w:t>https://news.sky.com/story/viral-post-falsely-claims-to-stop-meta-using-your-data-to-train-ai-heres-how-to-actually-stop-it-13221827</w:t>
        </w:r>
      </w:hyperlink>
      <w:r>
        <w:t xml:space="preserve"> - Mentions Meta's decision not to join the EU AI Pact despite supporting the EU's 'harmonised' AI regulations.</w:t>
      </w:r>
      <w:r/>
    </w:p>
    <w:p>
      <w:pPr>
        <w:pStyle w:val="ListNumber"/>
        <w:spacing w:line="240" w:lineRule="auto"/>
        <w:ind w:left="720"/>
      </w:pPr>
      <w:r/>
      <w:hyperlink r:id="rId14">
        <w:r>
          <w:rPr>
            <w:color w:val="0000EE"/>
            <w:u w:val="single"/>
          </w:rPr>
          <w:t>https://thecloudlawyer.net/2024/09/26/hello-meta-ai/</w:t>
        </w:r>
      </w:hyperlink>
      <w:r>
        <w:t xml:space="preserve"> - Provides context on the fear among Instagram users, including celebrities, about Meta using their data for AI training.</w:t>
      </w:r>
      <w:r/>
    </w:p>
    <w:p>
      <w:pPr>
        <w:pStyle w:val="ListNumber"/>
        <w:spacing w:line="240" w:lineRule="auto"/>
        <w:ind w:left="720"/>
      </w:pPr>
      <w:r/>
      <w:hyperlink r:id="rId10">
        <w:r>
          <w:rPr>
            <w:color w:val="0000EE"/>
            <w:u w:val="single"/>
          </w:rPr>
          <w:t>https://news.sky.com/story/viral-post-falsely-claims-to-stop-meta-using-your-data-to-train-ai-heres-how-to-actually-stop-it-13221827</w:t>
        </w:r>
      </w:hyperlink>
      <w:r>
        <w:t xml:space="preserve"> - Details the EU's AI Act and its implications for companies operating in the EU, including Meta.</w:t>
      </w:r>
      <w:r/>
    </w:p>
    <w:p>
      <w:pPr>
        <w:pStyle w:val="ListNumber"/>
        <w:spacing w:line="240" w:lineRule="auto"/>
        <w:ind w:left="720"/>
      </w:pPr>
      <w:r/>
      <w:hyperlink r:id="rId10">
        <w:r>
          <w:rPr>
            <w:color w:val="0000EE"/>
            <w:u w:val="single"/>
          </w:rPr>
          <w:t>https://news.sky.com/story/viral-post-falsely-claims-to-stop-meta-using-your-data-to-train-ai-heres-how-to-actually-stop-it-13221827</w:t>
        </w:r>
      </w:hyperlink>
      <w:r>
        <w:t xml:space="preserve"> - Quotes a Meta spokesperson on the company's focus on compliance with the AI Act and potential future participation in the EU AI Pact.</w:t>
      </w:r>
      <w:r/>
    </w:p>
    <w:p>
      <w:pPr>
        <w:pStyle w:val="ListNumber"/>
        <w:spacing w:line="240" w:lineRule="auto"/>
        <w:ind w:left="720"/>
      </w:pPr>
      <w:r/>
      <w:hyperlink r:id="rId15">
        <w:r>
          <w:rPr>
            <w:color w:val="0000EE"/>
            <w:u w:val="single"/>
          </w:rPr>
          <w:t>https://www.walesonline.co.uk/news/uk-news/hundreds-thousands-instagram-users-including-30056333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sky.com/story/viral-post-falsely-claims-to-stop-meta-using-your-data-to-train-ai-heres-how-to-actually-stop-it-13221827" TargetMode="External"/><Relationship Id="rId11" Type="http://schemas.openxmlformats.org/officeDocument/2006/relationships/hyperlink" Target="https://nypost.com/2024/10/02/tech/facebook-instagram-users-outraged-over-ai-training-with-user-posts-f-k-right-off/" TargetMode="External"/><Relationship Id="rId12" Type="http://schemas.openxmlformats.org/officeDocument/2006/relationships/hyperlink" Target="https://nypost.com/2024/09/26/tech/viral-goodbye-meta-ai-post-is-a-hoax-wont-protect-data/" TargetMode="External"/><Relationship Id="rId13" Type="http://schemas.openxmlformats.org/officeDocument/2006/relationships/hyperlink" Target="https://uk.news.yahoo.com/hundreds-thousands-instagram-users-including-081312614.html" TargetMode="External"/><Relationship Id="rId14" Type="http://schemas.openxmlformats.org/officeDocument/2006/relationships/hyperlink" Target="https://thecloudlawyer.net/2024/09/26/hello-meta-ai/" TargetMode="External"/><Relationship Id="rId15" Type="http://schemas.openxmlformats.org/officeDocument/2006/relationships/hyperlink" Target="https://www.walesonline.co.uk/news/uk-news/hundreds-thousands-instagram-users-including-3005633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