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Vouch unveils AI-powered innovations for the hospitality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Vouch Unveils AI-Powered Innovations for the Hospitality Industry</w:t>
      </w:r>
      <w:r/>
    </w:p>
    <w:p>
      <w:r/>
      <w:r>
        <w:t xml:space="preserve">Singapore, 3 October 2024 – Vouch, a renowned provider of hotel operations management solutions, has unveiled significant advancements in its product suite with the integration of AI-powered features. These enhancements aim to improve operational efficiency and stimulate revenue growth within the hospitality industry. </w:t>
      </w:r>
      <w:r/>
    </w:p>
    <w:p>
      <w:r/>
      <w:r>
        <w:t>The cornerstone of Vouch's advancements is the rapid one-click setup feature now available in its Guest Experience Platform. This innovation dramatically trims the typical platform development duration from weeks to mere hours by employing AI to auto-populate content, which negates the need for manual configuration. This ease of setup allows hotel operations to swiftly adapt to the platform with minimal delay.</w:t>
      </w:r>
      <w:r/>
    </w:p>
    <w:p>
      <w:r/>
      <w:r>
        <w:t>In addressing language barriers, Vouch has enriched the Guest Experience Platform with multi-language AI support, which allows real-time translation of requests and responses. This means guests can communicate their needs or preferences in their native language, while hotel staff can respond in theirs. The seamless interaction promises to heighten guest satisfaction and ensure precision in meeting guest needs.</w:t>
      </w:r>
      <w:r/>
    </w:p>
    <w:p>
      <w:r/>
      <w:r>
        <w:t>Moreover, Vouch’s platform now includes a sophisticated AI upselling tool designed to enhance revenue generation. By analysing guest behaviour, the AI anticipates potential guest desires and efficiently suggests room upgrades, add-ons, and room-service combinations, while optimising item descriptions to increase sales.</w:t>
      </w:r>
      <w:r/>
    </w:p>
    <w:p>
      <w:r/>
      <w:r>
        <w:t>In terms of operational productivity, Vouch has incorporated AI into its backend task management system. This integration allows for the automation of everyday tasks such as housekeeping and maintenance requests, thereby streamlining hotel workflows and enabling staff to prioritise top-notch guest service.</w:t>
      </w:r>
      <w:r/>
    </w:p>
    <w:p>
      <w:r/>
      <w:r>
        <w:t>The augmentation of its AI capabilities was buoyed by a recent funding round where Vouch secured US$2.5 million. Tiang Lim Foo, a Partner at Forge Ventures, highlighted the importance of Vouch’s rapid deployment and adaptability, stating, “Businesses today seek both efficiency and adaptability, and Vouch’s AI-driven solutions deliver on both fronts. Their strategic focus on rapid deployment and minimising disruption addresses a key pain point in the hotel industry."</w:t>
      </w:r>
      <w:r/>
    </w:p>
    <w:p>
      <w:r/>
      <w:r>
        <w:t>Joseph Ling, Founder and CEO of Vouch, emphasised the company's commitment to ease of use and tangible improvements: “We understand that dealing with complicated tech implementations can significantly drain a hotel’s time and resources. That’s why we designed our solutions to be the fastest to deploy and the easiest to use in the market. As exciting as AI is, our focus has always been on delivering tangible results."</w:t>
      </w:r>
      <w:r/>
    </w:p>
    <w:p>
      <w:r/>
      <w:r>
        <w:t>Currently operating in over 32 cities and managing services for more than 35,000 rooms, Vouch is recognised as a leader in the domain of AI-powered hotel management solutions. The company has commenced offering a free trial of its new AI-powered solutions throughout the month of October as part of its celebratory activities.</w:t>
      </w:r>
      <w:r/>
    </w:p>
    <w:p>
      <w:r/>
      <w:r>
        <w:t>With these innovations, Vouch continues to enhance its offering, ensuring cutting-edge technology is accessible and frictionless for the hospitality industry, allowing hoteliers to enhance productivity and guest experience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https://hospitalitytech.com/news-briefs/2024-03-13?article=vouch-expands-empower-hotels-operational-excellence</w:t>
        </w:r>
      </w:hyperlink>
      <w:r>
        <w:t xml:space="preserve"> - Corroborates Vouch's product expansion to empower hotels with operational excellence through its Hotel Operations Management Ecosystem (Vouch HOME).</w:t>
      </w:r>
      <w:r/>
    </w:p>
    <w:p>
      <w:pPr>
        <w:pStyle w:val="ListNumber"/>
        <w:spacing w:line="240" w:lineRule="auto"/>
        <w:ind w:left="720"/>
      </w:pPr>
      <w:r/>
      <w:hyperlink r:id="rId11">
        <w:r>
          <w:rPr>
            <w:color w:val="0000EE"/>
            <w:u w:val="single"/>
          </w:rPr>
          <w:t>https://www.vouch-technologies.com/en/</w:t>
        </w:r>
      </w:hyperlink>
      <w:r>
        <w:t xml:space="preserve"> - Supports the integration of AI-powered features and the rapid one-click setup of the Guest Experience Platform.</w:t>
      </w:r>
      <w:r/>
    </w:p>
    <w:p>
      <w:pPr>
        <w:pStyle w:val="ListNumber"/>
        <w:spacing w:line="240" w:lineRule="auto"/>
        <w:ind w:left="720"/>
      </w:pPr>
      <w:r/>
      <w:hyperlink r:id="rId12">
        <w:r>
          <w:rPr>
            <w:color w:val="0000EE"/>
            <w:u w:val="single"/>
          </w:rPr>
          <w:t>https://www.vouch-technologies.com/en/vouch-ai/</w:t>
        </w:r>
      </w:hyperlink>
      <w:r>
        <w:t xml:space="preserve"> - Details the multi-language AI support and AI upselling tool designed to enhance revenue generation.</w:t>
      </w:r>
      <w:r/>
    </w:p>
    <w:p>
      <w:pPr>
        <w:pStyle w:val="ListNumber"/>
        <w:spacing w:line="240" w:lineRule="auto"/>
        <w:ind w:left="720"/>
      </w:pPr>
      <w:r/>
      <w:hyperlink r:id="rId12">
        <w:r>
          <w:rPr>
            <w:color w:val="0000EE"/>
            <w:u w:val="single"/>
          </w:rPr>
          <w:t>https://www.vouch-technologies.com/en/vouch-ai/</w:t>
        </w:r>
      </w:hyperlink>
      <w:r>
        <w:t xml:space="preserve"> - Explains the automation of everyday tasks such as housekeeping and maintenance requests using AI.</w:t>
      </w:r>
      <w:r/>
    </w:p>
    <w:p>
      <w:pPr>
        <w:pStyle w:val="ListNumber"/>
        <w:spacing w:line="240" w:lineRule="auto"/>
        <w:ind w:left="720"/>
      </w:pPr>
      <w:r/>
      <w:hyperlink r:id="rId13">
        <w:r>
          <w:rPr>
            <w:color w:val="0000EE"/>
            <w:u w:val="single"/>
          </w:rPr>
          <w:t>https://laotiantimes.com/2024/10/03/vouch-harnesses-ai-to-boost-hotel-efficiency-and-revenue/</w:t>
        </w:r>
      </w:hyperlink>
      <w:r>
        <w:t xml:space="preserve"> - Mentions Vouch's use of AI to boost hotel efficiency and revenue, aligning with the recent advancements.</w:t>
      </w:r>
      <w:r/>
    </w:p>
    <w:p>
      <w:pPr>
        <w:pStyle w:val="ListNumber"/>
        <w:spacing w:line="240" w:lineRule="auto"/>
        <w:ind w:left="720"/>
      </w:pPr>
      <w:r/>
      <w:hyperlink r:id="rId14">
        <w:r>
          <w:rPr>
            <w:color w:val="0000EE"/>
            <w:u w:val="single"/>
          </w:rPr>
          <w:t>https://www.imda.gov.sg/resources/innovative-tech-companies-directory/vouch</w:t>
        </w:r>
      </w:hyperlink>
      <w:r>
        <w:t xml:space="preserve"> - Provides background on Vouch's recognition and accreditation for its digital solutions in the hospitality industry.</w:t>
      </w:r>
      <w:r/>
    </w:p>
    <w:p>
      <w:pPr>
        <w:pStyle w:val="ListNumber"/>
        <w:spacing w:line="240" w:lineRule="auto"/>
        <w:ind w:left="720"/>
      </w:pPr>
      <w:r/>
      <w:hyperlink r:id="rId10">
        <w:r>
          <w:rPr>
            <w:color w:val="0000EE"/>
            <w:u w:val="single"/>
          </w:rPr>
          <w:t>https://hospitalitytech.com/news-briefs/2024-03-13?article=vouch-expands-empower-hotels-operational-excellence</w:t>
        </w:r>
      </w:hyperlink>
      <w:r>
        <w:t xml:space="preserve"> - Quotes from Joseph Ling, Founder and CEO of Vouch, emphasizing ease of use and tangible improvements.</w:t>
      </w:r>
      <w:r/>
    </w:p>
    <w:p>
      <w:pPr>
        <w:pStyle w:val="ListNumber"/>
        <w:spacing w:line="240" w:lineRule="auto"/>
        <w:ind w:left="720"/>
      </w:pPr>
      <w:r/>
      <w:hyperlink r:id="rId11">
        <w:r>
          <w:rPr>
            <w:color w:val="0000EE"/>
            <w:u w:val="single"/>
          </w:rPr>
          <w:t>https://www.vouch-technologies.com/en/</w:t>
        </w:r>
      </w:hyperlink>
      <w:r>
        <w:t xml:space="preserve"> - Details Vouch's operational scope, including managing services for over 35,000 rooms across 32 cities.</w:t>
      </w:r>
      <w:r/>
    </w:p>
    <w:p>
      <w:pPr>
        <w:pStyle w:val="ListNumber"/>
        <w:spacing w:line="240" w:lineRule="auto"/>
        <w:ind w:left="720"/>
      </w:pPr>
      <w:r/>
      <w:hyperlink r:id="rId12">
        <w:r>
          <w:rPr>
            <w:color w:val="0000EE"/>
            <w:u w:val="single"/>
          </w:rPr>
          <w:t>https://www.vouch-technologies.com/en/vouch-ai/</w:t>
        </w:r>
      </w:hyperlink>
      <w:r>
        <w:t xml:space="preserve"> - Explains the AI-driven solutions for enhancing guest experiences and operational productivity.</w:t>
      </w:r>
      <w:r/>
    </w:p>
    <w:p>
      <w:pPr>
        <w:pStyle w:val="ListNumber"/>
        <w:spacing w:line="240" w:lineRule="auto"/>
        <w:ind w:left="720"/>
      </w:pPr>
      <w:r/>
      <w:hyperlink r:id="rId10">
        <w:r>
          <w:rPr>
            <w:color w:val="0000EE"/>
            <w:u w:val="single"/>
          </w:rPr>
          <w:t>https://hospitalitytech.com/news-briefs/2024-03-13?article=vouch-expands-empower-hotels-operational-excellence</w:t>
        </w:r>
      </w:hyperlink>
      <w:r>
        <w:t xml:space="preserve"> - Describes the holistic 360-degree view of hotel operations provided by Vouch HOME, enhancing decision-making.</w:t>
      </w:r>
      <w:r/>
    </w:p>
    <w:p>
      <w:pPr>
        <w:pStyle w:val="ListNumber"/>
        <w:spacing w:line="240" w:lineRule="auto"/>
        <w:ind w:left="720"/>
      </w:pPr>
      <w:r/>
      <w:hyperlink r:id="rId12">
        <w:r>
          <w:rPr>
            <w:color w:val="0000EE"/>
            <w:u w:val="single"/>
          </w:rPr>
          <w:t>https://www.vouch-technologies.com/en/vouch-ai/</w:t>
        </w:r>
      </w:hyperlink>
      <w:r>
        <w:t xml:space="preserve"> - Mentions the free trial offer of Vouch's new AI-powered solutions as part of its celebratory activities.</w:t>
      </w:r>
      <w:r/>
    </w:p>
    <w:p>
      <w:pPr>
        <w:pStyle w:val="ListNumber"/>
        <w:spacing w:line="240" w:lineRule="auto"/>
        <w:ind w:left="720"/>
      </w:pPr>
      <w:r/>
      <w:hyperlink r:id="rId15">
        <w:r>
          <w:rPr>
            <w:color w:val="0000EE"/>
            <w:u w:val="single"/>
          </w:rPr>
          <w:t>https://europeanbusinessmagazine.com/media-outreach/vouch-harnesses-ai-to-boost-hotel-efficiency-and-revenue/?utm_source=rss&amp;utm_medium=rss&amp;utm_campaign=vouch-harnesses-ai-to-boost-hotel-efficiency-and-revenue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ospitalitytech.com/news-briefs/2024-03-13?article=vouch-expands-empower-hotels-operational-excellence" TargetMode="External"/><Relationship Id="rId11" Type="http://schemas.openxmlformats.org/officeDocument/2006/relationships/hyperlink" Target="https://www.vouch-technologies.com/en/" TargetMode="External"/><Relationship Id="rId12" Type="http://schemas.openxmlformats.org/officeDocument/2006/relationships/hyperlink" Target="https://www.vouch-technologies.com/en/vouch-ai/" TargetMode="External"/><Relationship Id="rId13" Type="http://schemas.openxmlformats.org/officeDocument/2006/relationships/hyperlink" Target="https://laotiantimes.com/2024/10/03/vouch-harnesses-ai-to-boost-hotel-efficiency-and-revenue/" TargetMode="External"/><Relationship Id="rId14" Type="http://schemas.openxmlformats.org/officeDocument/2006/relationships/hyperlink" Target="https://www.imda.gov.sg/resources/innovative-tech-companies-directory/vouch" TargetMode="External"/><Relationship Id="rId15" Type="http://schemas.openxmlformats.org/officeDocument/2006/relationships/hyperlink" Target="https://europeanbusinessmagazine.com/media-outreach/vouch-harnesses-ai-to-boost-hotel-efficiency-and-revenue/?utm_source=rss&amp;utm_medium=rss&amp;utm_campaign=vouch-harnesses-ai-to-boost-hotel-efficiency-and-revenu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