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Wildix launches x-bees to redefine workplace communication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Wildix, a prominent provider in the Unified Communications as a Service (UCaaS) sector, has made significant strides with the introduction of its new smart-working platform called x-bees. Launched with the aim to redefine communication technology in the workplace, x-bees is an AI-driven platform that promises to boost productivity through a more integrated and seamless approach to workplace communication.</w:t>
      </w:r>
      <w:r/>
    </w:p>
    <w:p>
      <w:r/>
      <w:r>
        <w:t>x-bees is designed to amalgamate various communication channels, including voice, video, messaging, and conferencing, all into a single cohesive interface. A defining feature of this platform is its comprehensive integration with Salesforce, a leading Customer Relationship Management (CRM) system. This integration allows essential Salesforce features to be embedded directly within x-bees, eliminating the need for users to juggle multiple applications. Consequently, sales personnel and other team members can manage leads, access contacts, and take notes directly within the platform, enhancing efficiency and fostering real-time collaboration.</w:t>
      </w:r>
      <w:r/>
    </w:p>
    <w:p>
      <w:r/>
      <w:r>
        <w:t>Dimitri Osler, the co-founder and Chief Technology Officer of Wildix, highlights the strategic benefits of x-bees: "At its heart, x-bees equips businesses with the advanced tools they need to excel in today’s connected world." The platform's deep integration with Salesforce and its AI-enabled communication capabilities are designed to simplify workflows, empowering teams to focus on crucial business objectives such as closing deals and driving success.</w:t>
      </w:r>
      <w:r/>
    </w:p>
    <w:p>
      <w:r/>
      <w:r>
        <w:t>Among the key attributes of x-bees are its AI-powered insights, which include real-time data analytics and predictive tools such as transcription, translation, and sentiment analysis to inform better decision-making. The communication tools embedded in x-bees cover a wide spectrum, from basic voice and video communication to complex conferencing capabilities. Moreover, the Salesforce integration within x-bees facilitates direct management of CRM data, thereby enhancing sales processes considerably.</w:t>
      </w:r>
      <w:r/>
    </w:p>
    <w:p>
      <w:r/>
      <w:r>
        <w:t>Furthermore, x-bees supports real-time collaboration, allowing team members to engage in instantaneous communication regardless of their location or device. It also includes features such as automated task management, including AI-assisted scheduling and reminders, aimed at reducing the burden of manual workload.</w:t>
      </w:r>
      <w:r/>
    </w:p>
    <w:p>
      <w:r/>
      <w:r>
        <w:t>Addressing the modern needs of businesses for more than just basic connectivity, Steve Osler, co-founder and CEO of Wildix, remarked, "Today’s businesses need more than just basic connectivity, they require flexibility and intelligent working tools that enable seamless communication, whether engaging with prospects, customers, or internal teams." He noted that nearly half of the workforce seeks greater flexibility, a demand that x-bees addresses by enabling efficient collaboration and quick adaptation to changing circumstances.</w:t>
      </w:r>
      <w:r/>
    </w:p>
    <w:p>
      <w:r/>
      <w:r>
        <w:t>Overall, Wildix's introduction of x-bees reflects an awareness of the evolving demands of the modern workforce and the increasing necessity for integrated communication solutions in a diversely connected business environment. By offering tools that support flexible work environments, x-bees not only enhances productivity but also ensures that teams can remain connected and effective, no matter where they are operating from.</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https://www.wildix.com/wildix-introduces-x-bees-an-aipowered-communication-hub-transforming-modern-business-operations/</w:t>
        </w:r>
      </w:hyperlink>
      <w:r>
        <w:t xml:space="preserve"> - Corroborates the launch of x-bees, its AI-driven features, and comprehensive Salesforce integration.</w:t>
      </w:r>
      <w:r/>
    </w:p>
    <w:p>
      <w:pPr>
        <w:pStyle w:val="ListNumber"/>
        <w:spacing w:line="240" w:lineRule="auto"/>
        <w:ind w:left="720"/>
      </w:pPr>
      <w:r/>
      <w:hyperlink r:id="rId10">
        <w:r>
          <w:rPr>
            <w:color w:val="0000EE"/>
            <w:u w:val="single"/>
          </w:rPr>
          <w:t>https://www.wildix.com/wildix-introduces-x-bees-an-aipowered-communication-hub-transforming-modern-business-operations/</w:t>
        </w:r>
      </w:hyperlink>
      <w:r>
        <w:t xml:space="preserve"> - Details how x-bees integrates voice, video, messaging, and conferencing into a single interface.</w:t>
      </w:r>
      <w:r/>
    </w:p>
    <w:p>
      <w:pPr>
        <w:pStyle w:val="ListNumber"/>
        <w:spacing w:line="240" w:lineRule="auto"/>
        <w:ind w:left="720"/>
      </w:pPr>
      <w:r/>
      <w:hyperlink r:id="rId11">
        <w:r>
          <w:rPr>
            <w:color w:val="0000EE"/>
            <w:u w:val="single"/>
          </w:rPr>
          <w:t>https://www.wildix.com/us/integrations/gong/</w:t>
        </w:r>
      </w:hyperlink>
      <w:r>
        <w:t xml:space="preserve"> - Explains the Salesforce integration within x-bees, allowing direct management of CRM data.</w:t>
      </w:r>
      <w:r/>
    </w:p>
    <w:p>
      <w:pPr>
        <w:pStyle w:val="ListNumber"/>
        <w:spacing w:line="240" w:lineRule="auto"/>
        <w:ind w:left="720"/>
      </w:pPr>
      <w:r/>
      <w:hyperlink r:id="rId12">
        <w:r>
          <w:rPr>
            <w:color w:val="0000EE"/>
            <w:u w:val="single"/>
          </w:rPr>
          <w:t>https://blog.wildix.com/ai-business-intelligence/</w:t>
        </w:r>
      </w:hyperlink>
      <w:r>
        <w:t xml:space="preserve"> - Describes the AI-powered insights in x-bees, including real-time data analytics and predictive tools.</w:t>
      </w:r>
      <w:r/>
    </w:p>
    <w:p>
      <w:pPr>
        <w:pStyle w:val="ListNumber"/>
        <w:spacing w:line="240" w:lineRule="auto"/>
        <w:ind w:left="720"/>
      </w:pPr>
      <w:r/>
      <w:hyperlink r:id="rId11">
        <w:r>
          <w:rPr>
            <w:color w:val="0000EE"/>
            <w:u w:val="single"/>
          </w:rPr>
          <w:t>https://www.wildix.com/us/integrations/gong/</w:t>
        </w:r>
      </w:hyperlink>
      <w:r>
        <w:t xml:space="preserve"> - Highlights the benefits of x-bees in managing leads, accessing contacts, and taking notes within the platform.</w:t>
      </w:r>
      <w:r/>
    </w:p>
    <w:p>
      <w:pPr>
        <w:pStyle w:val="ListNumber"/>
        <w:spacing w:line="240" w:lineRule="auto"/>
        <w:ind w:left="720"/>
      </w:pPr>
      <w:r/>
      <w:hyperlink r:id="rId10">
        <w:r>
          <w:rPr>
            <w:color w:val="0000EE"/>
            <w:u w:val="single"/>
          </w:rPr>
          <w:t>https://www.wildix.com/wildix-introduces-x-bees-an-aipowered-communication-hub-transforming-modern-business-operations/</w:t>
        </w:r>
      </w:hyperlink>
      <w:r>
        <w:t xml:space="preserve"> - Quotes Dimitri Osler on the strategic benefits of x-bees and its impact on business workflows.</w:t>
      </w:r>
      <w:r/>
    </w:p>
    <w:p>
      <w:pPr>
        <w:pStyle w:val="ListNumber"/>
        <w:spacing w:line="240" w:lineRule="auto"/>
        <w:ind w:left="720"/>
      </w:pPr>
      <w:r/>
      <w:hyperlink r:id="rId13">
        <w:r>
          <w:rPr>
            <w:color w:val="0000EE"/>
            <w:u w:val="single"/>
          </w:rPr>
          <w:t>https://www.uctoday.com/unified-communications/wildix-launches-ai-driven-salesforce-integrated-ucaas-solution-x-bees/</w:t>
        </w:r>
      </w:hyperlink>
      <w:r>
        <w:t xml:space="preserve"> - Details the AI-enabled communication capabilities and Salesforce integration of x-bees.</w:t>
      </w:r>
      <w:r/>
    </w:p>
    <w:p>
      <w:pPr>
        <w:pStyle w:val="ListNumber"/>
        <w:spacing w:line="240" w:lineRule="auto"/>
        <w:ind w:left="720"/>
      </w:pPr>
      <w:r/>
      <w:hyperlink r:id="rId10">
        <w:r>
          <w:rPr>
            <w:color w:val="0000EE"/>
            <w:u w:val="single"/>
          </w:rPr>
          <w:t>https://www.wildix.com/wildix-introduces-x-bees-an-aipowered-communication-hub-transforming-modern-business-operations/</w:t>
        </w:r>
      </w:hyperlink>
      <w:r>
        <w:t xml:space="preserve"> - Explains how x-bees supports real-time collaboration and automated task management.</w:t>
      </w:r>
      <w:r/>
    </w:p>
    <w:p>
      <w:pPr>
        <w:pStyle w:val="ListNumber"/>
        <w:spacing w:line="240" w:lineRule="auto"/>
        <w:ind w:left="720"/>
      </w:pPr>
      <w:r/>
      <w:hyperlink r:id="rId13">
        <w:r>
          <w:rPr>
            <w:color w:val="0000EE"/>
            <w:u w:val="single"/>
          </w:rPr>
          <w:t>https://www.uctoday.com/unified-communications/wildix-launches-ai-driven-salesforce-integrated-ucaas-solution-x-bees/</w:t>
        </w:r>
      </w:hyperlink>
      <w:r>
        <w:t xml:space="preserve"> - Quotes Steve Osler on the need for flexibility and intelligent working tools in modern businesses.</w:t>
      </w:r>
      <w:r/>
    </w:p>
    <w:p>
      <w:pPr>
        <w:pStyle w:val="ListNumber"/>
        <w:spacing w:line="240" w:lineRule="auto"/>
        <w:ind w:left="720"/>
      </w:pPr>
      <w:r/>
      <w:hyperlink r:id="rId12">
        <w:r>
          <w:rPr>
            <w:color w:val="0000EE"/>
            <w:u w:val="single"/>
          </w:rPr>
          <w:t>https://blog.wildix.com/ai-business-intelligence/</w:t>
        </w:r>
      </w:hyperlink>
      <w:r>
        <w:t xml:space="preserve"> - Describes how x-bees addresses the modern needs of businesses for flexible and integrated communication solutions.</w:t>
      </w:r>
      <w:r/>
    </w:p>
    <w:p>
      <w:pPr>
        <w:pStyle w:val="ListNumber"/>
        <w:spacing w:line="240" w:lineRule="auto"/>
        <w:ind w:left="720"/>
      </w:pPr>
      <w:r/>
      <w:hyperlink r:id="rId10">
        <w:r>
          <w:rPr>
            <w:color w:val="0000EE"/>
            <w:u w:val="single"/>
          </w:rPr>
          <w:t>https://www.wildix.com/wildix-introduces-x-bees-an-aipowered-communication-hub-transforming-modern-business-operations/</w:t>
        </w:r>
      </w:hyperlink>
      <w:r>
        <w:t xml:space="preserve"> - Highlights the overall impact of x-bees on productivity and team effectiveness in diverse work environments.</w:t>
      </w:r>
      <w:r/>
    </w:p>
    <w:p>
      <w:pPr>
        <w:pStyle w:val="ListNumber"/>
        <w:spacing w:line="240" w:lineRule="auto"/>
        <w:ind w:left="720"/>
      </w:pPr>
      <w:r/>
      <w:hyperlink r:id="rId14">
        <w:r>
          <w:rPr>
            <w:color w:val="0000EE"/>
            <w:u w:val="single"/>
          </w:rPr>
          <w:t>https://channelvisionmag.com/wildix-intros-x-bees-ai-communications-hub/</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wildix.com/wildix-introduces-x-bees-an-aipowered-communication-hub-transforming-modern-business-operations/" TargetMode="External"/><Relationship Id="rId11" Type="http://schemas.openxmlformats.org/officeDocument/2006/relationships/hyperlink" Target="https://www.wildix.com/us/integrations/gong/" TargetMode="External"/><Relationship Id="rId12" Type="http://schemas.openxmlformats.org/officeDocument/2006/relationships/hyperlink" Target="https://blog.wildix.com/ai-business-intelligence/" TargetMode="External"/><Relationship Id="rId13" Type="http://schemas.openxmlformats.org/officeDocument/2006/relationships/hyperlink" Target="https://www.uctoday.com/unified-communications/wildix-launches-ai-driven-salesforce-integrated-ucaas-solution-x-bees/" TargetMode="External"/><Relationship Id="rId14" Type="http://schemas.openxmlformats.org/officeDocument/2006/relationships/hyperlink" Target="https://channelvisionmag.com/wildix-intros-x-bees-ai-communications-hub/"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