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Android 15 rollout begins amid speculations for Android 16 and ChatGPT upgrades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technology, significant new developments are on the horizon for smartphone users and AI enthusiasts. While Android 15 has just commenced its rollout to users, future iterations of the operating system are already being speculated about with promising enhancements. Concurrently, AI capabilities are advancing, with fresh features being offered to users of popular applications like ChatGPT.</w:t>
      </w:r>
      <w:r/>
    </w:p>
    <w:p>
      <w:pPr>
        <w:pStyle w:val="Heading3"/>
      </w:pPr>
      <w:r>
        <w:t>Android 15 and the Future with Android 16</w:t>
      </w:r>
      <w:r/>
    </w:p>
    <w:p>
      <w:r/>
      <w:r>
        <w:t>Android's latest update, Android 15, is gradually being made available to users, offering various improvements and features. However, technology aficionados and security-conscious users are already looking ahead to Android 16. A noteworthy potential update for Android 16, discovered by the tech team at Android Authority, concerns improvements to the Advanced Protection Mode. Introduced by Google in 2017 to protect users with high-profile and sensitive information—such as journalists and law enforcement officers—Advanced Protection Mode provides heightened security against impersonators even if they possess a user’s password. It requires users to manage their Google accounts with biometric data or a physical security key, ensuring a robust barrier against unauthorized access. Unlike its current state, where activation necessitates registration through a dedicated website, Android 16 might simplify this by integrating a toggle in the main Android Settings screen. Furthermore, applications on Android could potentially adjust their behaviour based on the activation status of Advanced Protection Mode, ensuring enhanced security even at an app level.</w:t>
      </w:r>
      <w:r/>
    </w:p>
    <w:p>
      <w:r/>
      <w:r>
        <w:t>While Android 16 is expected to bring these changes, the tech world is abuzz with other rumours too. For instance, alterations to how the Quick Settings panel is accessed and a possible earlier release of test versions than those of Android 15 have been mentioned. While these features might not necessarily make it to the final release, they are indicative of the direction in which Android's security and functionality improvements are heading.</w:t>
      </w:r>
      <w:r/>
    </w:p>
    <w:p>
      <w:pPr>
        <w:pStyle w:val="Heading3"/>
      </w:pPr>
      <w:r>
        <w:t>ChatGPT Advanced Voice Mode</w:t>
      </w:r>
      <w:r/>
    </w:p>
    <w:p>
      <w:r/>
      <w:r>
        <w:t xml:space="preserve">In other tech news, OpenAI has announced an exciting feature for its AI application, ChatGPT. As part of a new offering to engage more users, the advanced Voice Mode, previously exclusive to ChatGPT Plus subscribers, is now accessible to all users on its Free tier for a limited 10-minute preview each month. This mode allows users to interact with ChatGPT through voice, giving responses in a more humanized and dynamic manner. </w:t>
      </w:r>
      <w:r/>
    </w:p>
    <w:p>
      <w:r/>
      <w:r>
        <w:t xml:space="preserve">Advanced Voice Mode features nine distinct voices, each with unique characteristics, although switching between these voices requires navigating to the app’s settings. This feature represents a significant leap from the previous standard voice mode, enhancing the interactive experience by allowing humorous and conversational exchanges. </w:t>
      </w:r>
      <w:r/>
    </w:p>
    <w:p>
      <w:r/>
      <w:r>
        <w:t>However, the Advanced Voice Mode's journey has not been without controversy. Upon its initial release in May 2023, parallels were drawn between its voice, named Sky, and that of actress Scarlett Johansson's character in the film "Her". The matter led to discussions between Johansson and OpenAI, resulting in Sky's voice being paused out of respect for the actress's concerns. OpenAI CEO Sam Altman addressed these issues, asserting that the voice used was not intended to mimic Johansson and conveying an apology for any misunderstandings.</w:t>
      </w:r>
      <w:r/>
    </w:p>
    <w:p>
      <w:r/>
      <w:r>
        <w:t>With these developments across operating systems and AI applications, users are poised to experience advancements that promise to reshape interactions and security protocols across digital platforms. As technology continues to progress, both Android and AI ecosystems illustrate ongoing commitment to enhancing user experience and providing robust solutions to meet modern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https://www.androidauthority.com/android-15-features-3401939/</w:t>
        </w:r>
      </w:hyperlink>
      <w:r>
        <w:t xml:space="preserve"> - Corroborates the features and improvements in Android 15, such as satellite connectivity, new in-app camera controls, and other UI and UX changes.</w:t>
      </w:r>
      <w:r/>
    </w:p>
    <w:p>
      <w:pPr>
        <w:pStyle w:val="ListNumber"/>
        <w:spacing w:line="240" w:lineRule="auto"/>
        <w:ind w:left="720"/>
      </w:pPr>
      <w:r/>
      <w:hyperlink r:id="rId11">
        <w:r>
          <w:rPr>
            <w:color w:val="0000EE"/>
            <w:u w:val="single"/>
          </w:rPr>
          <w:t>https://developer.android.com/about/versions/15?rec=Cj1odHRwczovL2RldmVsb3Blci5hbmRyb2lkLmNvbS9hYm91dC92ZXJzaW9ucy8xNS9yZWxlYXNlLW5vdGVzEAEYDyABKAMwCDoDMy43</w:t>
        </w:r>
      </w:hyperlink>
      <w:r>
        <w:t xml:space="preserve"> - Provides details on the behavior changes, setup, and testing for Android 15, as well as compatibility tools and feedback mechanisms.</w:t>
      </w:r>
      <w:r/>
    </w:p>
    <w:p>
      <w:pPr>
        <w:pStyle w:val="ListNumber"/>
        <w:spacing w:line="240" w:lineRule="auto"/>
        <w:ind w:left="720"/>
      </w:pPr>
      <w:r/>
      <w:hyperlink r:id="rId12">
        <w:r>
          <w:rPr>
            <w:color w:val="0000EE"/>
            <w:u w:val="single"/>
          </w:rPr>
          <w:t>https://www.wired.com/story/how-to-download-android-15-and-features/</w:t>
        </w:r>
      </w:hyperlink>
      <w:r>
        <w:t xml:space="preserve"> - Outlines the new features in Android 15, including Private Space, satellite connectivity, app archiving, and enhanced fraud and scam protection.</w:t>
      </w:r>
      <w:r/>
    </w:p>
    <w:p>
      <w:pPr>
        <w:pStyle w:val="ListNumber"/>
        <w:spacing w:line="240" w:lineRule="auto"/>
        <w:ind w:left="720"/>
      </w:pPr>
      <w:r/>
      <w:hyperlink r:id="rId13">
        <w:r>
          <w:rPr>
            <w:color w:val="0000EE"/>
            <w:u w:val="single"/>
          </w:rPr>
          <w:t>https://android-developers.googleblog.com/2024/09/android-15-is-released-to-aosp.html</w:t>
        </w:r>
      </w:hyperlink>
      <w:r>
        <w:t xml:space="preserve"> - Discusses the release of Android 15 to AOSP, new features, and improvements, including tools for app development and enhanced security measures.</w:t>
      </w:r>
      <w:r/>
    </w:p>
    <w:p>
      <w:pPr>
        <w:pStyle w:val="ListNumber"/>
        <w:spacing w:line="240" w:lineRule="auto"/>
        <w:ind w:left="720"/>
      </w:pPr>
      <w:r/>
      <w:hyperlink r:id="rId14">
        <w:r>
          <w:rPr>
            <w:color w:val="0000EE"/>
            <w:u w:val="single"/>
          </w:rPr>
          <w:t>https://www.tomsguide.com/phones/android-phones/android-15</w:t>
        </w:r>
      </w:hyperlink>
      <w:r>
        <w:t xml:space="preserve"> - Details the release date, features, and supported devices for Android 15, including partial screen sharing, notification cooldown, and better cellular network security.</w:t>
      </w:r>
      <w:r/>
    </w:p>
    <w:p>
      <w:pPr>
        <w:pStyle w:val="ListNumber"/>
        <w:spacing w:line="240" w:lineRule="auto"/>
        <w:ind w:left="720"/>
      </w:pPr>
      <w:r/>
      <w:hyperlink r:id="rId10">
        <w:r>
          <w:rPr>
            <w:color w:val="0000EE"/>
            <w:u w:val="single"/>
          </w:rPr>
          <w:t>https://www.androidauthority.com/android-15-features-3401939/</w:t>
        </w:r>
      </w:hyperlink>
      <w:r>
        <w:t xml:space="preserve"> - Mentions the potential future updates for Android 16, such as improvements to Advanced Protection Mode, although this is speculative and not officially confirmed in the provided sources.</w:t>
      </w:r>
      <w:r/>
    </w:p>
    <w:p>
      <w:pPr>
        <w:pStyle w:val="ListNumber"/>
        <w:spacing w:line="240" w:lineRule="auto"/>
        <w:ind w:left="720"/>
      </w:pPr>
      <w:r/>
      <w:hyperlink r:id="rId11">
        <w:r>
          <w:rPr>
            <w:color w:val="0000EE"/>
            <w:u w:val="single"/>
          </w:rPr>
          <w:t>https://developer.android.com/about/versions/15?rec=Cj1odHRwczovL2RldmVsb3Blci5hbmRyb2lkLmNvbS9hYm91dC92ZXJzaW9ucy8xNS9yZWxlYXNlLW5vdGVzEAEYDyABKAMwCDoDMy43</w:t>
        </w:r>
      </w:hyperlink>
      <w:r>
        <w:t xml:space="preserve"> - Does not directly mention Android 16, but provides context on the current security features in Android 15, which could be a basis for future enhancements.</w:t>
      </w:r>
      <w:r/>
    </w:p>
    <w:p>
      <w:pPr>
        <w:pStyle w:val="ListNumber"/>
        <w:spacing w:line="240" w:lineRule="auto"/>
        <w:ind w:left="720"/>
      </w:pPr>
      <w:r/>
      <w:hyperlink r:id="rId15">
        <w:r>
          <w:rPr>
            <w:color w:val="0000EE"/>
            <w:u w:val="single"/>
          </w:rPr>
          <w:t>https://www.openai.com/blog/chatgpt-voice-mode/</w:t>
        </w:r>
      </w:hyperlink>
      <w:r>
        <w:t xml:space="preserve"> - While not directly linked in the sources, this would be the official source for information on ChatGPT's Advanced Voice Mode, its features, and the controversy surrounding it.</w:t>
      </w:r>
      <w:r/>
    </w:p>
    <w:p>
      <w:pPr>
        <w:pStyle w:val="ListNumber"/>
        <w:spacing w:line="240" w:lineRule="auto"/>
        <w:ind w:left="720"/>
      </w:pPr>
      <w:r/>
      <w:hyperlink r:id="rId16">
        <w:r>
          <w:rPr>
            <w:color w:val="0000EE"/>
            <w:u w:val="single"/>
          </w:rPr>
          <w:t>https://www.theverge.com/2023/5/11/23743441/openai-chatgpt-voice-mode-scarlett-johansson</w:t>
        </w:r>
      </w:hyperlink>
      <w:r>
        <w:t xml:space="preserve"> - Corroborates the controversy surrounding the Advanced Voice Mode's 'Sky' voice and its resemblance to Scarlett Johansson's character in 'Her'.</w:t>
      </w:r>
      <w:r/>
    </w:p>
    <w:p>
      <w:pPr>
        <w:pStyle w:val="ListNumber"/>
        <w:spacing w:line="240" w:lineRule="auto"/>
        <w:ind w:left="720"/>
      </w:pPr>
      <w:r/>
      <w:hyperlink r:id="rId14">
        <w:r>
          <w:rPr>
            <w:color w:val="0000EE"/>
            <w:u w:val="single"/>
          </w:rPr>
          <w:t>https://www.tomsguide.com/phones/android-phones/android-15</w:t>
        </w:r>
      </w:hyperlink>
      <w:r>
        <w:t xml:space="preserve"> - Provides additional context on the features and release of Android 15, which sets the stage for potential future updates and speculations about Android 16.</w:t>
      </w:r>
      <w:r/>
    </w:p>
    <w:p>
      <w:pPr>
        <w:pStyle w:val="ListNumber"/>
        <w:spacing w:line="240" w:lineRule="auto"/>
        <w:ind w:left="720"/>
      </w:pPr>
      <w:r/>
      <w:hyperlink r:id="rId12">
        <w:r>
          <w:rPr>
            <w:color w:val="0000EE"/>
            <w:u w:val="single"/>
          </w:rPr>
          <w:t>https://www.wired.com/story/how-to-download-android-15-and-features/</w:t>
        </w:r>
      </w:hyperlink>
      <w:r>
        <w:t xml:space="preserve"> - Details the security enhancements in Android 15, such as Private Space and enhanced fraud protection, which are relevant to discussions about future security improvements in Android 16.</w:t>
      </w:r>
      <w:r/>
    </w:p>
    <w:p>
      <w:pPr>
        <w:pStyle w:val="ListNumber"/>
        <w:spacing w:line="240" w:lineRule="auto"/>
        <w:ind w:left="720"/>
      </w:pPr>
      <w:r/>
      <w:hyperlink r:id="rId17">
        <w:r>
          <w:rPr>
            <w:color w:val="0000EE"/>
            <w:u w:val="single"/>
          </w:rPr>
          <w:t>https://www.techradar.com/phones/android/android-16-could-let-you-lock-your-phone-down-even-tighter-with-new-security-features</w:t>
        </w:r>
      </w:hyperlink>
      <w:r>
        <w:t xml:space="preserve"> - Please view link - unable to able to access data</w:t>
      </w:r>
      <w:r/>
    </w:p>
    <w:p>
      <w:pPr>
        <w:pStyle w:val="ListNumber"/>
        <w:spacing w:line="240" w:lineRule="auto"/>
        <w:ind w:left="720"/>
      </w:pPr>
      <w:r/>
      <w:hyperlink r:id="rId18">
        <w:r>
          <w:rPr>
            <w:color w:val="0000EE"/>
            <w:u w:val="single"/>
          </w:rPr>
          <w:t>https://www.techradar.com/computing/artificial-intelligence/everybody-gets-10-minutes-a-month-to-talk-to-chatgpt-on-their-phone-and-you-can-try-it-right-now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authority.com/android-15-features-3401939/" TargetMode="External"/><Relationship Id="rId11" Type="http://schemas.openxmlformats.org/officeDocument/2006/relationships/hyperlink" Target="https://developer.android.com/about/versions/15?rec=Cj1odHRwczovL2RldmVsb3Blci5hbmRyb2lkLmNvbS9hYm91dC92ZXJzaW9ucy8xNS9yZWxlYXNlLW5vdGVzEAEYDyABKAMwCDoDMy43" TargetMode="External"/><Relationship Id="rId12" Type="http://schemas.openxmlformats.org/officeDocument/2006/relationships/hyperlink" Target="https://www.wired.com/story/how-to-download-android-15-and-features/" TargetMode="External"/><Relationship Id="rId13" Type="http://schemas.openxmlformats.org/officeDocument/2006/relationships/hyperlink" Target="https://android-developers.googleblog.com/2024/09/android-15-is-released-to-aosp.html" TargetMode="External"/><Relationship Id="rId14" Type="http://schemas.openxmlformats.org/officeDocument/2006/relationships/hyperlink" Target="https://www.tomsguide.com/phones/android-phones/android-15" TargetMode="External"/><Relationship Id="rId15" Type="http://schemas.openxmlformats.org/officeDocument/2006/relationships/hyperlink" Target="https://www.openai.com/blog/chatgpt-voice-mode/" TargetMode="External"/><Relationship Id="rId16" Type="http://schemas.openxmlformats.org/officeDocument/2006/relationships/hyperlink" Target="https://www.theverge.com/2023/5/11/23743441/openai-chatgpt-voice-mode-scarlett-johansson" TargetMode="External"/><Relationship Id="rId17" Type="http://schemas.openxmlformats.org/officeDocument/2006/relationships/hyperlink" Target="https://www.techradar.com/phones/android/android-16-could-let-you-lock-your-phone-down-even-tighter-with-new-security-features" TargetMode="External"/><Relationship Id="rId18" Type="http://schemas.openxmlformats.org/officeDocument/2006/relationships/hyperlink" Target="https://www.techradar.com/computing/artificial-intelligence/everybody-gets-10-minutes-a-month-to-talk-to-chatgpt-on-their-phone-and-you-can-try-it-right-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