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set to launch new AI suite with iPhone 16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is set to make waves in the technology landscape with the imminent launch of its new artificial intelligence (AI) suite, Apple Intelligence. This milestone marks the tech giant’s significant leap into the AI domain, built to enhance and expand the functionality of its latest products, including the anticipated iPhone 16 and iPhone 16 Pro models. The introduction of Apple Intelligence promises to deliver a host of advanced features designed to elevate user experience across Apple's ecosystem.</w:t>
      </w:r>
      <w:r/>
    </w:p>
    <w:p>
      <w:r/>
      <w:r>
        <w:t>According to confirmed reports, Apple Intelligence will officially launch in October alongside iOS 18.1. The forthcoming update promises functionalities such as Writing Tools, Clean Up, and Notification Summaries, among others. These features will debut as part of the iOS 18.1 release, which is currently available in public beta for testing.</w:t>
      </w:r>
      <w:r/>
    </w:p>
    <w:p>
      <w:r/>
      <w:r>
        <w:t>This rollout marks only the beginning of what Apple has in store for AI-enhanced technology. Subsequent updates are expected to further integrate and expand upon these tools. Notably, Genmoji and Image Playground are slated to arrive in December with iOS 18.2. Meanwhile, iOS 18.3, expected in January 2024, may introduce additional AI-driven Siri improvements, with a comprehensive Siri transformation anticipated by March 2024 in iOS 18.4.</w:t>
      </w:r>
      <w:r/>
    </w:p>
    <w:p>
      <w:r/>
      <w:r>
        <w:t>The excitement surrounding Apple Intelligence is driven by its potential to democratise AI technology, bringing sophisticated AI capabilities to the everyday consumer. This entry into the AI field could shift the paradigm, making AI more accessible to a broader audience, especially those less familiar with current AI platforms like OpenAI.</w:t>
      </w:r>
      <w:r/>
    </w:p>
    <w:p>
      <w:r/>
      <w:r>
        <w:t>Given that iPhone users constitute a significant portion of the smartphone market in the United States, Apple's successful integration of AI could influence consumer behaviour and expectations globally. The company's reputation for seamlessly working technology right out of the box positions it advantageously to introduce AI as an integral facet of daily technology use.</w:t>
      </w:r>
      <w:r/>
    </w:p>
    <w:p>
      <w:r/>
      <w:r>
        <w:t>Despite parallels drawn to AI features available on competitors such as Google’s Pixel 9 or Samsung’s S24 Ultra, Apple's Apple Intelligence aims to carve out a unique niche within the market. These innovations might include enhanced writing and summarising capabilities, advanced photo editing, and a more intuitive voice assistant. The real test will be whether these enhancements offer a distinct experience from existing Android alternatives, and whether consumers find them appealing enough to influence their usage patterns.</w:t>
      </w:r>
      <w:r/>
    </w:p>
    <w:p>
      <w:r/>
      <w:r>
        <w:t>The prospect of AI becoming a cornerstone of the iPhone experience, comparable to features like FaceID, hangs in the balance. Alternatively, should the execution falter, Apple Intelligence risks being an underwhelming venture, similar to the discontinued Touch Bar.</w:t>
      </w:r>
      <w:r/>
    </w:p>
    <w:p>
      <w:r/>
      <w:r>
        <w:t>As Apple Intelligence nears its debut, industry observers are eager to see how the average consumer engages with AI-powered features seamlessly embedded within operating systems. The outcome could signify a turning point in how AI technology is received and utilised in everyday scenarios. Whether Apple Intelligence will catalyse a broader mainstream adoption of AI or remain an ancillary tool remains to be seen as the technology unfolds in the coming months.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https://appleinsider.com/articles/24/10/06/apple-intelligence-and-ios-181-should-debut-on-october-28</w:t>
        </w:r>
      </w:hyperlink>
      <w:r>
        <w:t xml:space="preserve"> - Confirms the launch of Apple Intelligence and iOS 18.1 on October 28, and details the initial features and future updates.</w:t>
      </w:r>
      <w:r/>
    </w:p>
    <w:p>
      <w:pPr>
        <w:pStyle w:val="ListNumber"/>
        <w:spacing w:line="240" w:lineRule="auto"/>
        <w:ind w:left="720"/>
      </w:pPr>
      <w:r/>
      <w:hyperlink r:id="rId11">
        <w:r>
          <w:rPr>
            <w:color w:val="0000EE"/>
            <w:u w:val="single"/>
          </w:rPr>
          <w:t>https://knowtechie.com/when-does-apple-intelligence-come-out/</w:t>
        </w:r>
      </w:hyperlink>
      <w:r>
        <w:t xml:space="preserve"> - Provides the timeline for the release of Apple Intelligence, including the initial features in iOS 18.1 and subsequent updates in late 2024 and 2025.</w:t>
      </w:r>
      <w:r/>
    </w:p>
    <w:p>
      <w:pPr>
        <w:pStyle w:val="ListNumber"/>
        <w:spacing w:line="240" w:lineRule="auto"/>
        <w:ind w:left="720"/>
      </w:pPr>
      <w:r/>
      <w:hyperlink r:id="rId12">
        <w:r>
          <w:rPr>
            <w:color w:val="0000EE"/>
            <w:u w:val="single"/>
          </w:rPr>
          <w:t>https://www.yahoo.com/tech/apple-intelligence-around-corner-few-134000783.html</w:t>
        </w:r>
      </w:hyperlink>
      <w:r>
        <w:t xml:space="preserve"> - Details the initial features of Apple Intelligence, such as Writing Tools and notification summaries, and the phased rollout of additional features.</w:t>
      </w:r>
      <w:r/>
    </w:p>
    <w:p>
      <w:pPr>
        <w:pStyle w:val="ListNumber"/>
        <w:spacing w:line="240" w:lineRule="auto"/>
        <w:ind w:left="720"/>
      </w:pPr>
      <w:r/>
      <w:hyperlink r:id="rId13">
        <w:r>
          <w:rPr>
            <w:color w:val="0000EE"/>
            <w:u w:val="single"/>
          </w:rPr>
          <w:t>https://www.macrumors.com/2024/10/06/apple-to-release-ios-18-1-on-october-28/</w:t>
        </w:r>
      </w:hyperlink>
      <w:r>
        <w:t xml:space="preserve"> - Confirms the release date of iOS 18.1 with Apple Intelligence features and outlines the initial and future updates, including ChatGPT support and Siri enhancements.</w:t>
      </w:r>
      <w:r/>
    </w:p>
    <w:p>
      <w:pPr>
        <w:pStyle w:val="ListNumber"/>
        <w:spacing w:line="240" w:lineRule="auto"/>
        <w:ind w:left="720"/>
      </w:pPr>
      <w:r/>
      <w:hyperlink r:id="rId14">
        <w:r>
          <w:rPr>
            <w:color w:val="0000EE"/>
            <w:u w:val="single"/>
          </w:rPr>
          <w:t>https://www.apple.com/newsroom/2024/09/apple-intelligence-comes-to-iphone-ipad-and-mac-starting-next-month/</w:t>
        </w:r>
      </w:hyperlink>
      <w:r>
        <w:t xml:space="preserve"> - Officially announces the rollout of Apple Intelligence with iOS 18.1, iPadOS 18.1, and macOS Sequoia 15.1, and details the supported devices and languages.</w:t>
      </w:r>
      <w:r/>
    </w:p>
    <w:p>
      <w:pPr>
        <w:pStyle w:val="ListNumber"/>
        <w:spacing w:line="240" w:lineRule="auto"/>
        <w:ind w:left="720"/>
      </w:pPr>
      <w:r/>
      <w:hyperlink r:id="rId10">
        <w:r>
          <w:rPr>
            <w:color w:val="0000EE"/>
            <w:u w:val="single"/>
          </w:rPr>
          <w:t>https://appleinsider.com/articles/24/10/06/apple-intelligence-and-ios-181-should-debut-on-october-28</w:t>
        </w:r>
      </w:hyperlink>
      <w:r>
        <w:t xml:space="preserve"> - Explains Apple's cautious approach to the rollout to ensure no major bugs and prepare AI cloud servers for increased traffic.</w:t>
      </w:r>
      <w:r/>
    </w:p>
    <w:p>
      <w:pPr>
        <w:pStyle w:val="ListNumber"/>
        <w:spacing w:line="240" w:lineRule="auto"/>
        <w:ind w:left="720"/>
      </w:pPr>
      <w:r/>
      <w:hyperlink r:id="rId11">
        <w:r>
          <w:rPr>
            <w:color w:val="0000EE"/>
            <w:u w:val="single"/>
          </w:rPr>
          <w:t>https://knowtechie.com/when-does-apple-intelligence-come-out/</w:t>
        </w:r>
      </w:hyperlink>
      <w:r>
        <w:t xml:space="preserve"> - Lists the compatible devices for Apple Intelligence, including iPhone 16 series, iPhone 15 Pro, and iPads and Macs with M1 or later chips.</w:t>
      </w:r>
      <w:r/>
    </w:p>
    <w:p>
      <w:pPr>
        <w:pStyle w:val="ListNumber"/>
        <w:spacing w:line="240" w:lineRule="auto"/>
        <w:ind w:left="720"/>
      </w:pPr>
      <w:r/>
      <w:hyperlink r:id="rId12">
        <w:r>
          <w:rPr>
            <w:color w:val="0000EE"/>
            <w:u w:val="single"/>
          </w:rPr>
          <w:t>https://www.yahoo.com/tech/apple-intelligence-around-corner-few-134000783.html</w:t>
        </w:r>
      </w:hyperlink>
      <w:r>
        <w:t xml:space="preserve"> - Mentions the availability of Writing Tools in various apps and the future addition of features like ChatGPT integration and enhanced Siri capabilities.</w:t>
      </w:r>
      <w:r/>
    </w:p>
    <w:p>
      <w:pPr>
        <w:pStyle w:val="ListNumber"/>
        <w:spacing w:line="240" w:lineRule="auto"/>
        <w:ind w:left="720"/>
      </w:pPr>
      <w:r/>
      <w:hyperlink r:id="rId13">
        <w:r>
          <w:rPr>
            <w:color w:val="0000EE"/>
            <w:u w:val="single"/>
          </w:rPr>
          <w:t>https://www.macrumors.com/2024/10/06/apple-to-release-ios-18-1-on-october-28/</w:t>
        </w:r>
      </w:hyperlink>
      <w:r>
        <w:t xml:space="preserve"> - Details the Clean Up tool in the Photos app and the notification summaries feature as part of the initial Apple Intelligence rollout.</w:t>
      </w:r>
      <w:r/>
    </w:p>
    <w:p>
      <w:pPr>
        <w:pStyle w:val="ListNumber"/>
        <w:spacing w:line="240" w:lineRule="auto"/>
        <w:ind w:left="720"/>
      </w:pPr>
      <w:r/>
      <w:hyperlink r:id="rId14">
        <w:r>
          <w:rPr>
            <w:color w:val="0000EE"/>
            <w:u w:val="single"/>
          </w:rPr>
          <w:t>https://www.apple.com/newsroom/2024/09/apple-intelligence-comes-to-iphone-ipad-and-mac-starting-next-month/</w:t>
        </w:r>
      </w:hyperlink>
      <w:r>
        <w:t xml:space="preserve"> - Explains the integration of Apple Intelligence into iOS, iPadOS, and macOS, and the use of Apple silicon to enhance user experiences.</w:t>
      </w:r>
      <w:r/>
    </w:p>
    <w:p>
      <w:pPr>
        <w:pStyle w:val="ListNumber"/>
        <w:spacing w:line="240" w:lineRule="auto"/>
        <w:ind w:left="720"/>
      </w:pPr>
      <w:r/>
      <w:hyperlink r:id="rId11">
        <w:r>
          <w:rPr>
            <w:color w:val="0000EE"/>
            <w:u w:val="single"/>
          </w:rPr>
          <w:t>https://knowtechie.com/when-does-apple-intelligence-come-out/</w:t>
        </w:r>
      </w:hyperlink>
      <w:r>
        <w:t xml:space="preserve"> - Discusses the expansion of Apple Intelligence to more languages over the next year and the phased rollout strategy.</w:t>
      </w:r>
      <w:r/>
    </w:p>
    <w:p>
      <w:pPr>
        <w:pStyle w:val="ListNumber"/>
        <w:spacing w:line="240" w:lineRule="auto"/>
        <w:ind w:left="720"/>
      </w:pPr>
      <w:r/>
      <w:hyperlink r:id="rId15">
        <w:r>
          <w:rPr>
            <w:color w:val="0000EE"/>
            <w:u w:val="single"/>
          </w:rPr>
          <w:t>https://www.techradar.com/phones/iphone/apple-intelligences-release-date-is-almost-here-why-its-a-bigger-deal-than-you-think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leinsider.com/articles/24/10/06/apple-intelligence-and-ios-181-should-debut-on-october-28" TargetMode="External"/><Relationship Id="rId11" Type="http://schemas.openxmlformats.org/officeDocument/2006/relationships/hyperlink" Target="https://knowtechie.com/when-does-apple-intelligence-come-out/" TargetMode="External"/><Relationship Id="rId12" Type="http://schemas.openxmlformats.org/officeDocument/2006/relationships/hyperlink" Target="https://www.yahoo.com/tech/apple-intelligence-around-corner-few-134000783.html" TargetMode="External"/><Relationship Id="rId13" Type="http://schemas.openxmlformats.org/officeDocument/2006/relationships/hyperlink" Target="https://www.macrumors.com/2024/10/06/apple-to-release-ios-18-1-on-october-28/" TargetMode="External"/><Relationship Id="rId14" Type="http://schemas.openxmlformats.org/officeDocument/2006/relationships/hyperlink" Target="https://www.apple.com/newsroom/2024/09/apple-intelligence-comes-to-iphone-ipad-and-mac-starting-next-month/" TargetMode="External"/><Relationship Id="rId15" Type="http://schemas.openxmlformats.org/officeDocument/2006/relationships/hyperlink" Target="https://www.techradar.com/phones/iphone/apple-intelligences-release-date-is-almost-here-why-its-a-bigger-deal-than-you-thi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