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Charlie Puth reacts to Taylor Swift's surprising mention in new album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surprising turn of events, renowned musician Charlie Puth found himself in disbelief at a mention in a song by fellow pop superstar Taylor Swift. The mention occurred in Swift's latest studio album, "The Tortured Poets Department", which recently topped the Billboard 200 charts. The title track of the album features the line, “We declared Charlie Puth should be a bigger artist,” a sentiment which left Puth initially convinced it was an elaborate artificial intelligence hoax.</w:t>
      </w:r>
      <w:r/>
    </w:p>
    <w:p>
      <w:r/>
      <w:r>
        <w:t>During an interview with SiriusXM, the 32-year-old singer-songwriter shared his initial scepticism upon hearing about his mention in Swift's song. “It’s quite the compliment, by the way. I thought it was AI, because AI just seems to be everywhere,” he said. However, upon listening to the actual clip from the track, Puth's doubts were dispelled. “Then, I heard a clip of it, and thought that’s way too smart for AI, that’s way too clever—the way that it rhymed,” he remarked, evidently impressed by Swift’s lyrical prowess.</w:t>
      </w:r>
      <w:r/>
    </w:p>
    <w:p>
      <w:r/>
      <w:r>
        <w:t>The surprising musical nod from Swift is just one highlight for Puth this year. Alongside his thriving music career, Puth entered a new chapter in his personal life by marrying Brooke Sansone. The couple tied the knot on September 7, 2023, at a ceremony held at Puth’s family home in Montecito, California.</w:t>
      </w:r>
      <w:r/>
    </w:p>
    <w:p>
      <w:r/>
      <w:r>
        <w:t>Puth, who is known for hits such as “Attention” and “See You Again”, shared the joyous news with his fans via social media. He expressed his deep affection for Sansone, writing, “I love you Brooke…I always have. With you, I am my very best.” The heartfelt message continued with a pledge of eternal love, “I promise I’ll love you every day in this life, and even more when we move on to our next.”</w:t>
      </w:r>
      <w:r/>
    </w:p>
    <w:p>
      <w:r/>
      <w:r>
        <w:t>The romance between Puth and Sansone began in June 2022. Both hailing from New Jersey, the couple celebrated their shared roots by choosing Bruce Springsteen's “Jersey Girl” for their first dance at the wedding, as reported by Vogue. Their engagement was equally romantic, with Puth proposing in New York City at precisely 11:11 p.m. on September 5, 2023.</w:t>
      </w:r>
      <w:r/>
    </w:p>
    <w:p>
      <w:r/>
      <w:r>
        <w:t>Puth's recent experiences showcase the intersections of his personal and professional lives, illustrating a year of significant milestones and public recognition. As he continues to navigate his successful career and new marriage, fans eagerly anticipate his future endeavours in music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https://variety.com/2024/music/news/charlie-puth-taylor-swift-the-tortured-poets-department-hero-1235974552/</w:t>
        </w:r>
      </w:hyperlink>
      <w:r>
        <w:t xml:space="preserve"> - Corroborates the mention of Charlie Puth in Taylor Swift's album 'The Tortured Poets Department' and his response with the new single 'Hero'.</w:t>
      </w:r>
      <w:r/>
    </w:p>
    <w:p>
      <w:pPr>
        <w:pStyle w:val="ListNumber"/>
        <w:spacing w:line="240" w:lineRule="auto"/>
        <w:ind w:left="720"/>
      </w:pPr>
      <w:r/>
      <w:hyperlink r:id="rId11">
        <w:r>
          <w:rPr>
            <w:color w:val="0000EE"/>
            <w:u w:val="single"/>
          </w:rPr>
          <w:t>https://nypost.com/2024/04/19/entertainment/why-taylor-swift-name-drops-charlie-puth-on-the-tortured-poets-department/</w:t>
        </w:r>
      </w:hyperlink>
      <w:r>
        <w:t xml:space="preserve"> - Provides details about the specific lyric mentioning Charlie Puth and the context within Taylor Swift's album.</w:t>
      </w:r>
      <w:r/>
    </w:p>
    <w:p>
      <w:pPr>
        <w:pStyle w:val="ListNumber"/>
        <w:spacing w:line="240" w:lineRule="auto"/>
        <w:ind w:left="720"/>
      </w:pPr>
      <w:r/>
      <w:hyperlink r:id="rId12">
        <w:r>
          <w:rPr>
            <w:color w:val="0000EE"/>
            <w:u w:val="single"/>
          </w:rPr>
          <w:t>https://people.com/charlie-puth-reacts-taylor-swift-the-tortured-poets-department-mention-8636151</w:t>
        </w:r>
      </w:hyperlink>
      <w:r>
        <w:t xml:space="preserve"> - Supports the information about Charlie Puth's reaction to the mention and his admiration for Taylor Swift.</w:t>
      </w:r>
      <w:r/>
    </w:p>
    <w:p>
      <w:pPr>
        <w:pStyle w:val="ListNumber"/>
        <w:spacing w:line="240" w:lineRule="auto"/>
        <w:ind w:left="720"/>
      </w:pPr>
      <w:r/>
      <w:hyperlink r:id="rId13">
        <w:r>
          <w:rPr>
            <w:color w:val="0000EE"/>
            <w:u w:val="single"/>
          </w:rPr>
          <w:t>https://www.stereogum.com/2264885/charlie-puth-finally-discusses-namecheck-on-taylor-swifts-the-tortured-poets-department-the-songs-in-c-major/music/</w:t>
        </w:r>
      </w:hyperlink>
      <w:r>
        <w:t xml:space="preserve"> - Details Charlie Puth's initial skepticism and subsequent emotional response to the mention in the song.</w:t>
      </w:r>
      <w:r/>
    </w:p>
    <w:p>
      <w:pPr>
        <w:pStyle w:val="ListNumber"/>
        <w:spacing w:line="240" w:lineRule="auto"/>
        <w:ind w:left="720"/>
      </w:pPr>
      <w:r/>
      <w:hyperlink r:id="rId14">
        <w:r>
          <w:rPr>
            <w:color w:val="0000EE"/>
            <w:u w:val="single"/>
          </w:rPr>
          <w:t>https://www.hollywoodreporter.com/news/music-news/charlie-puth-reacts-taylor-swift-lyrics-1235908460/</w:t>
        </w:r>
      </w:hyperlink>
      <w:r>
        <w:t xml:space="preserve"> - Corroborates Charlie Puth's interview where he discussed the surprise and gratitude he felt upon hearing the mention.</w:t>
      </w:r>
      <w:r/>
    </w:p>
    <w:p>
      <w:pPr>
        <w:pStyle w:val="ListNumber"/>
        <w:spacing w:line="240" w:lineRule="auto"/>
        <w:ind w:left="720"/>
      </w:pPr>
      <w:r/>
      <w:hyperlink r:id="rId10">
        <w:r>
          <w:rPr>
            <w:color w:val="0000EE"/>
            <w:u w:val="single"/>
          </w:rPr>
          <w:t>https://variety.com/2024/music/news/charlie-puth-taylor-swift-the-tortured-poets-department-hero-1235974552/</w:t>
        </w:r>
      </w:hyperlink>
      <w:r>
        <w:t xml:space="preserve"> - Mentions Charlie Puth's performance of Taylor Swift's 'Teardrops on My Guitar' and his admiration for her work.</w:t>
      </w:r>
      <w:r/>
    </w:p>
    <w:p>
      <w:pPr>
        <w:pStyle w:val="ListNumber"/>
        <w:spacing w:line="240" w:lineRule="auto"/>
        <w:ind w:left="720"/>
      </w:pPr>
      <w:r/>
      <w:hyperlink r:id="rId11">
        <w:r>
          <w:rPr>
            <w:color w:val="0000EE"/>
            <w:u w:val="single"/>
          </w:rPr>
          <w:t>https://nypost.com/2024/04/19/entertainment/why-taylor-swift-name-drops-charlie-puth-on-the-tortured-poets-department/</w:t>
        </w:r>
      </w:hyperlink>
      <w:r>
        <w:t xml:space="preserve"> - Provides context on Taylor Swift's album and other references within it, including her relationships and other name-drops.</w:t>
      </w:r>
      <w:r/>
    </w:p>
    <w:p>
      <w:pPr>
        <w:pStyle w:val="ListNumber"/>
        <w:spacing w:line="240" w:lineRule="auto"/>
        <w:ind w:left="720"/>
      </w:pPr>
      <w:r/>
      <w:hyperlink r:id="rId12">
        <w:r>
          <w:rPr>
            <w:color w:val="0000EE"/>
            <w:u w:val="single"/>
          </w:rPr>
          <w:t>https://people.com/charlie-puth-reacts-taylor-swift-the-tortured-poets-department-mention-8636151</w:t>
        </w:r>
      </w:hyperlink>
      <w:r>
        <w:t xml:space="preserve"> - Supports the interaction between Charlie Puth and Taylor Swift, including their mutual admiration and potential collaboration.</w:t>
      </w:r>
      <w:r/>
    </w:p>
    <w:p>
      <w:pPr>
        <w:pStyle w:val="ListNumber"/>
        <w:spacing w:line="240" w:lineRule="auto"/>
        <w:ind w:left="720"/>
      </w:pPr>
      <w:r/>
      <w:hyperlink r:id="rId13">
        <w:r>
          <w:rPr>
            <w:color w:val="0000EE"/>
            <w:u w:val="single"/>
          </w:rPr>
          <w:t>https://www.stereogum.com/2264885/charlie-puth-finally-discusses-namecheck-on-taylor-swifts-the-tortured-poets-department-the-songs-in-c-major/music/</w:t>
        </w:r>
      </w:hyperlink>
      <w:r>
        <w:t xml:space="preserve"> - Details Charlie Puth's inspiration to release 'Hero' after Taylor Swift's shout-out and his newfound confidence in his music.</w:t>
      </w:r>
      <w:r/>
    </w:p>
    <w:p>
      <w:pPr>
        <w:pStyle w:val="ListNumber"/>
        <w:spacing w:line="240" w:lineRule="auto"/>
        <w:ind w:left="720"/>
      </w:pPr>
      <w:r/>
      <w:hyperlink r:id="rId14">
        <w:r>
          <w:rPr>
            <w:color w:val="0000EE"/>
            <w:u w:val="single"/>
          </w:rPr>
          <w:t>https://www.hollywoodreporter.com/news/music-news/charlie-puth-reacts-taylor-swift-lyrics-1235908460/</w:t>
        </w:r>
      </w:hyperlink>
      <w:r>
        <w:t xml:space="preserve"> - Corroborates Charlie Puth's gratitude towards Taylor Swift and how her mention influenced his decision to release new music.</w:t>
      </w:r>
      <w:r/>
    </w:p>
    <w:p>
      <w:pPr>
        <w:pStyle w:val="ListNumber"/>
        <w:spacing w:line="240" w:lineRule="auto"/>
        <w:ind w:left="720"/>
      </w:pPr>
      <w:r/>
      <w:hyperlink r:id="rId10">
        <w:r>
          <w:rPr>
            <w:color w:val="0000EE"/>
            <w:u w:val="single"/>
          </w:rPr>
          <w:t>https://variety.com/2024/music/news/charlie-puth-taylor-swift-the-tortured-poets-department-hero-1235974552/</w:t>
        </w:r>
      </w:hyperlink>
      <w:r>
        <w:t xml:space="preserve"> - Mentions Charlie Puth's recent album and singles, providing context to his current music career.</w:t>
      </w:r>
      <w:r/>
    </w:p>
    <w:p>
      <w:pPr>
        <w:pStyle w:val="ListNumber"/>
        <w:spacing w:line="240" w:lineRule="auto"/>
        <w:ind w:left="720"/>
      </w:pPr>
      <w:r/>
      <w:hyperlink r:id="rId15">
        <w:r>
          <w:rPr>
            <w:color w:val="0000EE"/>
            <w:u w:val="single"/>
          </w:rPr>
          <w:t>https://www.billboard.com/music/pop/charlie-puth-taylor-swift-tortured-poets-department-shout-out-ai-1235791810/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ariety.com/2024/music/news/charlie-puth-taylor-swift-the-tortured-poets-department-hero-1235974552/" TargetMode="External"/><Relationship Id="rId11" Type="http://schemas.openxmlformats.org/officeDocument/2006/relationships/hyperlink" Target="https://nypost.com/2024/04/19/entertainment/why-taylor-swift-name-drops-charlie-puth-on-the-tortured-poets-department/" TargetMode="External"/><Relationship Id="rId12" Type="http://schemas.openxmlformats.org/officeDocument/2006/relationships/hyperlink" Target="https://people.com/charlie-puth-reacts-taylor-swift-the-tortured-poets-department-mention-8636151" TargetMode="External"/><Relationship Id="rId13" Type="http://schemas.openxmlformats.org/officeDocument/2006/relationships/hyperlink" Target="https://www.stereogum.com/2264885/charlie-puth-finally-discusses-namecheck-on-taylor-swifts-the-tortured-poets-department-the-songs-in-c-major/music/" TargetMode="External"/><Relationship Id="rId14" Type="http://schemas.openxmlformats.org/officeDocument/2006/relationships/hyperlink" Target="https://www.hollywoodreporter.com/news/music-news/charlie-puth-reacts-taylor-swift-lyrics-1235908460/" TargetMode="External"/><Relationship Id="rId15" Type="http://schemas.openxmlformats.org/officeDocument/2006/relationships/hyperlink" Target="https://www.billboard.com/music/pop/charlie-puth-taylor-swift-tortured-poets-department-shout-out-ai-12357918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