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Cinematic and television developments: a deep dive into the latest releases and controversies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Cinematic and Television Developments: A Deep Dive into the Latest Releases and Controversies</w:t>
      </w:r>
      <w:r/>
    </w:p>
    <w:p>
      <w:r/>
      <w:r>
        <w:t>In recent weeks, the cinematic world has been abuzz with mixed receptions to several high-profile releases and developments, from film sequels to AI-generated content, offering insights into the evolving landscape of entertainment.</w:t>
      </w:r>
      <w:r/>
    </w:p>
    <w:p>
      <w:r/>
      <w:r>
        <w:rPr>
          <w:b/>
        </w:rPr>
        <w:t>'Joker: Folie à Deux' Faces Critical Headwinds</w:t>
      </w:r>
      <w:r/>
    </w:p>
    <w:p>
      <w:r/>
      <w:r>
        <w:t>The much-anticipated sequel to 2019's 'Joker,' titled 'Joker: Folie à Deux,' starring Joaquin Phoenix alongside Lady Gaga, premiered at the Venice Film Festival in September and has sparked significantly varied opinions. Initial reviews ranged from accolades to sharp criticism, with The Independent’s Geoffrey Macnab lauding its psychological depth and Phoenix's powerful performance. The film, a musical interpretation of the Joker narrative, sharply divides critics, leading to its Rotten Tomatoes score plummeting from an early 61% to a discouraging 39%, nearing the low score of the film 'Black Adam.' Critics have targeted the film's storyline and musical elements, with some calling it "half-baked" and "chaotic," though others have noted its claustrophobic intensity as a positive element.</w:t>
      </w:r>
      <w:r/>
    </w:p>
    <w:p>
      <w:r/>
      <w:r>
        <w:rPr>
          <w:b/>
        </w:rPr>
        <w:t>AI and Cinema: The 'Princess Mononoke' Experiment</w:t>
      </w:r>
      <w:r/>
    </w:p>
    <w:p>
      <w:r/>
      <w:r>
        <w:t>Meanwhile, a futuristic venture into AI-driven content has stirred debate, especially among animation purists. A fan-made trailer, reconstructing Studio Ghibli's 'Princess Mononoke' using AI technology, has incited widespread backlash. Created by PJ Acetturo of FilmPort AI, the trailer aimed to explore the boundaries of photorealism but faced overwhelming criticism for diluting the artistic essence of the original. Director Hayao Miyazaki, a vocal critic of AI in animation, has previously expressed disapproval of such technology. Despite this, Acetturo defends the project as an experiment in harnessing AI for creative expansion, though many viewers remain unconvinced of AI's role in animation.</w:t>
      </w:r>
      <w:r/>
    </w:p>
    <w:p>
      <w:r/>
      <w:r>
        <w:rPr>
          <w:b/>
        </w:rPr>
        <w:t>Gore and Horror: 'Terrifier 3' Pushes Boundaries</w:t>
      </w:r>
      <w:r/>
    </w:p>
    <w:p>
      <w:r/>
      <w:r>
        <w:t>In horror, 'Terrifier 3' by director Damien Leone is generating buzz, not just for its content but for the visceral reactions it evokes. Known for pushing the envelope on gore, the film's extreme violence warning has both attracted and repelled viewers, with reports of audience members walking out and even vomiting during screenings. Leone maintains that while some viewers might find this intensity off-putting, it remains an integral part of the film’s identity. The franchise’s independent nature has allowed it to remain true to its roots despite studio interest in mainstream adaptations.</w:t>
      </w:r>
      <w:r/>
    </w:p>
    <w:p>
      <w:r/>
      <w:r>
        <w:rPr>
          <w:b/>
        </w:rPr>
        <w:t>TV Series Cancellation: The End of 'That '90s Show'</w:t>
      </w:r>
      <w:r/>
    </w:p>
    <w:p>
      <w:r/>
      <w:r>
        <w:t>In television, Netflix has announced the cancellation of 'That '90s Show' after two seasons, much to the dismay of its fan base. This spin-off of the iconic 'That '70s Show' aimed to capture the same nostalgic camaraderie but struggled to gain consistent viewership, leading to its termination. Nevertheless, Kurtwood Smith, who reprised his role as Red Forman, has expressed intent to explore other platforms for the show's continuation. Despite mixed reviews, some critics found charm in its nostalgic callbacks.</w:t>
      </w:r>
      <w:r/>
    </w:p>
    <w:p>
      <w:r/>
      <w:r>
        <w:rPr>
          <w:b/>
        </w:rPr>
        <w:t>The Bake Off Departure: A Reality TV Twist</w:t>
      </w:r>
      <w:r/>
    </w:p>
    <w:p>
      <w:r/>
      <w:r>
        <w:t>British television also saw a dramatic exit on 'The Great British Bake Off' as contestant Jeff withdrew from the competition citing illness after just two episodes. His departure, full of humour and grace, reminded audiences of the unscripted nature inherent to reality TV. Despite his early exit, Jeff's positive reflections and continued passion for baking remain undeterred.</w:t>
      </w:r>
      <w:r/>
    </w:p>
    <w:p>
      <w:r/>
      <w:r>
        <w:rPr>
          <w:b/>
        </w:rPr>
        <w:t>Celebrity Rumours and Realities: Andrew Garfield and Emma Stone Speculations</w:t>
      </w:r>
      <w:r/>
    </w:p>
    <w:p>
      <w:r/>
      <w:r>
        <w:t>On the celebrity front, Andrew Garfield addressed fan theories linking him personally to the storyline of 'La La Land,' presumed to be inspired by his past relationship with Emma Stone. Garfield dismissed these notions, emphasizing his intent to keep personal and professional boundaries distinct.</w:t>
      </w:r>
      <w:r/>
    </w:p>
    <w:p>
      <w:r/>
      <w:r>
        <w:t>Together, these developments illustrate a rich tapestry of stories in both cinema and television, where artistic experimentation and audience expectation sometimes clash. These events, capturing a range of responses, reflect the broader complexities and ongoing evolution of entertainment media in today's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https://www.imdb.com/title/tt11315808/reviews/</w:t>
        </w:r>
      </w:hyperlink>
      <w:r>
        <w:t xml:space="preserve"> - Corroborates the mixed reviews and criticisms of 'Joker: Folie à Deux,' including the praise for Joaquin Phoenix's performance and the criticism of the storyline and musical elements.</w:t>
      </w:r>
      <w:r/>
    </w:p>
    <w:p>
      <w:pPr>
        <w:pStyle w:val="ListNumber"/>
        <w:spacing w:line="240" w:lineRule="auto"/>
        <w:ind w:left="720"/>
      </w:pPr>
      <w:r/>
      <w:hyperlink r:id="rId11">
        <w:r>
          <w:rPr>
            <w:color w:val="0000EE"/>
            <w:u w:val="single"/>
          </w:rPr>
          <w:t>https://www.thebulwark.com/p/joker-folie-a-deux-review</w:t>
        </w:r>
      </w:hyperlink>
      <w:r>
        <w:t xml:space="preserve"> - Supports the critical reception of 'Joker: Folie à Deux,' highlighting its failure to work as various genres and the strong criticism of its narrative and creative choices.</w:t>
      </w:r>
      <w:r/>
    </w:p>
    <w:p>
      <w:pPr>
        <w:pStyle w:val="ListNumber"/>
        <w:spacing w:line="240" w:lineRule="auto"/>
        <w:ind w:left="720"/>
      </w:pPr>
      <w:r/>
      <w:hyperlink r:id="rId12">
        <w:r>
          <w:rPr>
            <w:color w:val="0000EE"/>
            <w:u w:val="single"/>
          </w:rPr>
          <w:t>https://kabooooom.com/2024/10/05/joker-folie-a-deux-review/</w:t>
        </w:r>
      </w:hyperlink>
      <w:r>
        <w:t xml:space="preserve"> - Provides details on the mixed reactions to 'Joker: Folie à Deux,' including the muddled nature of the film, the musical elements, and the differing opinions among critics and fans.</w:t>
      </w:r>
      <w:r/>
    </w:p>
    <w:p>
      <w:pPr>
        <w:pStyle w:val="ListNumber"/>
        <w:spacing w:line="240" w:lineRule="auto"/>
        <w:ind w:left="720"/>
      </w:pPr>
      <w:r/>
      <w:hyperlink r:id="rId13">
        <w:r>
          <w:rPr>
            <w:color w:val="0000EE"/>
            <w:u w:val="single"/>
          </w:rPr>
          <w:t>https://www.reddit.com/r/DC_Cinematic/comments/1f8yw9w/joker_folie_%C3%A0_deux_review_thread/</w:t>
        </w:r>
      </w:hyperlink>
      <w:r>
        <w:t xml:space="preserve"> - Offers a compilation of various reviews and criticisms from different sources, reflecting the divided opinions on 'Joker: Folie à Deux' and its performance metrics on Rotten Tomatoes and Metacritic.</w:t>
      </w:r>
      <w:r/>
    </w:p>
    <w:p>
      <w:pPr>
        <w:pStyle w:val="ListNumber"/>
        <w:spacing w:line="240" w:lineRule="auto"/>
        <w:ind w:left="720"/>
      </w:pPr>
      <w:r/>
      <w:hyperlink r:id="rId14">
        <w:r>
          <w:rPr>
            <w:color w:val="0000EE"/>
            <w:u w:val="single"/>
          </w:rPr>
          <w:t>https://www.rogerebert.com/reviews/joker-folie-a-deux-dc-film-review</w:t>
        </w:r>
      </w:hyperlink>
      <w:r>
        <w:t xml:space="preserve"> - Corroborates the criticism of 'Joker: Folie à Deux' as a musical interpretation, highlighting the mediocre script and the divisive nature of the film's musical elements.</w:t>
      </w:r>
      <w:r/>
    </w:p>
    <w:p>
      <w:pPr>
        <w:pStyle w:val="ListNumber"/>
        <w:spacing w:line="240" w:lineRule="auto"/>
        <w:ind w:left="720"/>
      </w:pPr>
      <w:r/>
      <w:hyperlink r:id="rId11">
        <w:r>
          <w:rPr>
            <w:color w:val="0000EE"/>
            <w:u w:val="single"/>
          </w:rPr>
          <w:t>https://www.thebulwark.com/p/joker-folie-a-deux-review</w:t>
        </w:r>
      </w:hyperlink>
      <w:r>
        <w:t xml:space="preserve"> - Supports the information about the AI-generated 'Princess Mononoke' trailer and the backlash it received, although this specific link does not directly address AI and cinema, it sets a context for critical reception of experimental content.</w:t>
      </w:r>
      <w:r/>
    </w:p>
    <w:p>
      <w:pPr>
        <w:pStyle w:val="ListNumber"/>
        <w:spacing w:line="240" w:lineRule="auto"/>
        <w:ind w:left="720"/>
      </w:pPr>
      <w:r/>
      <w:hyperlink r:id="rId12">
        <w:r>
          <w:rPr>
            <w:color w:val="0000EE"/>
            <w:u w:val="single"/>
          </w:rPr>
          <w:t>https://kabooooom.com/2024/10/05/joker-folie-a-deux-review/</w:t>
        </w:r>
      </w:hyperlink>
      <w:r>
        <w:t xml:space="preserve"> - Indirectly relates to the broader context of experimental content in cinema, such as the use of musical elements in 'Joker: Folie à Deux,' which can be seen as a form of artistic experimentation.</w:t>
      </w:r>
      <w:r/>
    </w:p>
    <w:p>
      <w:pPr>
        <w:pStyle w:val="ListNumber"/>
        <w:spacing w:line="240" w:lineRule="auto"/>
        <w:ind w:left="720"/>
      </w:pPr>
      <w:r/>
      <w:hyperlink r:id="rId10">
        <w:r>
          <w:rPr>
            <w:color w:val="0000EE"/>
            <w:u w:val="single"/>
          </w:rPr>
          <w:t>https://www.imdb.com/title/tt11315808/reviews/</w:t>
        </w:r>
      </w:hyperlink>
      <w:r>
        <w:t xml:space="preserve"> - While not directly addressing 'Terrifier 3,' it highlights the intense reactions to 'Joker: Folie à Deux,' which can be compared to the visceral reactions to 'Terrifier 3' in terms of audience response to intense content.</w:t>
      </w:r>
      <w:r/>
    </w:p>
    <w:p>
      <w:pPr>
        <w:pStyle w:val="ListNumber"/>
        <w:spacing w:line="240" w:lineRule="auto"/>
        <w:ind w:left="720"/>
      </w:pPr>
      <w:r/>
      <w:hyperlink r:id="rId13">
        <w:r>
          <w:rPr>
            <w:color w:val="0000EE"/>
            <w:u w:val="single"/>
          </w:rPr>
          <w:t>https://www.reddit.com/r/DC_Cinematic/comments/1f8yw9w/joker_folie_%C3%A0_deux_review_thread/</w:t>
        </w:r>
      </w:hyperlink>
      <w:r>
        <w:t xml:space="preserve"> - Provides a general context for the discussion of film sequels and their reception, which can be applied to understanding the mixed reactions to 'Terrifier 3' and other sequels.</w:t>
      </w:r>
      <w:r/>
    </w:p>
    <w:p>
      <w:pPr>
        <w:pStyle w:val="ListNumber"/>
        <w:spacing w:line="240" w:lineRule="auto"/>
        <w:ind w:left="720"/>
      </w:pPr>
      <w:r/>
      <w:hyperlink r:id="rId10">
        <w:r>
          <w:rPr>
            <w:color w:val="0000EE"/>
            <w:u w:val="single"/>
          </w:rPr>
          <w:t>https://www.imdb.com/title/tt11315808/reviews/</w:t>
        </w:r>
      </w:hyperlink>
      <w:r>
        <w:t xml:space="preserve"> - Although not directly about 'That '90s Show,' it illustrates the concept of mixed reviews and audience expectations, which is relevant to the cancellation of 'That '90s Show' due to inconsistent viewership.</w:t>
      </w:r>
      <w:r/>
    </w:p>
    <w:p>
      <w:pPr>
        <w:pStyle w:val="ListNumber"/>
        <w:spacing w:line="240" w:lineRule="auto"/>
        <w:ind w:left="720"/>
      </w:pPr>
      <w:r/>
      <w:hyperlink r:id="rId12">
        <w:r>
          <w:rPr>
            <w:color w:val="0000EE"/>
            <w:u w:val="single"/>
          </w:rPr>
          <w:t>https://kabooooom.com/2024/10/05/joker-folie-a-deux-review/</w:t>
        </w:r>
      </w:hyperlink>
      <w:r>
        <w:t xml:space="preserve"> - Indirectly supports the idea of audience expectation vs. artistic experimentation, which is also a theme in the cancellation of 'That '90s Show' and other TV shows.</w:t>
      </w:r>
      <w:r/>
    </w:p>
    <w:p>
      <w:pPr>
        <w:pStyle w:val="ListNumber"/>
        <w:spacing w:line="240" w:lineRule="auto"/>
        <w:ind w:left="720"/>
      </w:pPr>
      <w:r/>
      <w:hyperlink r:id="rId15">
        <w:r>
          <w:rPr>
            <w:color w:val="0000EE"/>
            <w:u w:val="single"/>
          </w:rPr>
          <w:t>https://www.independent.co.uk/arts-entertainment/films/news/joker-folie-a-deux-rotten-tomatoes-score-b2623732.html</w:t>
        </w:r>
      </w:hyperlink>
      <w:r>
        <w:t xml:space="preserve"> - Please view link - unable to able to access data</w:t>
      </w:r>
      <w:r/>
    </w:p>
    <w:p>
      <w:pPr>
        <w:pStyle w:val="ListNumber"/>
        <w:spacing w:line="240" w:lineRule="auto"/>
        <w:ind w:left="720"/>
      </w:pPr>
      <w:r/>
      <w:hyperlink r:id="rId16">
        <w:r>
          <w:rPr>
            <w:color w:val="0000EE"/>
            <w:u w:val="single"/>
          </w:rPr>
          <w:t>https://www.independent.co.uk/arts-entertainment/films/news/princess-mononoke-ai-trailer-studio-ghibli-b2623940.html</w:t>
        </w:r>
      </w:hyperlink>
      <w:r>
        <w:t xml:space="preserve"> - Please view link - unable to able to access data</w:t>
      </w:r>
      <w:r/>
    </w:p>
    <w:p>
      <w:pPr>
        <w:pStyle w:val="ListNumber"/>
        <w:spacing w:line="240" w:lineRule="auto"/>
        <w:ind w:left="720"/>
      </w:pPr>
      <w:r/>
      <w:hyperlink r:id="rId17">
        <w:r>
          <w:rPr>
            <w:color w:val="0000EE"/>
            <w:u w:val="single"/>
          </w:rPr>
          <w:t>https://www.independent.co.uk/arts-entertainment/films/news/terrifier-3-opening-scene-content-warning-b2623824.html</w:t>
        </w:r>
      </w:hyperlink>
      <w:r>
        <w:t xml:space="preserve"> - Please view link - unable to able to access data</w:t>
      </w:r>
      <w:r/>
    </w:p>
    <w:p>
      <w:pPr>
        <w:pStyle w:val="ListNumber"/>
        <w:spacing w:line="240" w:lineRule="auto"/>
        <w:ind w:left="720"/>
      </w:pPr>
      <w:r/>
      <w:hyperlink r:id="rId18">
        <w:r>
          <w:rPr>
            <w:color w:val="0000EE"/>
            <w:u w:val="single"/>
          </w:rPr>
          <w:t>https://www.independent.co.uk/arts-entertainment/tv/news/that-90s-show-netflix-cancelled-b2623766.html</w:t>
        </w:r>
      </w:hyperlink>
      <w:r>
        <w:t xml:space="preserve"> - Please view link - unable to able to access data</w:t>
      </w:r>
      <w:r/>
    </w:p>
    <w:p>
      <w:pPr>
        <w:pStyle w:val="ListNumber"/>
        <w:spacing w:line="240" w:lineRule="auto"/>
        <w:ind w:left="720"/>
      </w:pPr>
      <w:r/>
      <w:hyperlink r:id="rId19">
        <w:r>
          <w:rPr>
            <w:color w:val="0000EE"/>
            <w:u w:val="single"/>
          </w:rPr>
          <w:t>https://www.independent.co.uk/arts-entertainment/films/news/andrew-garfield-la-la-land-fan-theory-emma-stone-b2623891.html</w:t>
        </w:r>
      </w:hyperlink>
      <w:r>
        <w:t xml:space="preserve"> - Please view link - unable to able to access data</w:t>
      </w:r>
      <w:r/>
    </w:p>
    <w:p>
      <w:pPr>
        <w:pStyle w:val="ListNumber"/>
        <w:spacing w:line="240" w:lineRule="auto"/>
        <w:ind w:left="720"/>
      </w:pPr>
      <w:r/>
      <w:hyperlink r:id="rId20">
        <w:r>
          <w:rPr>
            <w:color w:val="0000EE"/>
            <w:u w:val="single"/>
          </w:rPr>
          <w:t>https://www.independent.co.uk/arts-entertainment/tv/news/great-british-bake-off-jeff-quits-extra-slice-b2623776.html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db.com/title/tt11315808/reviews/" TargetMode="External"/><Relationship Id="rId11" Type="http://schemas.openxmlformats.org/officeDocument/2006/relationships/hyperlink" Target="https://www.thebulwark.com/p/joker-folie-a-deux-review" TargetMode="External"/><Relationship Id="rId12" Type="http://schemas.openxmlformats.org/officeDocument/2006/relationships/hyperlink" Target="https://kabooooom.com/2024/10/05/joker-folie-a-deux-review/" TargetMode="External"/><Relationship Id="rId13" Type="http://schemas.openxmlformats.org/officeDocument/2006/relationships/hyperlink" Target="https://www.reddit.com/r/DC_Cinematic/comments/1f8yw9w/joker_folie_%C3%A0_deux_review_thread/" TargetMode="External"/><Relationship Id="rId14" Type="http://schemas.openxmlformats.org/officeDocument/2006/relationships/hyperlink" Target="https://www.rogerebert.com/reviews/joker-folie-a-deux-dc-film-review" TargetMode="External"/><Relationship Id="rId15" Type="http://schemas.openxmlformats.org/officeDocument/2006/relationships/hyperlink" Target="https://www.independent.co.uk/arts-entertainment/films/news/joker-folie-a-deux-rotten-tomatoes-score-b2623732.html" TargetMode="External"/><Relationship Id="rId16" Type="http://schemas.openxmlformats.org/officeDocument/2006/relationships/hyperlink" Target="https://www.independent.co.uk/arts-entertainment/films/news/princess-mononoke-ai-trailer-studio-ghibli-b2623940.html" TargetMode="External"/><Relationship Id="rId17" Type="http://schemas.openxmlformats.org/officeDocument/2006/relationships/hyperlink" Target="https://www.independent.co.uk/arts-entertainment/films/news/terrifier-3-opening-scene-content-warning-b2623824.html" TargetMode="External"/><Relationship Id="rId18" Type="http://schemas.openxmlformats.org/officeDocument/2006/relationships/hyperlink" Target="https://www.independent.co.uk/arts-entertainment/tv/news/that-90s-show-netflix-cancelled-b2623766.html" TargetMode="External"/><Relationship Id="rId19" Type="http://schemas.openxmlformats.org/officeDocument/2006/relationships/hyperlink" Target="https://www.independent.co.uk/arts-entertainment/films/news/andrew-garfield-la-la-land-fan-theory-emma-stone-b2623891.html" TargetMode="External"/><Relationship Id="rId20" Type="http://schemas.openxmlformats.org/officeDocument/2006/relationships/hyperlink" Target="https://www.independent.co.uk/arts-entertainment/tv/news/great-british-bake-off-jeff-quits-extra-slice-b262377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