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Drake-inspired Halloween costume stirs up fashion and rap rivalry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unexpected twist, the swirling rumours surrounding Canadian rapper Drake have found their way into the fashion world as a new Halloween costume by Fashion Nova. The costume, which has stirred conversation online, is inspired by speculative and unverified claims that Drake underwent a Brazilian butt lift surgery to enhance his physique. While the claims remain unconfirmed, they have become fodder for commentary in both music and fashion.</w:t>
      </w:r>
      <w:r/>
    </w:p>
    <w:p>
      <w:r/>
      <w:r>
        <w:t>The costume, part of Fashion Nova's Halloween collection, includes a set of prosthetic buttocks designed to be worn under clothing, giving the appearance of an exaggerated derrière. The company's website features promotional images showcasing the accessory, paired with a hoodie emblazoned with the word "Papi," a nod to Drake's Instagram handle, Champagne Papi. The item, originally priced at $39.99, has been marked down to $23.99, adding to its growing popularity in the Halloween costume market.</w:t>
      </w:r>
      <w:r/>
    </w:p>
    <w:p>
      <w:r/>
      <w:r>
        <w:t>The seeds of this costume concept seem to have been planted earlier this year, amidst an ongoing rap rivalry involving Drake and fellow industry heavyweight Kendrick Lamar. The situation escalated when producer Metro Boomin released a diss track titled "BBL Drizzy," which alluded to the rumours about Drake. This track capitalised on the gossip, intertwining music and celebrity culture into a wider narrative that Drake navigated deftly by addressing the claims in his feature on the song "U My Everything" by rapper Sexyy Red.</w:t>
      </w:r>
      <w:r/>
    </w:p>
    <w:p>
      <w:r/>
      <w:r>
        <w:t>On this track, Drake not only rapped over the beat created for the diss track "BBL Drizzy," but he subtly acknowledged the rumours with lines that hinted at the speculated surgery. Despite the personal nature of the lyrics, Drake managed to weave the allegations into a more significant musical dialogue rather than treating them as a personal affront.</w:t>
      </w:r>
      <w:r/>
    </w:p>
    <w:p>
      <w:r/>
      <w:r>
        <w:t>The Drake and Kendrick feud, an ongoing saga in the rap world, intensified in the spring when another artist, J Cole, was also mentioned in the rivals' skirmishes. Text exchanges between actor Tom Hanks and his son Chet, who also dabbles in rap under the name Chet Haze, provided a humorous outsider perspective on the feud. The conversation saw Tom seeking an explanation from Chet, who broke down the complex relationship between the two rappers with a blend of serious analysis and tongue-in-cheek interpretation.</w:t>
      </w:r>
      <w:r/>
    </w:p>
    <w:p>
      <w:r/>
      <w:r>
        <w:t>The feud between Drake and Kendrick Lamar has involved a series of diss tracks, each artist using their music to air grievances or critique the other. The exchanges have been marked by references to personal aspects of each other's lives, ranging from professional accolades to alleged personal shortcomings. This longstanding rivalry has made headlines due to both artists' significant influence in the rap industry.</w:t>
      </w:r>
      <w:r/>
    </w:p>
    <w:p>
      <w:r/>
      <w:r>
        <w:t>While the Fashion Nova costume serves as a satirical take on the speculation surrounding Drake, it underscores the intersection of celebrity culture, music, and fashion. It highlights how contemporary fashion can serve as a commentary on pop culture events, seamlessly merging humour with cultural critique.</w:t>
      </w:r>
      <w:r/>
    </w:p>
    <w:p>
      <w:r/>
      <w:r>
        <w:t>As the public continues to dissect the Halloween costume and the motivations behind it, the Drake-Kendrick rivalry remains a fascinating chapter in modern rap culture—a narrative that continues to evolve with each musical and cultural development. Whether or not the original rumours hold any truth, the situation illustrates how speculation can spiral into broader cultural phenomena, encompassing music, fashion, and even amusing celebrity interpretations.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https://www.reddit.com/r/Drizzy/comments/1fv18rp/fashion_nova_makes_fun_of_drake_in_their_listing/</w:t>
        </w:r>
      </w:hyperlink>
      <w:r>
        <w:t xml:space="preserve"> - Corroborates the existence of the Fashion Nova Halloween costume and the online reaction to it, including comments and discussions about the costume.</w:t>
      </w:r>
      <w:r/>
    </w:p>
    <w:p>
      <w:pPr>
        <w:pStyle w:val="ListNumber"/>
        <w:spacing w:line="240" w:lineRule="auto"/>
        <w:ind w:left="720"/>
      </w:pPr>
      <w:r/>
      <w:hyperlink r:id="rId11">
        <w:r>
          <w:rPr>
            <w:color w:val="0000EE"/>
            <w:u w:val="single"/>
          </w:rPr>
          <w:t>https://www.tmz.com/2024/10/03/drake-bbl-drizzy-halloween-costume-fashion-nova/</w:t>
        </w:r>
      </w:hyperlink>
      <w:r>
        <w:t xml:space="preserve"> - Details the components of the costume, such as the 'Papi' sweatshirt and rainbow-colored hair barrettes, and its connection to the 'BBL Drizzy' term and Metro Boomin's diss track.</w:t>
      </w:r>
      <w:r/>
    </w:p>
    <w:p>
      <w:pPr>
        <w:pStyle w:val="ListNumber"/>
        <w:spacing w:line="240" w:lineRule="auto"/>
        <w:ind w:left="720"/>
      </w:pPr>
      <w:r/>
      <w:hyperlink r:id="rId12">
        <w:r>
          <w:rPr>
            <w:color w:val="0000EE"/>
            <w:u w:val="single"/>
          </w:rPr>
          <w:t>https://uproxx.com/music/fashion-nova-drake-bbl-booty-halloween-costume/</w:t>
        </w:r>
      </w:hyperlink>
      <w:r>
        <w:t xml:space="preserve"> - Explains the inspiration behind the costume, the speculative claims about Drake's surgery, and the pricing of the accessory.</w:t>
      </w:r>
      <w:r/>
    </w:p>
    <w:p>
      <w:pPr>
        <w:pStyle w:val="ListNumber"/>
        <w:spacing w:line="240" w:lineRule="auto"/>
        <w:ind w:left="720"/>
      </w:pPr>
      <w:r/>
      <w:hyperlink r:id="rId13">
        <w:r>
          <w:rPr>
            <w:color w:val="0000EE"/>
            <w:u w:val="single"/>
          </w:rPr>
          <w:t>https://uproxx.com/music/drake-bbl-halloween-costume-removed-fashion-nova/</w:t>
        </w:r>
      </w:hyperlink>
      <w:r>
        <w:t xml:space="preserve"> - Mentions the removal of the Drake-inspired images from Fashion Nova's website, which aligns with the evolving narrative around the costume.</w:t>
      </w:r>
      <w:r/>
    </w:p>
    <w:p>
      <w:pPr>
        <w:pStyle w:val="ListNumber"/>
        <w:spacing w:line="240" w:lineRule="auto"/>
        <w:ind w:left="720"/>
      </w:pPr>
      <w:r/>
      <w:hyperlink r:id="rId14">
        <w:r>
          <w:rPr>
            <w:color w:val="0000EE"/>
            <w:u w:val="single"/>
          </w:rPr>
          <w:t>https://www.stereogum.com/2282984/fashion-nova-removes-drake-lookalike-from-its-bbl-halloween-costume-page/news/</w:t>
        </w:r>
      </w:hyperlink>
      <w:r>
        <w:t xml:space="preserve"> - Provides details on the removal of the Drake lookalike from the costume page and the ongoing availability of the BBL Booty Butt Pad accessory.</w:t>
      </w:r>
      <w:r/>
    </w:p>
    <w:p>
      <w:pPr>
        <w:pStyle w:val="ListNumber"/>
        <w:spacing w:line="240" w:lineRule="auto"/>
        <w:ind w:left="720"/>
      </w:pPr>
      <w:r/>
      <w:hyperlink r:id="rId11">
        <w:r>
          <w:rPr>
            <w:color w:val="0000EE"/>
            <w:u w:val="single"/>
          </w:rPr>
          <w:t>https://www.tmz.com/2024/10/03/drake-bbl-drizzy-halloween-costume-fashion-nova/</w:t>
        </w:r>
      </w:hyperlink>
      <w:r>
        <w:t xml:space="preserve"> - Corroborates the role of Metro Boomin's 'BBL Drizzy' diss track in the context of the Drake-Kendrick Lamar feud and its impact on the costume concept.</w:t>
      </w:r>
      <w:r/>
    </w:p>
    <w:p>
      <w:pPr>
        <w:pStyle w:val="ListNumber"/>
        <w:spacing w:line="240" w:lineRule="auto"/>
        <w:ind w:left="720"/>
      </w:pPr>
      <w:r/>
      <w:hyperlink r:id="rId12">
        <w:r>
          <w:rPr>
            <w:color w:val="0000EE"/>
            <w:u w:val="single"/>
          </w:rPr>
          <w:t>https://uproxx.com/music/fashion-nova-drake-bbl-booty-halloween-costume/</w:t>
        </w:r>
      </w:hyperlink>
      <w:r>
        <w:t xml:space="preserve"> - Supports the information about Drake addressing the rumours in his music, specifically on the song 'U My Everything' by Sexyy Red.</w:t>
      </w:r>
      <w:r/>
    </w:p>
    <w:p>
      <w:pPr>
        <w:pStyle w:val="ListNumber"/>
        <w:spacing w:line="240" w:lineRule="auto"/>
        <w:ind w:left="720"/>
      </w:pPr>
      <w:r/>
      <w:hyperlink r:id="rId10">
        <w:r>
          <w:rPr>
            <w:color w:val="0000EE"/>
            <w:u w:val="single"/>
          </w:rPr>
          <w:t>https://www.reddit.com/r/Drizzy/comments/1fv18rp/fashion_nova_makes_fun_of_drake_in_their_listing/</w:t>
        </w:r>
      </w:hyperlink>
      <w:r>
        <w:t xml:space="preserve"> - Highlights the public's reaction and commentary on the feud and the costume, reflecting the broader cultural impact.</w:t>
      </w:r>
      <w:r/>
    </w:p>
    <w:p>
      <w:pPr>
        <w:pStyle w:val="ListNumber"/>
        <w:spacing w:line="240" w:lineRule="auto"/>
        <w:ind w:left="720"/>
      </w:pPr>
      <w:r/>
      <w:hyperlink r:id="rId11">
        <w:r>
          <w:rPr>
            <w:color w:val="0000EE"/>
            <w:u w:val="single"/>
          </w:rPr>
          <w:t>https://www.tmz.com/2024/10/03/drake-bbl-drizzy-halloween-costume-fashion-nova/</w:t>
        </w:r>
      </w:hyperlink>
      <w:r>
        <w:t xml:space="preserve"> - Details the ongoing rap rivalry between Drake and Kendrick Lamar, including the series of diss tracks and personal references.</w:t>
      </w:r>
      <w:r/>
    </w:p>
    <w:p>
      <w:pPr>
        <w:pStyle w:val="ListNumber"/>
        <w:spacing w:line="240" w:lineRule="auto"/>
        <w:ind w:left="720"/>
      </w:pPr>
      <w:r/>
      <w:hyperlink r:id="rId12">
        <w:r>
          <w:rPr>
            <w:color w:val="0000EE"/>
            <w:u w:val="single"/>
          </w:rPr>
          <w:t>https://uproxx.com/music/fashion-nova-drake-bbl-booty-halloween-costume/</w:t>
        </w:r>
      </w:hyperlink>
      <w:r>
        <w:t xml:space="preserve"> - Illustrates how the costume serves as a satirical take on celebrity culture and the intersection of music, fashion, and pop culture events.</w:t>
      </w:r>
      <w:r/>
    </w:p>
    <w:p>
      <w:pPr>
        <w:pStyle w:val="ListNumber"/>
        <w:spacing w:line="240" w:lineRule="auto"/>
        <w:ind w:left="720"/>
      </w:pPr>
      <w:r/>
      <w:hyperlink r:id="rId14">
        <w:r>
          <w:rPr>
            <w:color w:val="0000EE"/>
            <w:u w:val="single"/>
          </w:rPr>
          <w:t>https://www.stereogum.com/2282984/fashion-nova-removes-drake-lookalike-from-its-bbl-halloween-costume-page/news/</w:t>
        </w:r>
      </w:hyperlink>
      <w:r>
        <w:t xml:space="preserve"> - Supports the notion that speculation can spiral into broader cultural phenomena, encompassing music, fashion, and celebrity interpretations.</w:t>
      </w:r>
      <w:r/>
    </w:p>
    <w:p>
      <w:pPr>
        <w:pStyle w:val="ListNumber"/>
        <w:spacing w:line="240" w:lineRule="auto"/>
        <w:ind w:left="720"/>
      </w:pPr>
      <w:r/>
      <w:hyperlink r:id="rId15">
        <w:r>
          <w:rPr>
            <w:color w:val="0000EE"/>
            <w:u w:val="single"/>
          </w:rPr>
          <w:t>https://www.dailymail.co.uk/tvshowbiz/article-13921903/drake-rumor-bbl-plastic-surgery-halloween-costume-fashion-nova.html?ns_mchannel=rss&amp;ns_campaign=1490&amp;ito=1490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Drizzy/comments/1fv18rp/fashion_nova_makes_fun_of_drake_in_their_listing/" TargetMode="External"/><Relationship Id="rId11" Type="http://schemas.openxmlformats.org/officeDocument/2006/relationships/hyperlink" Target="https://www.tmz.com/2024/10/03/drake-bbl-drizzy-halloween-costume-fashion-nova/" TargetMode="External"/><Relationship Id="rId12" Type="http://schemas.openxmlformats.org/officeDocument/2006/relationships/hyperlink" Target="https://uproxx.com/music/fashion-nova-drake-bbl-booty-halloween-costume/" TargetMode="External"/><Relationship Id="rId13" Type="http://schemas.openxmlformats.org/officeDocument/2006/relationships/hyperlink" Target="https://uproxx.com/music/drake-bbl-halloween-costume-removed-fashion-nova/" TargetMode="External"/><Relationship Id="rId14" Type="http://schemas.openxmlformats.org/officeDocument/2006/relationships/hyperlink" Target="https://www.stereogum.com/2282984/fashion-nova-removes-drake-lookalike-from-its-bbl-halloween-costume-page/news/" TargetMode="External"/><Relationship Id="rId15" Type="http://schemas.openxmlformats.org/officeDocument/2006/relationships/hyperlink" Target="https://www.dailymail.co.uk/tvshowbiz/article-13921903/drake-rumor-bbl-plastic-surgery-halloween-costume-fashion-nova.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