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latest in robot vacuums and the iPhone 16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explorations of consumer technology, robot vacuums and the latest iPhone 16 series have emerged as focal points, showcasing advancements in automation and mobile technology.</w:t>
      </w:r>
      <w:r/>
    </w:p>
    <w:p>
      <w:r/>
      <w:r>
        <w:rPr>
          <w:b/>
        </w:rPr>
        <w:t>Robot Vacuums: Offering Convenience and Efficiency</w:t>
      </w:r>
      <w:r/>
    </w:p>
    <w:p>
      <w:r/>
      <w:r>
        <w:t>Robot vacuums have gained traction as an effective option for reducing the burden of household chores. Traditionally, these autonomous cleaning devices were a luxury, often associated with higher price tags. However, the landscape has shifted, with models now available at more budget-friendly price points, ranging between $300 and $500.</w:t>
      </w:r>
      <w:r/>
    </w:p>
    <w:p>
      <w:r/>
      <w:r>
        <w:t>The iRobot Roomba 694 is a standout in this category, offering reliable cleaning performance and user-friendly controls via a dedicated app. Valued at around $274, it features Wi-Fi capabilities and object detection, although it lacks a self-emptying dock. It has a battery life of approximately 90 minutes on hardwood floors, making it suitable for small to average-sized homes.</w:t>
      </w:r>
      <w:r/>
    </w:p>
    <w:p>
      <w:r/>
      <w:r>
        <w:t>Similarly, the Shark Ion RV765 enhances its predecessor, the RV761, with a more appealing design and improved battery life, priced at about $260. With features such as adjustable wheels and a reliable mobile app, it aims to cater to larger spaces due to its extended runtime.</w:t>
      </w:r>
      <w:r/>
    </w:p>
    <w:p>
      <w:r/>
      <w:r>
        <w:t>For those seeking even more affordable options, the Anker Eufy BoostIQ RoboVac 11S Max is a solid choice at $250. Although it lacks Wi-Fi connectivity, it compensates with a remote control and effective suction provided by BoostIQ technology.</w:t>
      </w:r>
      <w:r/>
    </w:p>
    <w:p>
      <w:r/>
      <w:r>
        <w:t>Finally, the Roborock Q5, priced between $200 and $300, offers decent suction power and home mapping capabilities via Wi-Fi. It comes equipped with a fairly large dustbin and a mobile app that has improved significantly over time.</w:t>
      </w:r>
      <w:r/>
    </w:p>
    <w:p>
      <w:r/>
      <w:r>
        <w:rPr>
          <w:b/>
        </w:rPr>
        <w:t>The iPhone 16 Series: Innovations in Mobile Technology</w:t>
      </w:r>
      <w:r/>
    </w:p>
    <w:p>
      <w:r/>
      <w:r>
        <w:t>Apple's release of the iPhone 16 series has presented consumers with high-performance devices featuring a range of innovations. The base model starts at $799, maintaining affordability while integrating features such as a larger battery, an A18 chipset, and improved camera functionalities.</w:t>
      </w:r>
      <w:r/>
    </w:p>
    <w:p>
      <w:r/>
      <w:r>
        <w:t>The iPhone 16 Plus expands display size to 6.7 inches and offers the same technological enhancements as the base model. With a battery larger than the iPhone 16 Pro, it manages to balance performance and user experience.</w:t>
      </w:r>
      <w:r/>
    </w:p>
    <w:p>
      <w:r/>
      <w:r>
        <w:t>For those seeking top-tier specifications, the iPhone 16 Pro and Pro Max models stand out. Both models incorporate the powerful A18 Pro chip and advanced camera technology, with the Pro Max model offering a substantial 6.9-inch display and superior battery life. This focus on enhanced display and battery functions caters to users prioritising entertainment consumption and long-lasting device operation.</w:t>
      </w:r>
      <w:r/>
    </w:p>
    <w:p>
      <w:r/>
      <w:r>
        <w:t>Overall, the technological strides in both robot vacuums and the iPhone 16 series reflect an ongoing commitment to integrating convenience and sophistication in everyday tech products. As users navigate these innovations, they face a wide array of choices tailored to various preferences and budgets.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https://www.forbes.com/sites/forbes-personal-shopper/article/best-robot-vacuums/</w:t>
        </w:r>
      </w:hyperlink>
      <w:r>
        <w:t xml:space="preserve"> - This article discusses the advancements in robot vacuums, including their navigation technologies like vSLAM and LiDAR, and highlights models such as the iRobot Roomba s9+ and Roomba i3+ EVO, which corroborate the improved efficiency and features of modern robot vacuums.</w:t>
      </w:r>
      <w:r/>
    </w:p>
    <w:p>
      <w:pPr>
        <w:pStyle w:val="ListNumber"/>
        <w:spacing w:line="240" w:lineRule="auto"/>
        <w:ind w:left="720"/>
      </w:pPr>
      <w:r/>
      <w:hyperlink r:id="rId11">
        <w:r>
          <w:rPr>
            <w:color w:val="0000EE"/>
            <w:u w:val="single"/>
          </w:rPr>
          <w:t>https://www.cnet.com/home/kitchen-and-household/best-robot-vacuum/</w:t>
        </w:r>
      </w:hyperlink>
      <w:r>
        <w:t xml:space="preserve"> - This article provides an overview of the best robot vacuums, including their pricing, features like Wi-Fi connectivity and self-emptying bins, and performance on different types of flooring, which supports the availability of robot vacuums at various price points and their enhanced capabilities.</w:t>
      </w:r>
      <w:r/>
    </w:p>
    <w:p>
      <w:pPr>
        <w:pStyle w:val="ListNumber"/>
        <w:spacing w:line="240" w:lineRule="auto"/>
        <w:ind w:left="720"/>
      </w:pPr>
      <w:r/>
      <w:hyperlink r:id="rId12">
        <w:r>
          <w:rPr>
            <w:color w:val="0000EE"/>
            <w:u w:val="single"/>
          </w:rPr>
          <w:t>https://www.pcmag.com/picks/the-best-robot-vacuums</w:t>
        </w:r>
      </w:hyperlink>
      <w:r>
        <w:t xml:space="preserve"> - This article reviews top robot vacuums, including the Ecovacs Deebot X2 Omni, and discusses their advanced navigation, self-emptying bins, and other features that make them convenient and efficient, aligning with the claims about modern robot vacuum capabilities.</w:t>
      </w:r>
      <w:r/>
    </w:p>
    <w:p>
      <w:pPr>
        <w:pStyle w:val="ListNumber"/>
        <w:spacing w:line="240" w:lineRule="auto"/>
        <w:ind w:left="720"/>
      </w:pPr>
      <w:r/>
      <w:hyperlink r:id="rId13">
        <w:r>
          <w:rPr>
            <w:color w:val="0000EE"/>
            <w:u w:val="single"/>
          </w:rPr>
          <w:t>https://www.consumerreports.org/appliances/vacuum-cleaners/best-robotic-vacuums-of-the-year-a7149523687/</w:t>
        </w:r>
      </w:hyperlink>
      <w:r>
        <w:t xml:space="preserve"> - Consumer Reports' testing and ratings of robot vacuums, including models from iRobot and Roborock, highlight their performance, navigation, and features like self-emptying bins and Wi-Fi connectivity, supporting the article's points about the advancements and affordability of robot vacuums.</w:t>
      </w:r>
      <w:r/>
    </w:p>
    <w:p>
      <w:pPr>
        <w:pStyle w:val="ListNumber"/>
        <w:spacing w:line="240" w:lineRule="auto"/>
        <w:ind w:left="720"/>
      </w:pPr>
      <w:r/>
      <w:hyperlink r:id="rId14">
        <w:r>
          <w:rPr>
            <w:color w:val="0000EE"/>
            <w:u w:val="single"/>
          </w:rPr>
          <w:t>https://www.nar.realtor/magazine/real-estate-news/technology/the-evolution-of-robot-vacuums</w:t>
        </w:r>
      </w:hyperlink>
      <w:r>
        <w:t xml:space="preserve"> - This article discusses the evolution of robot vacuums, including advancements in navigation, self-emptying bins, and object recognition, which corroborates the improved features and convenience of modern robot vacuums.</w:t>
      </w:r>
      <w:r/>
    </w:p>
    <w:p>
      <w:pPr>
        <w:pStyle w:val="ListNumber"/>
        <w:spacing w:line="240" w:lineRule="auto"/>
        <w:ind w:left="720"/>
      </w:pPr>
      <w:r/>
      <w:hyperlink r:id="rId11">
        <w:r>
          <w:rPr>
            <w:color w:val="0000EE"/>
            <w:u w:val="single"/>
          </w:rPr>
          <w:t>https://www.cnet.com/home/kitchen-and-household/best-robot-vacuum/</w:t>
        </w:r>
      </w:hyperlink>
      <w:r>
        <w:t xml:space="preserve"> - This article mentions specific models like the Shark Ion RV765 and their features, such as adjustable wheels and reliable mobile apps, which supports the discussion on various robot vacuum models and their capabilities.</w:t>
      </w:r>
      <w:r/>
    </w:p>
    <w:p>
      <w:pPr>
        <w:pStyle w:val="ListNumber"/>
        <w:spacing w:line="240" w:lineRule="auto"/>
        <w:ind w:left="720"/>
      </w:pPr>
      <w:r/>
      <w:hyperlink r:id="rId12">
        <w:r>
          <w:rPr>
            <w:color w:val="0000EE"/>
            <w:u w:val="single"/>
          </w:rPr>
          <w:t>https://www.pcmag.com/picks/the-best-robot-vacuums</w:t>
        </w:r>
      </w:hyperlink>
      <w:r>
        <w:t xml:space="preserve"> - The article highlights the Roborock Q5 and its features, including decent suction power and home mapping capabilities via Wi-Fi, which aligns with the description of affordable and feature-rich robot vacuums.</w:t>
      </w:r>
      <w:r/>
    </w:p>
    <w:p>
      <w:pPr>
        <w:pStyle w:val="ListNumber"/>
        <w:spacing w:line="240" w:lineRule="auto"/>
        <w:ind w:left="720"/>
      </w:pPr>
      <w:r/>
      <w:hyperlink r:id="rId10">
        <w:r>
          <w:rPr>
            <w:color w:val="0000EE"/>
            <w:u w:val="single"/>
          </w:rPr>
          <w:t>https://www.forbes.com/sites/forbes-personal-shopper/article/best-robot-vacuums/</w:t>
        </w:r>
      </w:hyperlink>
      <w:r>
        <w:t xml:space="preserve"> - This article discusses the iRobot Roomba models, including their battery life and suitability for different home sizes, which supports the information about specific robot vacuum models and their characteristics.</w:t>
      </w:r>
      <w:r/>
    </w:p>
    <w:p>
      <w:pPr>
        <w:pStyle w:val="ListNumber"/>
        <w:spacing w:line="240" w:lineRule="auto"/>
        <w:ind w:left="720"/>
      </w:pPr>
      <w:r/>
      <w:hyperlink r:id="rId13">
        <w:r>
          <w:rPr>
            <w:color w:val="0000EE"/>
            <w:u w:val="single"/>
          </w:rPr>
          <w:t>https://www.consumerreports.org/appliances/vacuum-cleaners/best-robotic-vacuums-of-the-year-a7149523687/</w:t>
        </w:r>
      </w:hyperlink>
      <w:r>
        <w:t xml:space="preserve"> - Consumer Reports' testing of robot vacuums like the Anker Eufy BoostIQ RoboVac 11S Max and its features, such as effective suction and remote control, corroborates the availability of budget-friendly options with robust features.</w:t>
      </w:r>
      <w:r/>
    </w:p>
    <w:p>
      <w:pPr>
        <w:pStyle w:val="ListNumber"/>
        <w:spacing w:line="240" w:lineRule="auto"/>
        <w:ind w:left="720"/>
      </w:pPr>
      <w:r/>
      <w:hyperlink r:id="rId14">
        <w:r>
          <w:rPr>
            <w:color w:val="0000EE"/>
            <w:u w:val="single"/>
          </w:rPr>
          <w:t>https://www.nar.realtor/magazine/real-estate-news/technology/the-evolution-of-robot-vacuums</w:t>
        </w:r>
      </w:hyperlink>
      <w:r>
        <w:t xml:space="preserve"> - This article emphasizes the shift in robot vacuum pricing and the availability of models at more budget-friendly price points, aligning with the article's discussion on affordability.</w:t>
      </w:r>
      <w:r/>
    </w:p>
    <w:p>
      <w:pPr>
        <w:pStyle w:val="ListNumber"/>
        <w:spacing w:line="240" w:lineRule="auto"/>
        <w:ind w:left="720"/>
      </w:pPr>
      <w:r/>
      <w:hyperlink r:id="rId12">
        <w:r>
          <w:rPr>
            <w:color w:val="0000EE"/>
            <w:u w:val="single"/>
          </w:rPr>
          <w:t>https://www.pcmag.com/picks/the-best-robot-vacuums</w:t>
        </w:r>
      </w:hyperlink>
      <w:r>
        <w:t xml:space="preserve"> - The article discusses the integration of Wi-Fi connectivity and mobile app control in modern robot vacuums, which supports the claims about user-friendly controls and connectivity features in these devices.</w:t>
      </w:r>
      <w:r/>
    </w:p>
    <w:p>
      <w:pPr>
        <w:pStyle w:val="ListNumber"/>
        <w:spacing w:line="240" w:lineRule="auto"/>
        <w:ind w:left="720"/>
      </w:pPr>
      <w:r/>
      <w:hyperlink r:id="rId15">
        <w:r>
          <w:rPr>
            <w:color w:val="0000EE"/>
            <w:u w:val="single"/>
          </w:rPr>
          <w:t>https://www.engadget.com/home/smart-home/best-budget-robot-vacuums-133030847.html?src=rss</w:t>
        </w:r>
      </w:hyperlink>
      <w:r>
        <w:t xml:space="preserve"> - Please view link - unable to able to access data</w:t>
      </w:r>
      <w:r/>
    </w:p>
    <w:p>
      <w:pPr>
        <w:pStyle w:val="ListNumber"/>
        <w:spacing w:line="240" w:lineRule="auto"/>
        <w:ind w:left="720"/>
      </w:pPr>
      <w:r/>
      <w:hyperlink r:id="rId16">
        <w:r>
          <w:rPr>
            <w:color w:val="0000EE"/>
            <w:u w:val="single"/>
          </w:rPr>
          <w:t>https://www.creativebloq.com/tech/phones-tablets/best-iphone-16-prices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forbes-personal-shopper/article/best-robot-vacuums/" TargetMode="External"/><Relationship Id="rId11" Type="http://schemas.openxmlformats.org/officeDocument/2006/relationships/hyperlink" Target="https://www.cnet.com/home/kitchen-and-household/best-robot-vacuum/" TargetMode="External"/><Relationship Id="rId12" Type="http://schemas.openxmlformats.org/officeDocument/2006/relationships/hyperlink" Target="https://www.pcmag.com/picks/the-best-robot-vacuums" TargetMode="External"/><Relationship Id="rId13" Type="http://schemas.openxmlformats.org/officeDocument/2006/relationships/hyperlink" Target="https://www.consumerreports.org/appliances/vacuum-cleaners/best-robotic-vacuums-of-the-year-a7149523687/" TargetMode="External"/><Relationship Id="rId14" Type="http://schemas.openxmlformats.org/officeDocument/2006/relationships/hyperlink" Target="https://www.nar.realtor/magazine/real-estate-news/technology/the-evolution-of-robot-vacuums" TargetMode="External"/><Relationship Id="rId15" Type="http://schemas.openxmlformats.org/officeDocument/2006/relationships/hyperlink" Target="https://www.engadget.com/home/smart-home/best-budget-robot-vacuums-133030847.html?src=rss" TargetMode="External"/><Relationship Id="rId16" Type="http://schemas.openxmlformats.org/officeDocument/2006/relationships/hyperlink" Target="https://www.creativebloq.com/tech/phones-tablets/best-iphone-16-pr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