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Gatsby TV aims to transform the streaming experience with AI-driven recommendations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on-demand streaming platforms dominate the viewing landscape, a new app has emerged, promising to revolutionise the way audiences select their next binge-worthy series or must-see film. Gatsby TV, co-founded by tech innovator and CEO Gatsby Frimpong, pledges to ease the often overwhelming process of choosing what to watch by employing sophisticated artificial intelligence (AI) algorithms.</w:t>
      </w:r>
      <w:r/>
    </w:p>
    <w:p>
      <w:r/>
      <w:r>
        <w:t>Launched in Fresno, California, Gatsby TV addresses the common frustration many viewers face — scrolling endlessly through multiple streaming platforms without finding anything that piques their interest. This app aims to eliminate indecision by delivering tailored recommendations based on individual viewing preferences. Unlike built-in search engines within major streaming services, Gatsby TV does not confine users to a single platform, thus providing a more versatile viewing guide.</w:t>
      </w:r>
      <w:r/>
    </w:p>
    <w:p>
      <w:r/>
      <w:r>
        <w:t>The app allows users to input a specific title if they have a particular show or film in mind, offering a detailed directory of where they can rent, purchase, or stream it at no cost across various platforms. If users are exploring new content options, Gatsby TV provides suggestions equipped with ratings and reviews from renowned sources such as IMDB and Rotten Tomatoes, giving viewers added confidence in their selections.</w:t>
      </w:r>
      <w:r/>
    </w:p>
    <w:p>
      <w:r/>
      <w:r>
        <w:t>The adaptive capabilities of the app mean that the more a user interacts with it, the more finely tuned its recommendations become, as it learns to better understand personal tastes and preferences. This feature distinguishes Gatsby TV from other services, as it specifically hones in on refining the user's experience rather than restricting them within a single ecosystem.</w:t>
      </w:r>
      <w:r/>
    </w:p>
    <w:p>
      <w:r/>
      <w:r>
        <w:t>In discussions with Gatsby Frimpong, it was revealed that the company’s philosophy centres around breaking down barriers between streaming services. Their approach is to function as an unbiased media concierge that seamlessly guides the viewer through an array of entertainment options, curated to their unique taste profile. This objective is facilitated by their AI-driven technology, setting a new standard in user-centric digital content navigation.</w:t>
      </w:r>
      <w:r/>
    </w:p>
    <w:p>
      <w:r/>
      <w:r>
        <w:t>More information about Gatsby TV, including insights into its technological framework and additional features, can be found on the company’s official website. With its ability to streamline content selection, Gatsby TV is poised to be an essential tool for streaming aficionados seeking a more personalised and less time-consuming viewing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https://technical.ly/startups/gatsby-tv-friend-recommentations-streaming/</w:t>
        </w:r>
      </w:hyperlink>
      <w:r>
        <w:t xml:space="preserve"> - Corroborates the founding of Gatsby TV by Gatsby Frimpong and Mike Fickle, and the app's goal to ease the process of choosing what to watch.</w:t>
      </w:r>
      <w:r/>
    </w:p>
    <w:p>
      <w:pPr>
        <w:pStyle w:val="ListNumber"/>
        <w:spacing w:line="240" w:lineRule="auto"/>
        <w:ind w:left="720"/>
      </w:pPr>
      <w:r/>
      <w:hyperlink r:id="rId11">
        <w:r>
          <w:rPr>
            <w:color w:val="0000EE"/>
            <w:u w:val="single"/>
          </w:rPr>
          <w:t>https://pix11.com/entertainment/new-app-uses-ai-to-help-find-the-perfect-movie-or-tv-show-on-any-streaming-service/</w:t>
        </w:r>
      </w:hyperlink>
      <w:r>
        <w:t xml:space="preserve"> - Supports the use of AI algorithms by Gatsby TV to connect all streaming platforms and provide personalized recommendations.</w:t>
      </w:r>
      <w:r/>
    </w:p>
    <w:p>
      <w:pPr>
        <w:pStyle w:val="ListNumber"/>
        <w:spacing w:line="240" w:lineRule="auto"/>
        <w:ind w:left="720"/>
      </w:pPr>
      <w:r/>
      <w:hyperlink r:id="rId12">
        <w:r>
          <w:rPr>
            <w:color w:val="0000EE"/>
            <w:u w:val="single"/>
          </w:rPr>
          <w:t>https://www.streamingmediaglobal.com/Articles/ReadArticle.aspx?ArticleID=165696</w:t>
        </w:r>
      </w:hyperlink>
      <w:r>
        <w:t xml:space="preserve"> - Confirms the use of AI to generate personalized recommendations and the app's ability to navigate multiple streaming services.</w:t>
      </w:r>
      <w:r/>
    </w:p>
    <w:p>
      <w:pPr>
        <w:pStyle w:val="ListNumber"/>
        <w:spacing w:line="240" w:lineRule="auto"/>
        <w:ind w:left="720"/>
      </w:pPr>
      <w:r/>
      <w:hyperlink r:id="rId13">
        <w:r>
          <w:rPr>
            <w:color w:val="0000EE"/>
            <w:u w:val="single"/>
          </w:rPr>
          <w:t>https://abc30.com/post/new-app-is-using-ai-recommend-shows-movies/15385470/</w:t>
        </w:r>
      </w:hyperlink>
      <w:r>
        <w:t xml:space="preserve"> - Details how Gatsby TV helps users find shows or movies, including options to rent, buy, or stream, and the inclusion of ratings from IMDB and Rotten Tomatoes.</w:t>
      </w:r>
      <w:r/>
    </w:p>
    <w:p>
      <w:pPr>
        <w:pStyle w:val="ListNumber"/>
        <w:spacing w:line="240" w:lineRule="auto"/>
        <w:ind w:left="720"/>
      </w:pPr>
      <w:r/>
      <w:hyperlink r:id="rId14">
        <w:r>
          <w:rPr>
            <w:color w:val="0000EE"/>
            <w:u w:val="single"/>
          </w:rPr>
          <w:t>https://www.yahoo.com/tech/app-uses-ai-help-perfect-212128108.html?_guc_consent_skip=1726794793</w:t>
        </w:r>
      </w:hyperlink>
      <w:r>
        <w:t xml:space="preserve"> - Explains the app's functionality in connecting multiple streaming platforms and providing recommendations based on user interactions.</w:t>
      </w:r>
      <w:r/>
    </w:p>
    <w:p>
      <w:pPr>
        <w:pStyle w:val="ListNumber"/>
        <w:spacing w:line="240" w:lineRule="auto"/>
        <w:ind w:left="720"/>
      </w:pPr>
      <w:r/>
      <w:hyperlink r:id="rId10">
        <w:r>
          <w:rPr>
            <w:color w:val="0000EE"/>
            <w:u w:val="single"/>
          </w:rPr>
          <w:t>https://technical.ly/startups/gatsby-tv-friend-recommentations-streaming/</w:t>
        </w:r>
      </w:hyperlink>
      <w:r>
        <w:t xml:space="preserve"> - Highlights the app's ability to break down barriers between streaming services and act as an unbiased media concierge.</w:t>
      </w:r>
      <w:r/>
    </w:p>
    <w:p>
      <w:pPr>
        <w:pStyle w:val="ListNumber"/>
        <w:spacing w:line="240" w:lineRule="auto"/>
        <w:ind w:left="720"/>
      </w:pPr>
      <w:r/>
      <w:hyperlink r:id="rId11">
        <w:r>
          <w:rPr>
            <w:color w:val="0000EE"/>
            <w:u w:val="single"/>
          </w:rPr>
          <w:t>https://pix11.com/entertainment/new-app-uses-ai-to-help-find-the-perfect-movie-or-tv-show-on-any-streaming-service/</w:t>
        </w:r>
      </w:hyperlink>
      <w:r>
        <w:t xml:space="preserve"> - Supports the claim that Gatsby TV does not confine users to a single platform, unlike built-in search engines within major streaming services.</w:t>
      </w:r>
      <w:r/>
    </w:p>
    <w:p>
      <w:pPr>
        <w:pStyle w:val="ListNumber"/>
        <w:spacing w:line="240" w:lineRule="auto"/>
        <w:ind w:left="720"/>
      </w:pPr>
      <w:r/>
      <w:hyperlink r:id="rId12">
        <w:r>
          <w:rPr>
            <w:color w:val="0000EE"/>
            <w:u w:val="single"/>
          </w:rPr>
          <w:t>https://www.streamingmediaglobal.com/Articles/ReadArticle.aspx?ArticleID=165696</w:t>
        </w:r>
      </w:hyperlink>
      <w:r>
        <w:t xml:space="preserve"> - Corroborates the adaptive capabilities of the app, which refine recommendations based on user interactions.</w:t>
      </w:r>
      <w:r/>
    </w:p>
    <w:p>
      <w:pPr>
        <w:pStyle w:val="ListNumber"/>
        <w:spacing w:line="240" w:lineRule="auto"/>
        <w:ind w:left="720"/>
      </w:pPr>
      <w:r/>
      <w:hyperlink r:id="rId13">
        <w:r>
          <w:rPr>
            <w:color w:val="0000EE"/>
            <w:u w:val="single"/>
          </w:rPr>
          <w:t>https://abc30.com/post/new-app-is-using-ai-recommend-shows-movies/15385470/</w:t>
        </w:r>
      </w:hyperlink>
      <w:r>
        <w:t xml:space="preserve"> - Details the company’s philosophy of functioning as an unbiased media concierge to guide viewers through various entertainment options.</w:t>
      </w:r>
      <w:r/>
    </w:p>
    <w:p>
      <w:pPr>
        <w:pStyle w:val="ListNumber"/>
        <w:spacing w:line="240" w:lineRule="auto"/>
        <w:ind w:left="720"/>
      </w:pPr>
      <w:r/>
      <w:hyperlink r:id="rId14">
        <w:r>
          <w:rPr>
            <w:color w:val="0000EE"/>
            <w:u w:val="single"/>
          </w:rPr>
          <w:t>https://www.yahoo.com/tech/app-uses-ai-help-perfect-212128108.html?_guc_consent_skip=1726794793</w:t>
        </w:r>
      </w:hyperlink>
      <w:r>
        <w:t xml:space="preserve"> - Provides additional insights into the app's technological framework and its ability to streamline content selection.</w:t>
      </w:r>
      <w:r/>
    </w:p>
    <w:p>
      <w:pPr>
        <w:pStyle w:val="ListNumber"/>
        <w:spacing w:line="240" w:lineRule="auto"/>
        <w:ind w:left="720"/>
      </w:pPr>
      <w:r/>
      <w:hyperlink r:id="rId10">
        <w:r>
          <w:rPr>
            <w:color w:val="0000EE"/>
            <w:u w:val="single"/>
          </w:rPr>
          <w:t>https://technical.ly/startups/gatsby-tv-friend-recommentations-streaming/</w:t>
        </w:r>
      </w:hyperlink>
      <w:r>
        <w:t xml:space="preserve"> - Mentions the app's availability on mobile and the upcoming web and Apple TV versions, aligning with the goal of a more personalized viewing experience.</w:t>
      </w:r>
      <w:r/>
    </w:p>
    <w:p>
      <w:pPr>
        <w:pStyle w:val="ListNumber"/>
        <w:spacing w:line="240" w:lineRule="auto"/>
        <w:ind w:left="720"/>
      </w:pPr>
      <w:r/>
      <w:hyperlink r:id="rId13">
        <w:r>
          <w:rPr>
            <w:color w:val="0000EE"/>
            <w:u w:val="single"/>
          </w:rPr>
          <w:t>https://abc30.com/post/new-app-is-using-ai-recommend-shows-movies/15385470/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nical.ly/startups/gatsby-tv-friend-recommentations-streaming/" TargetMode="External"/><Relationship Id="rId11" Type="http://schemas.openxmlformats.org/officeDocument/2006/relationships/hyperlink" Target="https://pix11.com/entertainment/new-app-uses-ai-to-help-find-the-perfect-movie-or-tv-show-on-any-streaming-service/" TargetMode="External"/><Relationship Id="rId12" Type="http://schemas.openxmlformats.org/officeDocument/2006/relationships/hyperlink" Target="https://www.streamingmediaglobal.com/Articles/ReadArticle.aspx?ArticleID=165696" TargetMode="External"/><Relationship Id="rId13" Type="http://schemas.openxmlformats.org/officeDocument/2006/relationships/hyperlink" Target="https://abc30.com/post/new-app-is-using-ai-recommend-shows-movies/15385470/" TargetMode="External"/><Relationship Id="rId14" Type="http://schemas.openxmlformats.org/officeDocument/2006/relationships/hyperlink" Target="https://www.yahoo.com/tech/app-uses-ai-help-perfect-212128108.html?_guc_consent_skip=17267947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